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EE696" w14:textId="77777777" w:rsidR="00DD2189" w:rsidRDefault="00000000">
      <w:pPr>
        <w:spacing w:before="80" w:after="20" w:line="252" w:lineRule="auto"/>
        <w:jc w:val="center"/>
      </w:pPr>
      <w:r>
        <w:rPr>
          <w:b/>
          <w:sz w:val="35"/>
        </w:rPr>
        <w:t>NBIIC-HI Scholarship &amp; Institutional Exchange</w:t>
      </w:r>
    </w:p>
    <w:p w14:paraId="0120F225" w14:textId="77777777" w:rsidR="00DD2189" w:rsidRDefault="00000000">
      <w:pPr>
        <w:spacing w:after="20" w:line="252" w:lineRule="auto"/>
        <w:jc w:val="center"/>
      </w:pPr>
      <w:r>
        <w:rPr>
          <w:b/>
          <w:sz w:val="35"/>
        </w:rPr>
        <w:t>Preliminary Enquiry Form</w:t>
      </w:r>
    </w:p>
    <w:p w14:paraId="67F62D43" w14:textId="77777777" w:rsidR="00DD2189" w:rsidRDefault="00000000">
      <w:pPr>
        <w:spacing w:after="40" w:line="252" w:lineRule="auto"/>
        <w:jc w:val="center"/>
        <w:rPr>
          <w:lang w:eastAsia="zh-CN"/>
        </w:rPr>
      </w:pPr>
      <w:r>
        <w:rPr>
          <w:b/>
          <w:sz w:val="31"/>
          <w:lang w:eastAsia="zh-CN"/>
        </w:rPr>
        <w:t>奖学金与机构交流初步咨询表</w:t>
      </w:r>
    </w:p>
    <w:p w14:paraId="6A33498A" w14:textId="77777777" w:rsidR="00DD2189" w:rsidRDefault="00000000">
      <w:pPr>
        <w:spacing w:after="140" w:line="252" w:lineRule="auto"/>
        <w:jc w:val="center"/>
      </w:pPr>
      <w:r>
        <w:rPr>
          <w:b/>
          <w:color w:val="0066B3"/>
          <w:sz w:val="21"/>
        </w:rPr>
        <w:t>Scholarship-Supported Mobility • Institutional Exchange • Research Training • Academic Collaboration</w:t>
      </w:r>
    </w:p>
    <w:tbl>
      <w:tblPr>
        <w:tblW w:w="0" w:type="auto"/>
        <w:jc w:val="center"/>
        <w:tblLook w:val="04A0" w:firstRow="1" w:lastRow="0" w:firstColumn="1" w:lastColumn="0" w:noHBand="0" w:noVBand="1"/>
      </w:tblPr>
      <w:tblGrid>
        <w:gridCol w:w="10454"/>
      </w:tblGrid>
      <w:tr w:rsidR="00DD2189" w14:paraId="3CCD8229" w14:textId="77777777">
        <w:trPr>
          <w:jc w:val="center"/>
        </w:trPr>
        <w:tc>
          <w:tcPr>
            <w:tcW w:w="10454" w:type="dxa"/>
            <w:tcBorders>
              <w:top w:val="single" w:sz="10" w:space="0" w:color="0066B3"/>
              <w:left w:val="single" w:sz="10" w:space="0" w:color="0066B3"/>
              <w:bottom w:val="single" w:sz="10" w:space="0" w:color="0066B3"/>
              <w:right w:val="single" w:sz="10" w:space="0" w:color="0066B3"/>
            </w:tcBorders>
            <w:shd w:val="clear" w:color="auto" w:fill="EAF3FB"/>
            <w:tcMar>
              <w:top w:w="110" w:type="dxa"/>
              <w:left w:w="120" w:type="dxa"/>
              <w:bottom w:w="110" w:type="dxa"/>
              <w:right w:w="120" w:type="dxa"/>
            </w:tcMar>
          </w:tcPr>
          <w:p w14:paraId="4C993582" w14:textId="77777777" w:rsidR="00DD2189" w:rsidRDefault="00000000">
            <w:pPr>
              <w:spacing w:after="60" w:line="252" w:lineRule="auto"/>
            </w:pPr>
            <w:r>
              <w:rPr>
                <w:b/>
                <w:color w:val="0066B3"/>
                <w:sz w:val="18"/>
              </w:rPr>
              <w:t xml:space="preserve">Purpose / </w:t>
            </w:r>
            <w:r>
              <w:rPr>
                <w:b/>
                <w:color w:val="0066B3"/>
                <w:sz w:val="18"/>
              </w:rPr>
              <w:t>用途</w:t>
            </w:r>
            <w:r>
              <w:rPr>
                <w:b/>
                <w:color w:val="0066B3"/>
                <w:sz w:val="18"/>
              </w:rPr>
              <w:t xml:space="preserve">. </w:t>
            </w:r>
            <w:r>
              <w:rPr>
                <w:sz w:val="18"/>
              </w:rPr>
              <w:t xml:space="preserve">This form is intended for individuals and institutional representatives seeking preliminary assessment and coordination for scholarship-supported, institution-supported, externally funded, or jointly organized academic exchange and research-training pathways. </w:t>
            </w:r>
            <w:r>
              <w:rPr>
                <w:color w:val="6B7280"/>
                <w:sz w:val="17"/>
              </w:rPr>
              <w:t>本表供个人申请人或机构代表就奖学金资助、机构资助、外部资助或联合组织的学术交流与科研培训路径进行初步评估与协调。</w:t>
            </w:r>
          </w:p>
          <w:p w14:paraId="2CA6982A" w14:textId="77777777" w:rsidR="00DD2189" w:rsidRDefault="00000000">
            <w:pPr>
              <w:spacing w:after="60" w:line="252" w:lineRule="auto"/>
            </w:pPr>
            <w:r>
              <w:rPr>
                <w:b/>
                <w:color w:val="0066B3"/>
                <w:sz w:val="18"/>
              </w:rPr>
              <w:t xml:space="preserve">Preliminary enquiry / </w:t>
            </w:r>
            <w:r>
              <w:rPr>
                <w:b/>
                <w:color w:val="0066B3"/>
                <w:sz w:val="18"/>
              </w:rPr>
              <w:t>初步咨询</w:t>
            </w:r>
            <w:r>
              <w:rPr>
                <w:b/>
                <w:color w:val="0066B3"/>
                <w:sz w:val="18"/>
              </w:rPr>
              <w:t xml:space="preserve">. </w:t>
            </w:r>
            <w:r>
              <w:rPr>
                <w:sz w:val="18"/>
              </w:rPr>
              <w:t xml:space="preserve">Submission is for initial review and pathway development only. It does not create a scholarship award, institutional acceptance, funding commitment, admission, appointment, invitation, or visa commitment. </w:t>
            </w:r>
            <w:r>
              <w:rPr>
                <w:color w:val="6B7280"/>
                <w:sz w:val="17"/>
              </w:rPr>
              <w:t>提交仅用于初步审核与路径设计，不构成奖学金授予、机构接收、经费承诺、录取、聘任、邀请或签证承诺。</w:t>
            </w:r>
          </w:p>
          <w:p w14:paraId="0E28583B" w14:textId="77777777" w:rsidR="00DD2189" w:rsidRDefault="00000000">
            <w:pPr>
              <w:spacing w:after="60" w:line="252" w:lineRule="auto"/>
            </w:pPr>
            <w:r>
              <w:rPr>
                <w:b/>
                <w:color w:val="0066B3"/>
                <w:sz w:val="18"/>
              </w:rPr>
              <w:t xml:space="preserve">Confidentiality / </w:t>
            </w:r>
            <w:r>
              <w:rPr>
                <w:b/>
                <w:color w:val="0066B3"/>
                <w:sz w:val="18"/>
              </w:rPr>
              <w:t>保密要求</w:t>
            </w:r>
            <w:r>
              <w:rPr>
                <w:b/>
                <w:color w:val="0066B3"/>
                <w:sz w:val="18"/>
              </w:rPr>
              <w:t xml:space="preserve">. </w:t>
            </w:r>
            <w:r>
              <w:rPr>
                <w:sz w:val="18"/>
              </w:rPr>
              <w:t xml:space="preserve">Provide concise, non-confidential information only. Do not include identifiable patient information, confidential employer information, proprietary data, or unpublished material that you are not authorized to disclose. </w:t>
            </w:r>
            <w:r>
              <w:rPr>
                <w:color w:val="6B7280"/>
                <w:sz w:val="17"/>
              </w:rPr>
              <w:t>请仅提供简明且非保密的信息，不得包含可识别患者信息、所在单位保密信息、商业秘密或无权披露的未公开材料。</w:t>
            </w:r>
          </w:p>
        </w:tc>
      </w:tr>
    </w:tbl>
    <w:p w14:paraId="3307379C" w14:textId="77777777" w:rsidR="00DD2189" w:rsidRDefault="00DD2189">
      <w:pPr>
        <w:spacing w:after="0"/>
      </w:pPr>
    </w:p>
    <w:p w14:paraId="36ED37E9" w14:textId="77777777" w:rsidR="00DD2189" w:rsidRDefault="00000000">
      <w:pPr>
        <w:keepNext/>
        <w:spacing w:before="100" w:after="80" w:line="252" w:lineRule="auto"/>
      </w:pPr>
      <w:r>
        <w:rPr>
          <w:b/>
          <w:color w:val="0066B3"/>
          <w:sz w:val="30"/>
        </w:rPr>
        <w:t xml:space="preserve">A. Enquiry Type and Applicant Profile  </w:t>
      </w:r>
      <w:r>
        <w:rPr>
          <w:b/>
          <w:color w:val="0066B3"/>
          <w:sz w:val="30"/>
        </w:rPr>
        <w:t>咨询类型与申请主体</w:t>
      </w:r>
    </w:p>
    <w:p w14:paraId="4586B020" w14:textId="77777777" w:rsidR="00DD2189" w:rsidRDefault="00000000">
      <w:pPr>
        <w:spacing w:before="40" w:after="40" w:line="252" w:lineRule="auto"/>
      </w:pPr>
      <w:r>
        <w:rPr>
          <w:b/>
          <w:sz w:val="20"/>
        </w:rPr>
        <w:t>Applicant / submitting party</w:t>
      </w:r>
      <w:r>
        <w:rPr>
          <w:b/>
          <w:color w:val="6B7280"/>
        </w:rPr>
        <w:t xml:space="preserve"> / </w:t>
      </w:r>
      <w:r>
        <w:rPr>
          <w:b/>
          <w:color w:val="6B7280"/>
        </w:rPr>
        <w:t>申请或提交主体</w:t>
      </w:r>
    </w:p>
    <w:tbl>
      <w:tblPr>
        <w:tblW w:w="0" w:type="auto"/>
        <w:jc w:val="center"/>
        <w:tblLayout w:type="fixed"/>
        <w:tblLook w:val="04A0" w:firstRow="1" w:lastRow="0" w:firstColumn="1" w:lastColumn="0" w:noHBand="0" w:noVBand="1"/>
      </w:tblPr>
      <w:tblGrid>
        <w:gridCol w:w="5112"/>
        <w:gridCol w:w="5112"/>
      </w:tblGrid>
      <w:tr w:rsidR="00DD2189" w14:paraId="767F9F74" w14:textId="77777777">
        <w:trPr>
          <w:jc w:val="center"/>
        </w:trPr>
        <w:tc>
          <w:tcPr>
            <w:tcW w:w="5112" w:type="dxa"/>
            <w:tcMar>
              <w:top w:w="25" w:type="dxa"/>
              <w:left w:w="25" w:type="dxa"/>
              <w:bottom w:w="25" w:type="dxa"/>
              <w:right w:w="25" w:type="dxa"/>
            </w:tcMar>
          </w:tcPr>
          <w:p w14:paraId="5B1F843B" w14:textId="77777777" w:rsidR="00DD2189" w:rsidRDefault="00000000">
            <w:pPr>
              <w:spacing w:after="0" w:line="252" w:lineRule="auto"/>
            </w:pPr>
            <w:r>
              <w:rPr>
                <w:color w:val="6B7280"/>
                <w:sz w:val="20"/>
              </w:rPr>
              <w:t xml:space="preserve">☐ </w:t>
            </w:r>
            <w:r>
              <w:rPr>
                <w:sz w:val="18"/>
              </w:rPr>
              <w:t>Individual applicant</w:t>
            </w:r>
            <w:r>
              <w:rPr>
                <w:color w:val="6B7280"/>
                <w:sz w:val="17"/>
              </w:rPr>
              <w:t xml:space="preserve"> / </w:t>
            </w:r>
            <w:r>
              <w:rPr>
                <w:color w:val="6B7280"/>
                <w:sz w:val="17"/>
              </w:rPr>
              <w:t>个人申请人</w:t>
            </w:r>
          </w:p>
        </w:tc>
        <w:tc>
          <w:tcPr>
            <w:tcW w:w="5112" w:type="dxa"/>
            <w:tcMar>
              <w:top w:w="25" w:type="dxa"/>
              <w:left w:w="25" w:type="dxa"/>
              <w:bottom w:w="25" w:type="dxa"/>
              <w:right w:w="25" w:type="dxa"/>
            </w:tcMar>
          </w:tcPr>
          <w:p w14:paraId="6320A5A5" w14:textId="77777777" w:rsidR="00DD2189" w:rsidRDefault="00000000">
            <w:pPr>
              <w:spacing w:after="0" w:line="252" w:lineRule="auto"/>
            </w:pPr>
            <w:r>
              <w:rPr>
                <w:color w:val="6B7280"/>
                <w:sz w:val="20"/>
              </w:rPr>
              <w:t xml:space="preserve">☐ </w:t>
            </w:r>
            <w:r>
              <w:rPr>
                <w:sz w:val="18"/>
              </w:rPr>
              <w:t>University / college representative</w:t>
            </w:r>
            <w:r>
              <w:rPr>
                <w:color w:val="6B7280"/>
                <w:sz w:val="17"/>
              </w:rPr>
              <w:t xml:space="preserve"> / </w:t>
            </w:r>
            <w:r>
              <w:rPr>
                <w:color w:val="6B7280"/>
                <w:sz w:val="17"/>
              </w:rPr>
              <w:t>大学或学院代表</w:t>
            </w:r>
          </w:p>
        </w:tc>
      </w:tr>
      <w:tr w:rsidR="00DD2189" w14:paraId="2D645B6F" w14:textId="77777777">
        <w:trPr>
          <w:jc w:val="center"/>
        </w:trPr>
        <w:tc>
          <w:tcPr>
            <w:tcW w:w="5112" w:type="dxa"/>
            <w:tcMar>
              <w:top w:w="25" w:type="dxa"/>
              <w:left w:w="25" w:type="dxa"/>
              <w:bottom w:w="25" w:type="dxa"/>
              <w:right w:w="25" w:type="dxa"/>
            </w:tcMar>
          </w:tcPr>
          <w:p w14:paraId="1915104A" w14:textId="77777777" w:rsidR="00DD2189" w:rsidRDefault="00000000">
            <w:pPr>
              <w:spacing w:after="0" w:line="252" w:lineRule="auto"/>
            </w:pPr>
            <w:r>
              <w:rPr>
                <w:color w:val="6B7280"/>
                <w:sz w:val="20"/>
              </w:rPr>
              <w:t xml:space="preserve">☐ </w:t>
            </w:r>
            <w:r>
              <w:rPr>
                <w:sz w:val="18"/>
              </w:rPr>
              <w:t>Hospital / healthcare organization</w:t>
            </w:r>
            <w:r>
              <w:rPr>
                <w:color w:val="6B7280"/>
                <w:sz w:val="17"/>
              </w:rPr>
              <w:t xml:space="preserve"> / </w:t>
            </w:r>
            <w:r>
              <w:rPr>
                <w:color w:val="6B7280"/>
                <w:sz w:val="17"/>
              </w:rPr>
              <w:t>医院或医疗机构</w:t>
            </w:r>
          </w:p>
        </w:tc>
        <w:tc>
          <w:tcPr>
            <w:tcW w:w="5112" w:type="dxa"/>
            <w:tcMar>
              <w:top w:w="25" w:type="dxa"/>
              <w:left w:w="25" w:type="dxa"/>
              <w:bottom w:w="25" w:type="dxa"/>
              <w:right w:w="25" w:type="dxa"/>
            </w:tcMar>
          </w:tcPr>
          <w:p w14:paraId="581EB721" w14:textId="77777777" w:rsidR="00DD2189" w:rsidRDefault="00000000">
            <w:pPr>
              <w:spacing w:after="0" w:line="252" w:lineRule="auto"/>
            </w:pPr>
            <w:r>
              <w:rPr>
                <w:color w:val="6B7280"/>
                <w:sz w:val="20"/>
              </w:rPr>
              <w:t xml:space="preserve">☐ </w:t>
            </w:r>
            <w:r>
              <w:rPr>
                <w:sz w:val="18"/>
              </w:rPr>
              <w:t>Department / laboratory / research group</w:t>
            </w:r>
            <w:r>
              <w:rPr>
                <w:color w:val="6B7280"/>
                <w:sz w:val="17"/>
              </w:rPr>
              <w:t xml:space="preserve"> / </w:t>
            </w:r>
            <w:r>
              <w:rPr>
                <w:color w:val="6B7280"/>
                <w:sz w:val="17"/>
              </w:rPr>
              <w:t>院系、实验室或研究团队</w:t>
            </w:r>
          </w:p>
        </w:tc>
      </w:tr>
      <w:tr w:rsidR="00DD2189" w14:paraId="6C2E6580" w14:textId="77777777">
        <w:trPr>
          <w:jc w:val="center"/>
        </w:trPr>
        <w:tc>
          <w:tcPr>
            <w:tcW w:w="5112" w:type="dxa"/>
            <w:tcMar>
              <w:top w:w="25" w:type="dxa"/>
              <w:left w:w="25" w:type="dxa"/>
              <w:bottom w:w="25" w:type="dxa"/>
              <w:right w:w="25" w:type="dxa"/>
            </w:tcMar>
          </w:tcPr>
          <w:p w14:paraId="7E14811F" w14:textId="77777777" w:rsidR="00DD2189" w:rsidRDefault="00000000">
            <w:pPr>
              <w:spacing w:after="0" w:line="252" w:lineRule="auto"/>
            </w:pPr>
            <w:r>
              <w:rPr>
                <w:color w:val="6B7280"/>
                <w:sz w:val="20"/>
              </w:rPr>
              <w:t xml:space="preserve">☐ </w:t>
            </w:r>
            <w:r>
              <w:rPr>
                <w:sz w:val="18"/>
              </w:rPr>
              <w:t>Research institute / centre</w:t>
            </w:r>
            <w:r>
              <w:rPr>
                <w:color w:val="6B7280"/>
                <w:sz w:val="17"/>
              </w:rPr>
              <w:t xml:space="preserve"> / </w:t>
            </w:r>
            <w:r>
              <w:rPr>
                <w:color w:val="6B7280"/>
                <w:sz w:val="17"/>
              </w:rPr>
              <w:t>科研院所或研究中心</w:t>
            </w:r>
          </w:p>
        </w:tc>
        <w:tc>
          <w:tcPr>
            <w:tcW w:w="5112" w:type="dxa"/>
            <w:tcMar>
              <w:top w:w="25" w:type="dxa"/>
              <w:left w:w="25" w:type="dxa"/>
              <w:bottom w:w="25" w:type="dxa"/>
              <w:right w:w="25" w:type="dxa"/>
            </w:tcMar>
          </w:tcPr>
          <w:p w14:paraId="73AA6D42" w14:textId="77777777" w:rsidR="00DD2189" w:rsidRDefault="00000000">
            <w:pPr>
              <w:spacing w:after="0" w:line="252" w:lineRule="auto"/>
            </w:pPr>
            <w:r>
              <w:rPr>
                <w:color w:val="6B7280"/>
                <w:sz w:val="20"/>
              </w:rPr>
              <w:t xml:space="preserve">☐ </w:t>
            </w:r>
            <w:r>
              <w:rPr>
                <w:sz w:val="18"/>
              </w:rPr>
              <w:t>Professional / academic organization</w:t>
            </w:r>
            <w:r>
              <w:rPr>
                <w:color w:val="6B7280"/>
                <w:sz w:val="17"/>
              </w:rPr>
              <w:t xml:space="preserve"> / </w:t>
            </w:r>
            <w:r>
              <w:rPr>
                <w:color w:val="6B7280"/>
                <w:sz w:val="17"/>
              </w:rPr>
              <w:t>专业或学术组织</w:t>
            </w:r>
          </w:p>
        </w:tc>
      </w:tr>
      <w:tr w:rsidR="00DD2189" w14:paraId="75E1E72F" w14:textId="77777777">
        <w:trPr>
          <w:jc w:val="center"/>
        </w:trPr>
        <w:tc>
          <w:tcPr>
            <w:tcW w:w="5112" w:type="dxa"/>
            <w:tcMar>
              <w:top w:w="25" w:type="dxa"/>
              <w:left w:w="25" w:type="dxa"/>
              <w:bottom w:w="25" w:type="dxa"/>
              <w:right w:w="25" w:type="dxa"/>
            </w:tcMar>
          </w:tcPr>
          <w:p w14:paraId="4AF8C853" w14:textId="77777777" w:rsidR="00DD2189"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c>
          <w:tcPr>
            <w:tcW w:w="5112" w:type="dxa"/>
            <w:tcMar>
              <w:top w:w="25" w:type="dxa"/>
              <w:left w:w="25" w:type="dxa"/>
              <w:bottom w:w="25" w:type="dxa"/>
              <w:right w:w="25" w:type="dxa"/>
            </w:tcMar>
          </w:tcPr>
          <w:p w14:paraId="4529F67D" w14:textId="77777777" w:rsidR="00DD2189" w:rsidRDefault="00DD2189">
            <w:pPr>
              <w:spacing w:after="0" w:line="252" w:lineRule="auto"/>
            </w:pPr>
          </w:p>
        </w:tc>
      </w:tr>
    </w:tbl>
    <w:p w14:paraId="766EE4BE" w14:textId="77777777" w:rsidR="00DD2189" w:rsidRDefault="00DD2189">
      <w:pPr>
        <w:spacing w:after="0"/>
      </w:pPr>
    </w:p>
    <w:p w14:paraId="174A31CE" w14:textId="77777777" w:rsidR="00DD2189" w:rsidRDefault="00000000">
      <w:pPr>
        <w:spacing w:before="40" w:after="40" w:line="252" w:lineRule="auto"/>
      </w:pPr>
      <w:r>
        <w:rPr>
          <w:b/>
          <w:sz w:val="20"/>
        </w:rPr>
        <w:t>Primary pathway of interest</w:t>
      </w:r>
      <w:r>
        <w:rPr>
          <w:b/>
          <w:color w:val="6B7280"/>
        </w:rPr>
        <w:t xml:space="preserve"> / </w:t>
      </w:r>
      <w:r>
        <w:rPr>
          <w:b/>
          <w:color w:val="6B7280"/>
        </w:rPr>
        <w:t>主要意向路径</w:t>
      </w:r>
    </w:p>
    <w:tbl>
      <w:tblPr>
        <w:tblW w:w="0" w:type="auto"/>
        <w:jc w:val="center"/>
        <w:tblLayout w:type="fixed"/>
        <w:tblLook w:val="04A0" w:firstRow="1" w:lastRow="0" w:firstColumn="1" w:lastColumn="0" w:noHBand="0" w:noVBand="1"/>
      </w:tblPr>
      <w:tblGrid>
        <w:gridCol w:w="5112"/>
        <w:gridCol w:w="5112"/>
      </w:tblGrid>
      <w:tr w:rsidR="00DD2189" w14:paraId="6CEFCD69" w14:textId="77777777">
        <w:trPr>
          <w:jc w:val="center"/>
        </w:trPr>
        <w:tc>
          <w:tcPr>
            <w:tcW w:w="5112" w:type="dxa"/>
            <w:tcMar>
              <w:top w:w="25" w:type="dxa"/>
              <w:left w:w="25" w:type="dxa"/>
              <w:bottom w:w="25" w:type="dxa"/>
              <w:right w:w="25" w:type="dxa"/>
            </w:tcMar>
          </w:tcPr>
          <w:p w14:paraId="14656B27" w14:textId="77777777" w:rsidR="00DD2189" w:rsidRDefault="00000000">
            <w:pPr>
              <w:spacing w:after="0" w:line="252" w:lineRule="auto"/>
            </w:pPr>
            <w:r>
              <w:rPr>
                <w:color w:val="6B7280"/>
                <w:sz w:val="20"/>
              </w:rPr>
              <w:t xml:space="preserve">☐ </w:t>
            </w:r>
            <w:r>
              <w:rPr>
                <w:sz w:val="18"/>
              </w:rPr>
              <w:t>Scholarship-Supported Research Training</w:t>
            </w:r>
            <w:r>
              <w:rPr>
                <w:color w:val="6B7280"/>
                <w:sz w:val="17"/>
              </w:rPr>
              <w:t xml:space="preserve"> / </w:t>
            </w:r>
            <w:r>
              <w:rPr>
                <w:color w:val="6B7280"/>
                <w:sz w:val="17"/>
              </w:rPr>
              <w:t>奖学金支持的科研培训</w:t>
            </w:r>
          </w:p>
        </w:tc>
        <w:tc>
          <w:tcPr>
            <w:tcW w:w="5112" w:type="dxa"/>
            <w:tcMar>
              <w:top w:w="25" w:type="dxa"/>
              <w:left w:w="25" w:type="dxa"/>
              <w:bottom w:w="25" w:type="dxa"/>
              <w:right w:w="25" w:type="dxa"/>
            </w:tcMar>
          </w:tcPr>
          <w:p w14:paraId="11CC7D4E" w14:textId="77777777" w:rsidR="00DD2189" w:rsidRDefault="00000000">
            <w:pPr>
              <w:spacing w:after="0" w:line="252" w:lineRule="auto"/>
            </w:pPr>
            <w:r>
              <w:rPr>
                <w:color w:val="6B7280"/>
                <w:sz w:val="20"/>
              </w:rPr>
              <w:t xml:space="preserve">☐ </w:t>
            </w:r>
            <w:r>
              <w:rPr>
                <w:sz w:val="18"/>
              </w:rPr>
              <w:t>Institution-Supported Academic Exchange</w:t>
            </w:r>
            <w:r>
              <w:rPr>
                <w:color w:val="6B7280"/>
                <w:sz w:val="17"/>
              </w:rPr>
              <w:t xml:space="preserve"> / </w:t>
            </w:r>
            <w:r>
              <w:rPr>
                <w:color w:val="6B7280"/>
                <w:sz w:val="17"/>
              </w:rPr>
              <w:t>机构支持的学术交流</w:t>
            </w:r>
          </w:p>
        </w:tc>
      </w:tr>
      <w:tr w:rsidR="00DD2189" w14:paraId="78B6FD06" w14:textId="77777777">
        <w:trPr>
          <w:jc w:val="center"/>
        </w:trPr>
        <w:tc>
          <w:tcPr>
            <w:tcW w:w="5112" w:type="dxa"/>
            <w:tcMar>
              <w:top w:w="25" w:type="dxa"/>
              <w:left w:w="25" w:type="dxa"/>
              <w:bottom w:w="25" w:type="dxa"/>
              <w:right w:w="25" w:type="dxa"/>
            </w:tcMar>
          </w:tcPr>
          <w:p w14:paraId="46A81833" w14:textId="77777777" w:rsidR="00DD2189" w:rsidRDefault="00000000">
            <w:pPr>
              <w:spacing w:after="0" w:line="252" w:lineRule="auto"/>
            </w:pPr>
            <w:r>
              <w:rPr>
                <w:color w:val="6B7280"/>
                <w:sz w:val="20"/>
              </w:rPr>
              <w:t xml:space="preserve">☐ </w:t>
            </w:r>
            <w:r>
              <w:rPr>
                <w:sz w:val="18"/>
              </w:rPr>
              <w:t>Externally Funded Mobility / Fellowship</w:t>
            </w:r>
            <w:r>
              <w:rPr>
                <w:color w:val="6B7280"/>
                <w:sz w:val="17"/>
              </w:rPr>
              <w:t xml:space="preserve"> / </w:t>
            </w:r>
            <w:r>
              <w:rPr>
                <w:color w:val="6B7280"/>
                <w:sz w:val="17"/>
              </w:rPr>
              <w:t>外部资助的流动或研修项目</w:t>
            </w:r>
          </w:p>
        </w:tc>
        <w:tc>
          <w:tcPr>
            <w:tcW w:w="5112" w:type="dxa"/>
            <w:tcMar>
              <w:top w:w="25" w:type="dxa"/>
              <w:left w:w="25" w:type="dxa"/>
              <w:bottom w:w="25" w:type="dxa"/>
              <w:right w:w="25" w:type="dxa"/>
            </w:tcMar>
          </w:tcPr>
          <w:p w14:paraId="39B53B76" w14:textId="77777777" w:rsidR="00DD2189" w:rsidRDefault="00000000">
            <w:pPr>
              <w:spacing w:after="0" w:line="252" w:lineRule="auto"/>
            </w:pPr>
            <w:r>
              <w:rPr>
                <w:color w:val="6B7280"/>
                <w:sz w:val="20"/>
              </w:rPr>
              <w:t xml:space="preserve">☐ </w:t>
            </w:r>
            <w:r>
              <w:rPr>
                <w:sz w:val="18"/>
              </w:rPr>
              <w:t>Joint Training / Co-Development Program</w:t>
            </w:r>
            <w:r>
              <w:rPr>
                <w:color w:val="6B7280"/>
                <w:sz w:val="17"/>
              </w:rPr>
              <w:t xml:space="preserve"> / </w:t>
            </w:r>
            <w:r>
              <w:rPr>
                <w:color w:val="6B7280"/>
                <w:sz w:val="17"/>
              </w:rPr>
              <w:t>联合培养或联合发展项目</w:t>
            </w:r>
          </w:p>
        </w:tc>
      </w:tr>
      <w:tr w:rsidR="00DD2189" w14:paraId="33A19867" w14:textId="77777777">
        <w:trPr>
          <w:jc w:val="center"/>
        </w:trPr>
        <w:tc>
          <w:tcPr>
            <w:tcW w:w="5112" w:type="dxa"/>
            <w:tcMar>
              <w:top w:w="25" w:type="dxa"/>
              <w:left w:w="25" w:type="dxa"/>
              <w:bottom w:w="25" w:type="dxa"/>
              <w:right w:w="25" w:type="dxa"/>
            </w:tcMar>
          </w:tcPr>
          <w:p w14:paraId="1F15C33F" w14:textId="77777777" w:rsidR="00DD2189" w:rsidRDefault="00000000">
            <w:pPr>
              <w:spacing w:after="0" w:line="252" w:lineRule="auto"/>
            </w:pPr>
            <w:r>
              <w:rPr>
                <w:color w:val="6B7280"/>
                <w:sz w:val="20"/>
              </w:rPr>
              <w:t xml:space="preserve">☐ </w:t>
            </w:r>
            <w:r>
              <w:rPr>
                <w:sz w:val="18"/>
              </w:rPr>
              <w:t>Faculty / Researcher Exchange</w:t>
            </w:r>
            <w:r>
              <w:rPr>
                <w:color w:val="6B7280"/>
                <w:sz w:val="17"/>
              </w:rPr>
              <w:t xml:space="preserve"> / </w:t>
            </w:r>
            <w:r>
              <w:rPr>
                <w:color w:val="6B7280"/>
                <w:sz w:val="17"/>
              </w:rPr>
              <w:t>教师或研究人员交流</w:t>
            </w:r>
          </w:p>
        </w:tc>
        <w:tc>
          <w:tcPr>
            <w:tcW w:w="5112" w:type="dxa"/>
            <w:tcMar>
              <w:top w:w="25" w:type="dxa"/>
              <w:left w:w="25" w:type="dxa"/>
              <w:bottom w:w="25" w:type="dxa"/>
              <w:right w:w="25" w:type="dxa"/>
            </w:tcMar>
          </w:tcPr>
          <w:p w14:paraId="20F0094D" w14:textId="77777777" w:rsidR="00DD2189" w:rsidRDefault="00000000">
            <w:pPr>
              <w:spacing w:after="0" w:line="252" w:lineRule="auto"/>
            </w:pPr>
            <w:r>
              <w:rPr>
                <w:color w:val="6B7280"/>
                <w:sz w:val="20"/>
              </w:rPr>
              <w:t xml:space="preserve">☐ </w:t>
            </w:r>
            <w:r>
              <w:rPr>
                <w:sz w:val="18"/>
              </w:rPr>
              <w:t>Student / Trainee Exchange</w:t>
            </w:r>
            <w:r>
              <w:rPr>
                <w:color w:val="6B7280"/>
                <w:sz w:val="17"/>
              </w:rPr>
              <w:t xml:space="preserve"> / </w:t>
            </w:r>
            <w:r>
              <w:rPr>
                <w:color w:val="6B7280"/>
                <w:sz w:val="17"/>
              </w:rPr>
              <w:t>学生或培训人员交流</w:t>
            </w:r>
          </w:p>
        </w:tc>
      </w:tr>
      <w:tr w:rsidR="00DD2189" w14:paraId="355F6B42" w14:textId="77777777">
        <w:trPr>
          <w:jc w:val="center"/>
        </w:trPr>
        <w:tc>
          <w:tcPr>
            <w:tcW w:w="5112" w:type="dxa"/>
            <w:tcMar>
              <w:top w:w="25" w:type="dxa"/>
              <w:left w:w="25" w:type="dxa"/>
              <w:bottom w:w="25" w:type="dxa"/>
              <w:right w:w="25" w:type="dxa"/>
            </w:tcMar>
          </w:tcPr>
          <w:p w14:paraId="5960818E" w14:textId="77777777" w:rsidR="00DD2189" w:rsidRDefault="00000000">
            <w:pPr>
              <w:spacing w:after="0" w:line="252" w:lineRule="auto"/>
            </w:pPr>
            <w:r>
              <w:rPr>
                <w:color w:val="6B7280"/>
                <w:sz w:val="20"/>
              </w:rPr>
              <w:t xml:space="preserve">☐ </w:t>
            </w:r>
            <w:r>
              <w:rPr>
                <w:sz w:val="18"/>
              </w:rPr>
              <w:t>Short-Term Academic Visit</w:t>
            </w:r>
            <w:r>
              <w:rPr>
                <w:color w:val="6B7280"/>
                <w:sz w:val="17"/>
              </w:rPr>
              <w:t xml:space="preserve"> / </w:t>
            </w:r>
            <w:r>
              <w:rPr>
                <w:color w:val="6B7280"/>
                <w:sz w:val="17"/>
              </w:rPr>
              <w:t>短期学术访问</w:t>
            </w:r>
          </w:p>
        </w:tc>
        <w:tc>
          <w:tcPr>
            <w:tcW w:w="5112" w:type="dxa"/>
            <w:tcMar>
              <w:top w:w="25" w:type="dxa"/>
              <w:left w:w="25" w:type="dxa"/>
              <w:bottom w:w="25" w:type="dxa"/>
              <w:right w:w="25" w:type="dxa"/>
            </w:tcMar>
          </w:tcPr>
          <w:p w14:paraId="66571221" w14:textId="77777777" w:rsidR="00DD2189"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r>
    </w:tbl>
    <w:p w14:paraId="28A292B4" w14:textId="77777777" w:rsidR="00DD2189" w:rsidRDefault="00DD2189">
      <w:pPr>
        <w:spacing w:after="0"/>
      </w:pPr>
    </w:p>
    <w:p w14:paraId="7FE2C10E" w14:textId="77777777" w:rsidR="00DD2189" w:rsidRDefault="00000000">
      <w:pPr>
        <w:keepNext/>
        <w:spacing w:before="100" w:after="80" w:line="252" w:lineRule="auto"/>
      </w:pPr>
      <w:r>
        <w:rPr>
          <w:b/>
          <w:color w:val="0066B3"/>
          <w:sz w:val="30"/>
        </w:rPr>
        <w:t xml:space="preserve">B. Applicant or Institution Information  </w:t>
      </w:r>
      <w:r>
        <w:rPr>
          <w:b/>
          <w:color w:val="0066B3"/>
          <w:sz w:val="30"/>
        </w:rPr>
        <w:t>申请人或机构信息</w:t>
      </w:r>
    </w:p>
    <w:tbl>
      <w:tblPr>
        <w:tblW w:w="0" w:type="auto"/>
        <w:jc w:val="center"/>
        <w:tblLayout w:type="fixed"/>
        <w:tblLook w:val="04A0" w:firstRow="1" w:lastRow="0" w:firstColumn="1" w:lastColumn="0" w:noHBand="0" w:noVBand="1"/>
      </w:tblPr>
      <w:tblGrid>
        <w:gridCol w:w="5112"/>
        <w:gridCol w:w="5112"/>
      </w:tblGrid>
      <w:tr w:rsidR="00DD2189" w14:paraId="666033F3"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91522BC" w14:textId="77777777" w:rsidR="00DD2189" w:rsidRDefault="00000000">
            <w:pPr>
              <w:spacing w:after="20" w:line="252" w:lineRule="auto"/>
            </w:pPr>
            <w:r>
              <w:rPr>
                <w:b/>
                <w:sz w:val="18"/>
              </w:rPr>
              <w:t>Full name / legal organization name</w:t>
            </w:r>
            <w:r>
              <w:rPr>
                <w:b/>
                <w:color w:val="6B7280"/>
                <w:sz w:val="18"/>
              </w:rPr>
              <w:t xml:space="preserve"> / </w:t>
            </w:r>
            <w:r>
              <w:rPr>
                <w:b/>
                <w:color w:val="6B7280"/>
                <w:sz w:val="18"/>
              </w:rPr>
              <w:t>姓名或机构法定名称</w:t>
            </w:r>
          </w:p>
          <w:p w14:paraId="7AE24875"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6029941" w14:textId="77777777" w:rsidR="00DD2189" w:rsidRDefault="00000000">
            <w:pPr>
              <w:spacing w:after="20" w:line="252" w:lineRule="auto"/>
            </w:pPr>
            <w:r>
              <w:rPr>
                <w:b/>
                <w:sz w:val="18"/>
              </w:rPr>
              <w:t>Preferred English name / operating name</w:t>
            </w:r>
            <w:r>
              <w:rPr>
                <w:b/>
                <w:color w:val="6B7280"/>
                <w:sz w:val="18"/>
              </w:rPr>
              <w:t xml:space="preserve"> / </w:t>
            </w:r>
            <w:r>
              <w:rPr>
                <w:b/>
                <w:color w:val="6B7280"/>
                <w:sz w:val="18"/>
              </w:rPr>
              <w:t>常用英文姓名或机构英文名</w:t>
            </w:r>
          </w:p>
          <w:p w14:paraId="3CBE2A0E" w14:textId="77777777" w:rsidR="00DD2189" w:rsidRDefault="00000000">
            <w:pPr>
              <w:spacing w:after="0" w:line="252" w:lineRule="auto"/>
            </w:pPr>
            <w:r>
              <w:rPr>
                <w:i/>
                <w:color w:val="7C8796"/>
                <w:sz w:val="18"/>
              </w:rPr>
              <w:t>Click or tap here to enter text.</w:t>
            </w:r>
          </w:p>
        </w:tc>
      </w:tr>
      <w:tr w:rsidR="00DD2189" w14:paraId="442F9AA2"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3B5DB74" w14:textId="77777777" w:rsidR="00DD2189" w:rsidRDefault="00000000">
            <w:pPr>
              <w:spacing w:after="20" w:line="252" w:lineRule="auto"/>
            </w:pPr>
            <w:r>
              <w:rPr>
                <w:b/>
                <w:sz w:val="18"/>
              </w:rPr>
              <w:t>Country / region and city</w:t>
            </w:r>
            <w:r>
              <w:rPr>
                <w:b/>
                <w:color w:val="6B7280"/>
                <w:sz w:val="18"/>
              </w:rPr>
              <w:t xml:space="preserve"> / </w:t>
            </w:r>
            <w:r>
              <w:rPr>
                <w:b/>
                <w:color w:val="6B7280"/>
                <w:sz w:val="18"/>
              </w:rPr>
              <w:t>所在国家、地区及城市</w:t>
            </w:r>
          </w:p>
          <w:p w14:paraId="42B0B361"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FDE5999" w14:textId="77777777" w:rsidR="00DD2189" w:rsidRDefault="00000000">
            <w:pPr>
              <w:spacing w:after="20" w:line="252" w:lineRule="auto"/>
            </w:pPr>
            <w:r>
              <w:rPr>
                <w:b/>
                <w:sz w:val="18"/>
              </w:rPr>
              <w:t>Institution / organization</w:t>
            </w:r>
            <w:r>
              <w:rPr>
                <w:b/>
                <w:color w:val="6B7280"/>
                <w:sz w:val="18"/>
              </w:rPr>
              <w:t xml:space="preserve"> / </w:t>
            </w:r>
            <w:r>
              <w:rPr>
                <w:b/>
                <w:color w:val="6B7280"/>
                <w:sz w:val="18"/>
              </w:rPr>
              <w:t>所在单位或机构</w:t>
            </w:r>
          </w:p>
          <w:p w14:paraId="601FEF63" w14:textId="77777777" w:rsidR="00DD2189" w:rsidRDefault="00000000">
            <w:pPr>
              <w:spacing w:after="0" w:line="252" w:lineRule="auto"/>
            </w:pPr>
            <w:r>
              <w:rPr>
                <w:i/>
                <w:color w:val="7C8796"/>
                <w:sz w:val="18"/>
              </w:rPr>
              <w:t>Click or tap here to enter text.</w:t>
            </w:r>
          </w:p>
        </w:tc>
      </w:tr>
      <w:tr w:rsidR="00DD2189" w14:paraId="74B8DBDA"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714C0161" w14:textId="77777777" w:rsidR="00DD2189" w:rsidRDefault="00000000">
            <w:pPr>
              <w:spacing w:after="20" w:line="252" w:lineRule="auto"/>
            </w:pPr>
            <w:r>
              <w:rPr>
                <w:b/>
                <w:sz w:val="18"/>
              </w:rPr>
              <w:t>Department / laboratory / centre</w:t>
            </w:r>
            <w:r>
              <w:rPr>
                <w:b/>
                <w:color w:val="6B7280"/>
                <w:sz w:val="18"/>
              </w:rPr>
              <w:t xml:space="preserve"> / </w:t>
            </w:r>
            <w:r>
              <w:rPr>
                <w:b/>
                <w:color w:val="6B7280"/>
                <w:sz w:val="18"/>
              </w:rPr>
              <w:t>院系、实验室或中心</w:t>
            </w:r>
          </w:p>
          <w:p w14:paraId="0BDDDFDA"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9E15A2D" w14:textId="77777777" w:rsidR="00DD2189" w:rsidRDefault="00000000">
            <w:pPr>
              <w:spacing w:after="20" w:line="252" w:lineRule="auto"/>
            </w:pPr>
            <w:r>
              <w:rPr>
                <w:b/>
                <w:sz w:val="18"/>
              </w:rPr>
              <w:t>Current position / role</w:t>
            </w:r>
            <w:r>
              <w:rPr>
                <w:b/>
                <w:color w:val="6B7280"/>
                <w:sz w:val="18"/>
              </w:rPr>
              <w:t xml:space="preserve"> / </w:t>
            </w:r>
            <w:r>
              <w:rPr>
                <w:b/>
                <w:color w:val="6B7280"/>
                <w:sz w:val="18"/>
              </w:rPr>
              <w:t>现任职务或角色</w:t>
            </w:r>
          </w:p>
          <w:p w14:paraId="354D6217" w14:textId="77777777" w:rsidR="00DD2189" w:rsidRDefault="00000000">
            <w:pPr>
              <w:spacing w:after="0" w:line="252" w:lineRule="auto"/>
            </w:pPr>
            <w:r>
              <w:rPr>
                <w:i/>
                <w:color w:val="7C8796"/>
                <w:sz w:val="18"/>
              </w:rPr>
              <w:t>Click or tap here to enter text.</w:t>
            </w:r>
          </w:p>
        </w:tc>
      </w:tr>
      <w:tr w:rsidR="00DD2189" w14:paraId="44B82218"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72D72FAE" w14:textId="77777777" w:rsidR="00DD2189" w:rsidRDefault="00000000">
            <w:pPr>
              <w:spacing w:after="20" w:line="252" w:lineRule="auto"/>
            </w:pPr>
            <w:r>
              <w:rPr>
                <w:b/>
                <w:sz w:val="18"/>
              </w:rPr>
              <w:lastRenderedPageBreak/>
              <w:t>Primary email</w:t>
            </w:r>
            <w:r>
              <w:rPr>
                <w:b/>
                <w:color w:val="6B7280"/>
                <w:sz w:val="18"/>
              </w:rPr>
              <w:t xml:space="preserve"> / </w:t>
            </w:r>
            <w:r>
              <w:rPr>
                <w:b/>
                <w:color w:val="6B7280"/>
                <w:sz w:val="18"/>
              </w:rPr>
              <w:t>主要电子邮箱</w:t>
            </w:r>
          </w:p>
          <w:p w14:paraId="444D1F38"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DB38EAB" w14:textId="77777777" w:rsidR="00DD2189" w:rsidRDefault="00000000">
            <w:pPr>
              <w:spacing w:after="20" w:line="252" w:lineRule="auto"/>
            </w:pPr>
            <w:r>
              <w:rPr>
                <w:b/>
                <w:sz w:val="18"/>
              </w:rPr>
              <w:t>Telephone / WeChat / WhatsApp</w:t>
            </w:r>
            <w:r>
              <w:rPr>
                <w:b/>
                <w:color w:val="6B7280"/>
                <w:sz w:val="18"/>
              </w:rPr>
              <w:t xml:space="preserve"> / </w:t>
            </w:r>
            <w:r>
              <w:rPr>
                <w:b/>
                <w:color w:val="6B7280"/>
                <w:sz w:val="18"/>
              </w:rPr>
              <w:t>电话、微信或</w:t>
            </w:r>
            <w:r>
              <w:rPr>
                <w:b/>
                <w:color w:val="6B7280"/>
                <w:sz w:val="18"/>
              </w:rPr>
              <w:t xml:space="preserve"> WhatsApp</w:t>
            </w:r>
          </w:p>
          <w:p w14:paraId="4C752278" w14:textId="77777777" w:rsidR="00DD2189" w:rsidRDefault="00000000">
            <w:pPr>
              <w:spacing w:after="0" w:line="252" w:lineRule="auto"/>
            </w:pPr>
            <w:r>
              <w:rPr>
                <w:i/>
                <w:color w:val="7C8796"/>
                <w:sz w:val="18"/>
              </w:rPr>
              <w:t>Click or tap here to enter text.</w:t>
            </w:r>
          </w:p>
        </w:tc>
      </w:tr>
      <w:tr w:rsidR="00DD2189" w14:paraId="540CDD6B"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6700DE04" w14:textId="77777777" w:rsidR="00DD2189" w:rsidRDefault="00000000">
            <w:pPr>
              <w:spacing w:after="20" w:line="252" w:lineRule="auto"/>
            </w:pPr>
            <w:r>
              <w:rPr>
                <w:b/>
                <w:sz w:val="18"/>
              </w:rPr>
              <w:t>Website / institutional profile</w:t>
            </w:r>
            <w:r>
              <w:rPr>
                <w:b/>
                <w:color w:val="6B7280"/>
                <w:sz w:val="18"/>
              </w:rPr>
              <w:t xml:space="preserve"> / </w:t>
            </w:r>
            <w:r>
              <w:rPr>
                <w:b/>
                <w:color w:val="6B7280"/>
                <w:sz w:val="18"/>
              </w:rPr>
              <w:t>网站或机构主页</w:t>
            </w:r>
          </w:p>
          <w:p w14:paraId="27521D7D"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4421CAE" w14:textId="77777777" w:rsidR="00DD2189" w:rsidRDefault="00000000">
            <w:pPr>
              <w:spacing w:after="20" w:line="252" w:lineRule="auto"/>
            </w:pPr>
            <w:r>
              <w:rPr>
                <w:b/>
                <w:sz w:val="18"/>
              </w:rPr>
              <w:t>Working language(s)</w:t>
            </w:r>
            <w:r>
              <w:rPr>
                <w:b/>
                <w:color w:val="6B7280"/>
                <w:sz w:val="18"/>
              </w:rPr>
              <w:t xml:space="preserve"> / </w:t>
            </w:r>
            <w:r>
              <w:rPr>
                <w:b/>
                <w:color w:val="6B7280"/>
                <w:sz w:val="18"/>
              </w:rPr>
              <w:t>工作语言</w:t>
            </w:r>
          </w:p>
          <w:p w14:paraId="4752F1A3" w14:textId="77777777" w:rsidR="00DD2189" w:rsidRDefault="00000000">
            <w:pPr>
              <w:spacing w:after="0" w:line="252" w:lineRule="auto"/>
            </w:pPr>
            <w:r>
              <w:rPr>
                <w:i/>
                <w:color w:val="7C8796"/>
                <w:sz w:val="18"/>
              </w:rPr>
              <w:t>Click or tap here to enter text.</w:t>
            </w:r>
          </w:p>
        </w:tc>
      </w:tr>
    </w:tbl>
    <w:p w14:paraId="0C973E98" w14:textId="77777777" w:rsidR="00DD2189" w:rsidRDefault="00DD2189">
      <w:pPr>
        <w:spacing w:after="0"/>
      </w:pPr>
    </w:p>
    <w:p w14:paraId="21491633" w14:textId="77777777" w:rsidR="00DD2189" w:rsidRDefault="00000000">
      <w:pPr>
        <w:keepNext/>
        <w:spacing w:before="100" w:after="80" w:line="252" w:lineRule="auto"/>
      </w:pPr>
      <w:r>
        <w:rPr>
          <w:b/>
          <w:color w:val="0066B3"/>
          <w:sz w:val="30"/>
        </w:rPr>
        <w:t xml:space="preserve">C. Scholarship or Exchange Objectives  </w:t>
      </w:r>
      <w:r>
        <w:rPr>
          <w:b/>
          <w:color w:val="0066B3"/>
          <w:sz w:val="30"/>
        </w:rPr>
        <w:t>奖学金或交流目标</w:t>
      </w:r>
    </w:p>
    <w:tbl>
      <w:tblPr>
        <w:tblW w:w="0" w:type="auto"/>
        <w:jc w:val="center"/>
        <w:tblLayout w:type="fixed"/>
        <w:tblLook w:val="04A0" w:firstRow="1" w:lastRow="0" w:firstColumn="1" w:lastColumn="0" w:noHBand="0" w:noVBand="1"/>
      </w:tblPr>
      <w:tblGrid>
        <w:gridCol w:w="5112"/>
        <w:gridCol w:w="5112"/>
      </w:tblGrid>
      <w:tr w:rsidR="00DD2189" w14:paraId="201833D1"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BE57939" w14:textId="77777777" w:rsidR="00DD2189" w:rsidRDefault="00000000">
            <w:pPr>
              <w:spacing w:after="20" w:line="252" w:lineRule="auto"/>
            </w:pPr>
            <w:r>
              <w:rPr>
                <w:b/>
                <w:sz w:val="18"/>
              </w:rPr>
              <w:t>Primary academic / research field</w:t>
            </w:r>
            <w:r>
              <w:rPr>
                <w:b/>
                <w:color w:val="6B7280"/>
                <w:sz w:val="18"/>
              </w:rPr>
              <w:t xml:space="preserve"> / </w:t>
            </w:r>
            <w:r>
              <w:rPr>
                <w:b/>
                <w:color w:val="6B7280"/>
                <w:sz w:val="18"/>
              </w:rPr>
              <w:t>主要学术或科研领域</w:t>
            </w:r>
          </w:p>
          <w:p w14:paraId="7D683940"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2693946" w14:textId="77777777" w:rsidR="00DD2189" w:rsidRDefault="00000000">
            <w:pPr>
              <w:spacing w:after="20" w:line="252" w:lineRule="auto"/>
            </w:pPr>
            <w:r>
              <w:rPr>
                <w:b/>
                <w:sz w:val="18"/>
              </w:rPr>
              <w:t>Target participant level</w:t>
            </w:r>
            <w:r>
              <w:rPr>
                <w:b/>
                <w:color w:val="6B7280"/>
                <w:sz w:val="18"/>
              </w:rPr>
              <w:t xml:space="preserve"> / </w:t>
            </w:r>
            <w:r>
              <w:rPr>
                <w:b/>
                <w:color w:val="6B7280"/>
                <w:sz w:val="18"/>
              </w:rPr>
              <w:t>目标参与层级</w:t>
            </w:r>
          </w:p>
          <w:p w14:paraId="39C6F0FF" w14:textId="77777777" w:rsidR="00DD2189" w:rsidRDefault="00000000">
            <w:pPr>
              <w:spacing w:after="0" w:line="252" w:lineRule="auto"/>
            </w:pPr>
            <w:r>
              <w:rPr>
                <w:i/>
                <w:color w:val="7C8796"/>
                <w:sz w:val="18"/>
              </w:rPr>
              <w:t>Student / PhD / Postdoc / Faculty / Clinician / Professional / Other</w:t>
            </w:r>
          </w:p>
        </w:tc>
      </w:tr>
      <w:tr w:rsidR="00DD2189" w14:paraId="649312C2"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B888FD9" w14:textId="77777777" w:rsidR="00DD2189" w:rsidRDefault="00000000">
            <w:pPr>
              <w:spacing w:after="20" w:line="252" w:lineRule="auto"/>
            </w:pPr>
            <w:r>
              <w:rPr>
                <w:b/>
                <w:sz w:val="18"/>
              </w:rPr>
              <w:t>Preferred destination country / region</w:t>
            </w:r>
            <w:r>
              <w:rPr>
                <w:b/>
                <w:color w:val="6B7280"/>
                <w:sz w:val="18"/>
              </w:rPr>
              <w:t xml:space="preserve"> / </w:t>
            </w:r>
            <w:r>
              <w:rPr>
                <w:b/>
                <w:color w:val="6B7280"/>
                <w:sz w:val="18"/>
              </w:rPr>
              <w:t>意向国家或地区</w:t>
            </w:r>
          </w:p>
          <w:p w14:paraId="21035725"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832DBB8" w14:textId="77777777" w:rsidR="00DD2189" w:rsidRDefault="00000000">
            <w:pPr>
              <w:spacing w:after="20" w:line="252" w:lineRule="auto"/>
            </w:pPr>
            <w:r>
              <w:rPr>
                <w:b/>
                <w:sz w:val="18"/>
              </w:rPr>
              <w:t>Preferred host institution / partner</w:t>
            </w:r>
            <w:r>
              <w:rPr>
                <w:b/>
                <w:color w:val="6B7280"/>
                <w:sz w:val="18"/>
              </w:rPr>
              <w:t xml:space="preserve"> / </w:t>
            </w:r>
            <w:r>
              <w:rPr>
                <w:b/>
                <w:color w:val="6B7280"/>
                <w:sz w:val="18"/>
              </w:rPr>
              <w:t>意向接收机构或合作方</w:t>
            </w:r>
          </w:p>
          <w:p w14:paraId="7223DAF0" w14:textId="77777777" w:rsidR="00DD2189" w:rsidRDefault="00000000">
            <w:pPr>
              <w:spacing w:after="0" w:line="252" w:lineRule="auto"/>
            </w:pPr>
            <w:r>
              <w:rPr>
                <w:i/>
                <w:color w:val="7C8796"/>
                <w:sz w:val="18"/>
              </w:rPr>
              <w:t>If already identified.</w:t>
            </w:r>
          </w:p>
        </w:tc>
      </w:tr>
    </w:tbl>
    <w:p w14:paraId="79439A21"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285F2FFD"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317CD548" w14:textId="77777777" w:rsidR="00DD2189" w:rsidRDefault="00000000">
            <w:pPr>
              <w:spacing w:after="40" w:line="252" w:lineRule="auto"/>
            </w:pPr>
            <w:r>
              <w:rPr>
                <w:b/>
                <w:sz w:val="18"/>
              </w:rPr>
              <w:t>Academic, research, training, or exchange objectives</w:t>
            </w:r>
            <w:r>
              <w:rPr>
                <w:b/>
                <w:color w:val="6B7280"/>
                <w:sz w:val="18"/>
              </w:rPr>
              <w:t xml:space="preserve"> / </w:t>
            </w:r>
            <w:r>
              <w:rPr>
                <w:b/>
                <w:color w:val="6B7280"/>
                <w:sz w:val="18"/>
              </w:rPr>
              <w:t>学术、科研、培训或交流目标</w:t>
            </w:r>
          </w:p>
          <w:p w14:paraId="1D0EF736" w14:textId="77777777" w:rsidR="00DD2189" w:rsidRDefault="00000000">
            <w:pPr>
              <w:spacing w:after="0" w:line="252" w:lineRule="auto"/>
            </w:pPr>
            <w:r>
              <w:rPr>
                <w:i/>
                <w:color w:val="7C8796"/>
                <w:sz w:val="18"/>
              </w:rPr>
              <w:t>Describe the intended purpose, expected outcomes, and why the proposed international or institutional exchange is relevant (approximately 150-250 words).</w:t>
            </w:r>
          </w:p>
          <w:p w14:paraId="622E941A" w14:textId="77777777" w:rsidR="00DD2189" w:rsidRDefault="00000000">
            <w:pPr>
              <w:spacing w:after="0" w:line="252" w:lineRule="auto"/>
            </w:pPr>
            <w:r>
              <w:rPr>
                <w:sz w:val="18"/>
              </w:rPr>
              <w:t xml:space="preserve"> </w:t>
            </w:r>
          </w:p>
          <w:p w14:paraId="2FF4A035" w14:textId="77777777" w:rsidR="00DD2189" w:rsidRDefault="00000000">
            <w:pPr>
              <w:spacing w:after="0" w:line="252" w:lineRule="auto"/>
            </w:pPr>
            <w:r>
              <w:rPr>
                <w:sz w:val="18"/>
              </w:rPr>
              <w:t xml:space="preserve"> </w:t>
            </w:r>
          </w:p>
          <w:p w14:paraId="56B2E745" w14:textId="77777777" w:rsidR="00DD2189" w:rsidRDefault="00000000">
            <w:pPr>
              <w:spacing w:after="0" w:line="252" w:lineRule="auto"/>
            </w:pPr>
            <w:r>
              <w:rPr>
                <w:sz w:val="18"/>
              </w:rPr>
              <w:t xml:space="preserve"> </w:t>
            </w:r>
          </w:p>
        </w:tc>
      </w:tr>
    </w:tbl>
    <w:p w14:paraId="66C0C24B"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40A535B6"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0BEA98BB" w14:textId="77777777" w:rsidR="00DD2189" w:rsidRDefault="00000000">
            <w:pPr>
              <w:spacing w:after="40" w:line="252" w:lineRule="auto"/>
            </w:pPr>
            <w:r>
              <w:rPr>
                <w:b/>
                <w:sz w:val="18"/>
              </w:rPr>
              <w:t>Preferred host expertise, program type, or institutional characteristics</w:t>
            </w:r>
            <w:r>
              <w:rPr>
                <w:b/>
                <w:color w:val="6B7280"/>
                <w:sz w:val="18"/>
              </w:rPr>
              <w:t xml:space="preserve"> / </w:t>
            </w:r>
            <w:r>
              <w:rPr>
                <w:b/>
                <w:color w:val="6B7280"/>
                <w:sz w:val="18"/>
              </w:rPr>
              <w:t>期望接收方专业方向、项目类型或机构特征</w:t>
            </w:r>
          </w:p>
          <w:p w14:paraId="41F1FD79" w14:textId="77777777" w:rsidR="00DD2189" w:rsidRDefault="00000000">
            <w:pPr>
              <w:spacing w:after="0" w:line="252" w:lineRule="auto"/>
            </w:pPr>
            <w:r>
              <w:rPr>
                <w:i/>
                <w:color w:val="7C8796"/>
                <w:sz w:val="18"/>
              </w:rPr>
              <w:t>Click or tap here to enter text.</w:t>
            </w:r>
          </w:p>
          <w:p w14:paraId="7B95E5FE" w14:textId="77777777" w:rsidR="00DD2189" w:rsidRDefault="00000000">
            <w:pPr>
              <w:spacing w:after="0" w:line="252" w:lineRule="auto"/>
            </w:pPr>
            <w:r>
              <w:rPr>
                <w:sz w:val="18"/>
              </w:rPr>
              <w:t xml:space="preserve"> </w:t>
            </w:r>
          </w:p>
        </w:tc>
      </w:tr>
    </w:tbl>
    <w:p w14:paraId="1D0A6B73" w14:textId="77777777" w:rsidR="00DD2189" w:rsidRDefault="00DD2189">
      <w:pPr>
        <w:spacing w:after="0"/>
      </w:pPr>
    </w:p>
    <w:p w14:paraId="33C8D692" w14:textId="77777777" w:rsidR="00DD2189" w:rsidRDefault="00000000">
      <w:pPr>
        <w:keepNext/>
        <w:spacing w:before="100" w:after="80" w:line="252" w:lineRule="auto"/>
      </w:pPr>
      <w:r>
        <w:rPr>
          <w:b/>
          <w:color w:val="0066B3"/>
          <w:sz w:val="30"/>
        </w:rPr>
        <w:t xml:space="preserve">D. Funding and Scholarship Information  </w:t>
      </w:r>
      <w:r>
        <w:rPr>
          <w:b/>
          <w:color w:val="0066B3"/>
          <w:sz w:val="30"/>
        </w:rPr>
        <w:t>经费与奖学金信息</w:t>
      </w:r>
    </w:p>
    <w:p w14:paraId="3ADC76EE" w14:textId="77777777" w:rsidR="00DD2189" w:rsidRDefault="00000000">
      <w:pPr>
        <w:spacing w:before="40" w:after="40" w:line="252" w:lineRule="auto"/>
      </w:pPr>
      <w:r>
        <w:rPr>
          <w:b/>
          <w:sz w:val="20"/>
        </w:rPr>
        <w:t>Funding / scholarship status</w:t>
      </w:r>
      <w:r>
        <w:rPr>
          <w:b/>
          <w:color w:val="6B7280"/>
        </w:rPr>
        <w:t xml:space="preserve"> / </w:t>
      </w:r>
      <w:r>
        <w:rPr>
          <w:b/>
          <w:color w:val="6B7280"/>
        </w:rPr>
        <w:t>经费或奖学金状态</w:t>
      </w:r>
    </w:p>
    <w:tbl>
      <w:tblPr>
        <w:tblW w:w="0" w:type="auto"/>
        <w:jc w:val="center"/>
        <w:tblLayout w:type="fixed"/>
        <w:tblLook w:val="04A0" w:firstRow="1" w:lastRow="0" w:firstColumn="1" w:lastColumn="0" w:noHBand="0" w:noVBand="1"/>
      </w:tblPr>
      <w:tblGrid>
        <w:gridCol w:w="5112"/>
        <w:gridCol w:w="5112"/>
      </w:tblGrid>
      <w:tr w:rsidR="00DD2189" w14:paraId="129E3ABA" w14:textId="77777777">
        <w:trPr>
          <w:jc w:val="center"/>
        </w:trPr>
        <w:tc>
          <w:tcPr>
            <w:tcW w:w="5112" w:type="dxa"/>
            <w:tcMar>
              <w:top w:w="25" w:type="dxa"/>
              <w:left w:w="25" w:type="dxa"/>
              <w:bottom w:w="25" w:type="dxa"/>
              <w:right w:w="25" w:type="dxa"/>
            </w:tcMar>
          </w:tcPr>
          <w:p w14:paraId="36CB64C6" w14:textId="77777777" w:rsidR="00DD2189" w:rsidRDefault="00000000">
            <w:pPr>
              <w:spacing w:after="0" w:line="252" w:lineRule="auto"/>
            </w:pPr>
            <w:r>
              <w:rPr>
                <w:color w:val="6B7280"/>
                <w:sz w:val="20"/>
              </w:rPr>
              <w:t xml:space="preserve">☐ </w:t>
            </w:r>
            <w:r>
              <w:rPr>
                <w:sz w:val="18"/>
              </w:rPr>
              <w:t>Confirmed scholarship / funding</w:t>
            </w:r>
            <w:r>
              <w:rPr>
                <w:color w:val="6B7280"/>
                <w:sz w:val="17"/>
              </w:rPr>
              <w:t xml:space="preserve"> / </w:t>
            </w:r>
            <w:r>
              <w:rPr>
                <w:color w:val="6B7280"/>
                <w:sz w:val="17"/>
              </w:rPr>
              <w:t>已获得奖学金或经费</w:t>
            </w:r>
          </w:p>
        </w:tc>
        <w:tc>
          <w:tcPr>
            <w:tcW w:w="5112" w:type="dxa"/>
            <w:tcMar>
              <w:top w:w="25" w:type="dxa"/>
              <w:left w:w="25" w:type="dxa"/>
              <w:bottom w:w="25" w:type="dxa"/>
              <w:right w:w="25" w:type="dxa"/>
            </w:tcMar>
          </w:tcPr>
          <w:p w14:paraId="33E5D161" w14:textId="77777777" w:rsidR="00DD2189" w:rsidRDefault="00000000">
            <w:pPr>
              <w:spacing w:after="0" w:line="252" w:lineRule="auto"/>
            </w:pPr>
            <w:r>
              <w:rPr>
                <w:color w:val="6B7280"/>
                <w:sz w:val="20"/>
              </w:rPr>
              <w:t xml:space="preserve">☐ </w:t>
            </w:r>
            <w:r>
              <w:rPr>
                <w:sz w:val="18"/>
              </w:rPr>
              <w:t>Application submitted / under review</w:t>
            </w:r>
            <w:r>
              <w:rPr>
                <w:color w:val="6B7280"/>
                <w:sz w:val="17"/>
              </w:rPr>
              <w:t xml:space="preserve"> / </w:t>
            </w:r>
            <w:r>
              <w:rPr>
                <w:color w:val="6B7280"/>
                <w:sz w:val="17"/>
              </w:rPr>
              <w:t>已申请</w:t>
            </w:r>
            <w:r>
              <w:rPr>
                <w:color w:val="6B7280"/>
                <w:sz w:val="17"/>
              </w:rPr>
              <w:t xml:space="preserve"> / </w:t>
            </w:r>
            <w:r>
              <w:rPr>
                <w:color w:val="6B7280"/>
                <w:sz w:val="17"/>
              </w:rPr>
              <w:t>审核中</w:t>
            </w:r>
          </w:p>
        </w:tc>
      </w:tr>
      <w:tr w:rsidR="00DD2189" w14:paraId="265B2234" w14:textId="77777777">
        <w:trPr>
          <w:jc w:val="center"/>
        </w:trPr>
        <w:tc>
          <w:tcPr>
            <w:tcW w:w="5112" w:type="dxa"/>
            <w:tcMar>
              <w:top w:w="25" w:type="dxa"/>
              <w:left w:w="25" w:type="dxa"/>
              <w:bottom w:w="25" w:type="dxa"/>
              <w:right w:w="25" w:type="dxa"/>
            </w:tcMar>
          </w:tcPr>
          <w:p w14:paraId="5B3FA5CB" w14:textId="77777777" w:rsidR="00DD2189" w:rsidRDefault="00000000">
            <w:pPr>
              <w:spacing w:after="0" w:line="252" w:lineRule="auto"/>
            </w:pPr>
            <w:r>
              <w:rPr>
                <w:color w:val="6B7280"/>
                <w:sz w:val="20"/>
              </w:rPr>
              <w:t xml:space="preserve">☐ </w:t>
            </w:r>
            <w:r>
              <w:rPr>
                <w:sz w:val="18"/>
              </w:rPr>
              <w:t>Planning to apply</w:t>
            </w:r>
            <w:r>
              <w:rPr>
                <w:color w:val="6B7280"/>
                <w:sz w:val="17"/>
              </w:rPr>
              <w:t xml:space="preserve"> / </w:t>
            </w:r>
            <w:r>
              <w:rPr>
                <w:color w:val="6B7280"/>
                <w:sz w:val="17"/>
              </w:rPr>
              <w:t>计划申请</w:t>
            </w:r>
          </w:p>
        </w:tc>
        <w:tc>
          <w:tcPr>
            <w:tcW w:w="5112" w:type="dxa"/>
            <w:tcMar>
              <w:top w:w="25" w:type="dxa"/>
              <w:left w:w="25" w:type="dxa"/>
              <w:bottom w:w="25" w:type="dxa"/>
              <w:right w:w="25" w:type="dxa"/>
            </w:tcMar>
          </w:tcPr>
          <w:p w14:paraId="33C84DBD" w14:textId="77777777" w:rsidR="00DD2189" w:rsidRDefault="00000000">
            <w:pPr>
              <w:spacing w:after="0" w:line="252" w:lineRule="auto"/>
            </w:pPr>
            <w:r>
              <w:rPr>
                <w:color w:val="6B7280"/>
                <w:sz w:val="20"/>
              </w:rPr>
              <w:t xml:space="preserve">☐ </w:t>
            </w:r>
            <w:r>
              <w:rPr>
                <w:sz w:val="18"/>
              </w:rPr>
              <w:t>Institutional funding available</w:t>
            </w:r>
            <w:r>
              <w:rPr>
                <w:color w:val="6B7280"/>
                <w:sz w:val="17"/>
              </w:rPr>
              <w:t xml:space="preserve"> / </w:t>
            </w:r>
            <w:r>
              <w:rPr>
                <w:color w:val="6B7280"/>
                <w:sz w:val="17"/>
              </w:rPr>
              <w:t>已有机构经费支持</w:t>
            </w:r>
          </w:p>
        </w:tc>
      </w:tr>
      <w:tr w:rsidR="00DD2189" w14:paraId="22A32E2E" w14:textId="77777777">
        <w:trPr>
          <w:jc w:val="center"/>
        </w:trPr>
        <w:tc>
          <w:tcPr>
            <w:tcW w:w="5112" w:type="dxa"/>
            <w:tcMar>
              <w:top w:w="25" w:type="dxa"/>
              <w:left w:w="25" w:type="dxa"/>
              <w:bottom w:w="25" w:type="dxa"/>
              <w:right w:w="25" w:type="dxa"/>
            </w:tcMar>
          </w:tcPr>
          <w:p w14:paraId="113BF6DE" w14:textId="77777777" w:rsidR="00DD2189" w:rsidRDefault="00000000">
            <w:pPr>
              <w:spacing w:after="0" w:line="252" w:lineRule="auto"/>
            </w:pPr>
            <w:r>
              <w:rPr>
                <w:color w:val="6B7280"/>
                <w:sz w:val="20"/>
              </w:rPr>
              <w:t xml:space="preserve">☐ </w:t>
            </w:r>
            <w:r>
              <w:rPr>
                <w:sz w:val="18"/>
              </w:rPr>
              <w:t>Self-funded / partially self-funded</w:t>
            </w:r>
            <w:r>
              <w:rPr>
                <w:color w:val="6B7280"/>
                <w:sz w:val="17"/>
              </w:rPr>
              <w:t xml:space="preserve"> / </w:t>
            </w:r>
            <w:r>
              <w:rPr>
                <w:color w:val="6B7280"/>
                <w:sz w:val="17"/>
              </w:rPr>
              <w:t>自费或部分自费</w:t>
            </w:r>
          </w:p>
        </w:tc>
        <w:tc>
          <w:tcPr>
            <w:tcW w:w="5112" w:type="dxa"/>
            <w:tcMar>
              <w:top w:w="25" w:type="dxa"/>
              <w:left w:w="25" w:type="dxa"/>
              <w:bottom w:w="25" w:type="dxa"/>
              <w:right w:w="25" w:type="dxa"/>
            </w:tcMar>
          </w:tcPr>
          <w:p w14:paraId="447A4B2F" w14:textId="77777777" w:rsidR="00DD2189" w:rsidRDefault="00000000">
            <w:pPr>
              <w:spacing w:after="0" w:line="252" w:lineRule="auto"/>
            </w:pPr>
            <w:r>
              <w:rPr>
                <w:color w:val="6B7280"/>
                <w:sz w:val="20"/>
              </w:rPr>
              <w:t xml:space="preserve">☐ </w:t>
            </w:r>
            <w:r>
              <w:rPr>
                <w:sz w:val="18"/>
              </w:rPr>
              <w:t>Funding not yet identified</w:t>
            </w:r>
            <w:r>
              <w:rPr>
                <w:color w:val="6B7280"/>
                <w:sz w:val="17"/>
              </w:rPr>
              <w:t xml:space="preserve"> / </w:t>
            </w:r>
            <w:r>
              <w:rPr>
                <w:color w:val="6B7280"/>
                <w:sz w:val="17"/>
              </w:rPr>
              <w:t>尚未确定经费来源</w:t>
            </w:r>
          </w:p>
        </w:tc>
      </w:tr>
      <w:tr w:rsidR="00DD2189" w14:paraId="4D20AAF3" w14:textId="77777777">
        <w:trPr>
          <w:jc w:val="center"/>
        </w:trPr>
        <w:tc>
          <w:tcPr>
            <w:tcW w:w="5112" w:type="dxa"/>
            <w:tcMar>
              <w:top w:w="25" w:type="dxa"/>
              <w:left w:w="25" w:type="dxa"/>
              <w:bottom w:w="25" w:type="dxa"/>
              <w:right w:w="25" w:type="dxa"/>
            </w:tcMar>
          </w:tcPr>
          <w:p w14:paraId="692F67F6" w14:textId="77777777" w:rsidR="00DD2189" w:rsidRDefault="00000000">
            <w:pPr>
              <w:spacing w:after="0" w:line="252" w:lineRule="auto"/>
            </w:pPr>
            <w:r>
              <w:rPr>
                <w:color w:val="6B7280"/>
                <w:sz w:val="20"/>
              </w:rPr>
              <w:t xml:space="preserve">☐ </w:t>
            </w:r>
            <w:r>
              <w:rPr>
                <w:sz w:val="18"/>
              </w:rPr>
              <w:t>Seeking information on potential funding pathways</w:t>
            </w:r>
            <w:r>
              <w:rPr>
                <w:color w:val="6B7280"/>
                <w:sz w:val="17"/>
              </w:rPr>
              <w:t xml:space="preserve"> / </w:t>
            </w:r>
            <w:r>
              <w:rPr>
                <w:color w:val="6B7280"/>
                <w:sz w:val="17"/>
              </w:rPr>
              <w:t>希望了解潜在资助路径</w:t>
            </w:r>
          </w:p>
        </w:tc>
        <w:tc>
          <w:tcPr>
            <w:tcW w:w="5112" w:type="dxa"/>
            <w:tcMar>
              <w:top w:w="25" w:type="dxa"/>
              <w:left w:w="25" w:type="dxa"/>
              <w:bottom w:w="25" w:type="dxa"/>
              <w:right w:w="25" w:type="dxa"/>
            </w:tcMar>
          </w:tcPr>
          <w:p w14:paraId="5AB42C9F" w14:textId="77777777" w:rsidR="00DD2189"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r>
    </w:tbl>
    <w:p w14:paraId="794B0849" w14:textId="77777777" w:rsidR="00DD2189" w:rsidRDefault="00DD2189">
      <w:pPr>
        <w:spacing w:after="0"/>
      </w:pPr>
    </w:p>
    <w:tbl>
      <w:tblPr>
        <w:tblW w:w="0" w:type="auto"/>
        <w:jc w:val="center"/>
        <w:tblLayout w:type="fixed"/>
        <w:tblLook w:val="04A0" w:firstRow="1" w:lastRow="0" w:firstColumn="1" w:lastColumn="0" w:noHBand="0" w:noVBand="1"/>
      </w:tblPr>
      <w:tblGrid>
        <w:gridCol w:w="5112"/>
        <w:gridCol w:w="5112"/>
      </w:tblGrid>
      <w:tr w:rsidR="00DD2189" w14:paraId="3D948B45"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E89DAD2" w14:textId="77777777" w:rsidR="00DD2189" w:rsidRDefault="00000000">
            <w:pPr>
              <w:spacing w:after="20" w:line="252" w:lineRule="auto"/>
            </w:pPr>
            <w:r>
              <w:rPr>
                <w:b/>
                <w:sz w:val="18"/>
              </w:rPr>
              <w:t>Scholarship / funding program name</w:t>
            </w:r>
            <w:r>
              <w:rPr>
                <w:b/>
                <w:color w:val="6B7280"/>
                <w:sz w:val="18"/>
              </w:rPr>
              <w:t xml:space="preserve"> / </w:t>
            </w:r>
            <w:r>
              <w:rPr>
                <w:b/>
                <w:color w:val="6B7280"/>
                <w:sz w:val="18"/>
              </w:rPr>
              <w:t>奖学金或资助项目名称</w:t>
            </w:r>
          </w:p>
          <w:p w14:paraId="199C7F56" w14:textId="77777777" w:rsidR="00DD2189" w:rsidRDefault="00000000">
            <w:pPr>
              <w:spacing w:after="0" w:line="252" w:lineRule="auto"/>
            </w:pPr>
            <w:r>
              <w:rPr>
                <w:i/>
                <w:color w:val="7C8796"/>
                <w:sz w:val="18"/>
              </w:rPr>
              <w:t>If known.</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3CDBFF0" w14:textId="77777777" w:rsidR="00DD2189" w:rsidRDefault="00000000">
            <w:pPr>
              <w:spacing w:after="20" w:line="252" w:lineRule="auto"/>
            </w:pPr>
            <w:r>
              <w:rPr>
                <w:b/>
                <w:sz w:val="18"/>
              </w:rPr>
              <w:t>Funding organization / sponsor</w:t>
            </w:r>
            <w:r>
              <w:rPr>
                <w:b/>
                <w:color w:val="6B7280"/>
                <w:sz w:val="18"/>
              </w:rPr>
              <w:t xml:space="preserve"> / </w:t>
            </w:r>
            <w:r>
              <w:rPr>
                <w:b/>
                <w:color w:val="6B7280"/>
                <w:sz w:val="18"/>
              </w:rPr>
              <w:t>资助机构或来源</w:t>
            </w:r>
          </w:p>
          <w:p w14:paraId="27492EC9" w14:textId="77777777" w:rsidR="00DD2189" w:rsidRDefault="00000000">
            <w:pPr>
              <w:spacing w:after="0" w:line="252" w:lineRule="auto"/>
            </w:pPr>
            <w:r>
              <w:rPr>
                <w:i/>
                <w:color w:val="7C8796"/>
                <w:sz w:val="18"/>
              </w:rPr>
              <w:t>If known.</w:t>
            </w:r>
          </w:p>
        </w:tc>
      </w:tr>
      <w:tr w:rsidR="00DD2189" w14:paraId="7035421D"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6AF9D07" w14:textId="77777777" w:rsidR="00DD2189" w:rsidRDefault="00000000">
            <w:pPr>
              <w:spacing w:after="20" w:line="252" w:lineRule="auto"/>
            </w:pPr>
            <w:r>
              <w:rPr>
                <w:b/>
                <w:sz w:val="18"/>
              </w:rPr>
              <w:t>Estimated funding amount / range</w:t>
            </w:r>
            <w:r>
              <w:rPr>
                <w:b/>
                <w:color w:val="6B7280"/>
                <w:sz w:val="18"/>
              </w:rPr>
              <w:t xml:space="preserve"> / </w:t>
            </w:r>
            <w:r>
              <w:rPr>
                <w:b/>
                <w:color w:val="6B7280"/>
                <w:sz w:val="18"/>
              </w:rPr>
              <w:t>预计资助金额或范围</w:t>
            </w:r>
          </w:p>
          <w:p w14:paraId="1A27C98C" w14:textId="77777777" w:rsidR="00DD2189" w:rsidRDefault="00000000">
            <w:pPr>
              <w:spacing w:after="0" w:line="252" w:lineRule="auto"/>
            </w:pPr>
            <w:r>
              <w:rPr>
                <w:i/>
                <w:color w:val="7C8796"/>
                <w:sz w:val="18"/>
              </w:rPr>
              <w:t>Optional.</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36BB596" w14:textId="77777777" w:rsidR="00DD2189" w:rsidRDefault="00000000">
            <w:pPr>
              <w:spacing w:after="20" w:line="252" w:lineRule="auto"/>
            </w:pPr>
            <w:r>
              <w:rPr>
                <w:b/>
                <w:sz w:val="18"/>
              </w:rPr>
              <w:t>Funding period</w:t>
            </w:r>
            <w:r>
              <w:rPr>
                <w:b/>
                <w:color w:val="6B7280"/>
                <w:sz w:val="18"/>
              </w:rPr>
              <w:t xml:space="preserve"> / </w:t>
            </w:r>
            <w:r>
              <w:rPr>
                <w:b/>
                <w:color w:val="6B7280"/>
                <w:sz w:val="18"/>
              </w:rPr>
              <w:t>资助期限</w:t>
            </w:r>
          </w:p>
          <w:p w14:paraId="5621F809" w14:textId="77777777" w:rsidR="00DD2189" w:rsidRDefault="00000000">
            <w:pPr>
              <w:spacing w:after="0" w:line="252" w:lineRule="auto"/>
            </w:pPr>
            <w:r>
              <w:rPr>
                <w:i/>
                <w:color w:val="7C8796"/>
                <w:sz w:val="18"/>
              </w:rPr>
              <w:t>If known.</w:t>
            </w:r>
          </w:p>
        </w:tc>
      </w:tr>
      <w:tr w:rsidR="00DD2189" w14:paraId="218C5190"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636525D" w14:textId="77777777" w:rsidR="00DD2189" w:rsidRDefault="00000000">
            <w:pPr>
              <w:spacing w:after="20" w:line="252" w:lineRule="auto"/>
            </w:pPr>
            <w:r>
              <w:rPr>
                <w:b/>
                <w:sz w:val="18"/>
              </w:rPr>
              <w:t>Home-institution contribution</w:t>
            </w:r>
            <w:r>
              <w:rPr>
                <w:b/>
                <w:color w:val="6B7280"/>
                <w:sz w:val="18"/>
              </w:rPr>
              <w:t xml:space="preserve"> / </w:t>
            </w:r>
            <w:r>
              <w:rPr>
                <w:b/>
                <w:color w:val="6B7280"/>
                <w:sz w:val="18"/>
              </w:rPr>
              <w:t>派出单位支持</w:t>
            </w:r>
          </w:p>
          <w:p w14:paraId="2D028F21" w14:textId="77777777" w:rsidR="00DD2189" w:rsidRDefault="00000000">
            <w:pPr>
              <w:spacing w:after="0" w:line="252" w:lineRule="auto"/>
            </w:pPr>
            <w:r>
              <w:rPr>
                <w:i/>
                <w:color w:val="7C8796"/>
                <w:sz w:val="18"/>
              </w:rPr>
              <w:t>Cash / salary / travel / tuition / other / none / unknown</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639BA8E" w14:textId="77777777" w:rsidR="00DD2189" w:rsidRDefault="00000000">
            <w:pPr>
              <w:spacing w:after="20" w:line="252" w:lineRule="auto"/>
            </w:pPr>
            <w:r>
              <w:rPr>
                <w:b/>
                <w:sz w:val="18"/>
              </w:rPr>
              <w:t>Host-institution contribution expected</w:t>
            </w:r>
            <w:r>
              <w:rPr>
                <w:b/>
                <w:color w:val="6B7280"/>
                <w:sz w:val="18"/>
              </w:rPr>
              <w:t xml:space="preserve"> / </w:t>
            </w:r>
            <w:r>
              <w:rPr>
                <w:b/>
                <w:color w:val="6B7280"/>
                <w:sz w:val="18"/>
              </w:rPr>
              <w:t>期望接收方支持</w:t>
            </w:r>
          </w:p>
          <w:p w14:paraId="7FB6C40E" w14:textId="77777777" w:rsidR="00DD2189" w:rsidRDefault="00000000">
            <w:pPr>
              <w:spacing w:after="0" w:line="252" w:lineRule="auto"/>
            </w:pPr>
            <w:r>
              <w:rPr>
                <w:i/>
                <w:color w:val="7C8796"/>
                <w:sz w:val="18"/>
              </w:rPr>
              <w:t>Tuition waiver / bench fee / stipend / supervision / other / unknown</w:t>
            </w:r>
          </w:p>
        </w:tc>
      </w:tr>
    </w:tbl>
    <w:p w14:paraId="1F21BA2F" w14:textId="77777777" w:rsidR="00DD2189" w:rsidRDefault="00DD2189">
      <w:pPr>
        <w:spacing w:after="0"/>
      </w:pPr>
    </w:p>
    <w:p w14:paraId="6BF071BE" w14:textId="77777777" w:rsidR="00DD2189" w:rsidRDefault="00000000">
      <w:pPr>
        <w:keepNext/>
        <w:spacing w:before="100" w:after="80" w:line="252" w:lineRule="auto"/>
      </w:pPr>
      <w:r>
        <w:rPr>
          <w:b/>
          <w:color w:val="0066B3"/>
          <w:sz w:val="30"/>
        </w:rPr>
        <w:t xml:space="preserve">E. Institutional Exchange Structure  </w:t>
      </w:r>
      <w:r>
        <w:rPr>
          <w:b/>
          <w:color w:val="0066B3"/>
          <w:sz w:val="30"/>
        </w:rPr>
        <w:t>机构交流结构</w:t>
      </w:r>
    </w:p>
    <w:p w14:paraId="0248699B" w14:textId="77777777" w:rsidR="00DD2189" w:rsidRDefault="00000000">
      <w:pPr>
        <w:spacing w:before="40" w:after="40" w:line="252" w:lineRule="auto"/>
      </w:pPr>
      <w:r>
        <w:rPr>
          <w:b/>
          <w:sz w:val="20"/>
        </w:rPr>
        <w:t>Exchange structure</w:t>
      </w:r>
      <w:r>
        <w:rPr>
          <w:b/>
          <w:color w:val="6B7280"/>
        </w:rPr>
        <w:t xml:space="preserve"> / </w:t>
      </w:r>
      <w:r>
        <w:rPr>
          <w:b/>
          <w:color w:val="6B7280"/>
        </w:rPr>
        <w:t>交流结构</w:t>
      </w:r>
    </w:p>
    <w:tbl>
      <w:tblPr>
        <w:tblW w:w="0" w:type="auto"/>
        <w:jc w:val="center"/>
        <w:tblLayout w:type="fixed"/>
        <w:tblLook w:val="04A0" w:firstRow="1" w:lastRow="0" w:firstColumn="1" w:lastColumn="0" w:noHBand="0" w:noVBand="1"/>
      </w:tblPr>
      <w:tblGrid>
        <w:gridCol w:w="5112"/>
        <w:gridCol w:w="5112"/>
      </w:tblGrid>
      <w:tr w:rsidR="00DD2189" w14:paraId="66A9FE2B" w14:textId="77777777">
        <w:trPr>
          <w:jc w:val="center"/>
        </w:trPr>
        <w:tc>
          <w:tcPr>
            <w:tcW w:w="5112" w:type="dxa"/>
            <w:tcMar>
              <w:top w:w="25" w:type="dxa"/>
              <w:left w:w="25" w:type="dxa"/>
              <w:bottom w:w="25" w:type="dxa"/>
              <w:right w:w="25" w:type="dxa"/>
            </w:tcMar>
          </w:tcPr>
          <w:p w14:paraId="2F082239" w14:textId="77777777" w:rsidR="00DD2189" w:rsidRDefault="00000000">
            <w:pPr>
              <w:spacing w:after="0" w:line="252" w:lineRule="auto"/>
            </w:pPr>
            <w:r>
              <w:rPr>
                <w:color w:val="6B7280"/>
                <w:sz w:val="20"/>
              </w:rPr>
              <w:lastRenderedPageBreak/>
              <w:t xml:space="preserve">☐ </w:t>
            </w:r>
            <w:r>
              <w:rPr>
                <w:sz w:val="18"/>
              </w:rPr>
              <w:t>Individual mobility</w:t>
            </w:r>
            <w:r>
              <w:rPr>
                <w:color w:val="6B7280"/>
                <w:sz w:val="17"/>
              </w:rPr>
              <w:t xml:space="preserve"> / </w:t>
            </w:r>
            <w:r>
              <w:rPr>
                <w:color w:val="6B7280"/>
                <w:sz w:val="17"/>
              </w:rPr>
              <w:t>个人流动</w:t>
            </w:r>
          </w:p>
        </w:tc>
        <w:tc>
          <w:tcPr>
            <w:tcW w:w="5112" w:type="dxa"/>
            <w:tcMar>
              <w:top w:w="25" w:type="dxa"/>
              <w:left w:w="25" w:type="dxa"/>
              <w:bottom w:w="25" w:type="dxa"/>
              <w:right w:w="25" w:type="dxa"/>
            </w:tcMar>
          </w:tcPr>
          <w:p w14:paraId="6615A00D" w14:textId="77777777" w:rsidR="00DD2189" w:rsidRDefault="00000000">
            <w:pPr>
              <w:spacing w:after="0" w:line="252" w:lineRule="auto"/>
            </w:pPr>
            <w:r>
              <w:rPr>
                <w:color w:val="6B7280"/>
                <w:sz w:val="20"/>
              </w:rPr>
              <w:t xml:space="preserve">☐ </w:t>
            </w:r>
            <w:r>
              <w:rPr>
                <w:sz w:val="18"/>
              </w:rPr>
              <w:t>One-way institutional exchange</w:t>
            </w:r>
            <w:r>
              <w:rPr>
                <w:color w:val="6B7280"/>
                <w:sz w:val="17"/>
              </w:rPr>
              <w:t xml:space="preserve"> / </w:t>
            </w:r>
            <w:r>
              <w:rPr>
                <w:color w:val="6B7280"/>
                <w:sz w:val="17"/>
              </w:rPr>
              <w:t>单向机构交流</w:t>
            </w:r>
          </w:p>
        </w:tc>
      </w:tr>
      <w:tr w:rsidR="00DD2189" w14:paraId="5A0CFA10" w14:textId="77777777">
        <w:trPr>
          <w:jc w:val="center"/>
        </w:trPr>
        <w:tc>
          <w:tcPr>
            <w:tcW w:w="5112" w:type="dxa"/>
            <w:tcMar>
              <w:top w:w="25" w:type="dxa"/>
              <w:left w:w="25" w:type="dxa"/>
              <w:bottom w:w="25" w:type="dxa"/>
              <w:right w:w="25" w:type="dxa"/>
            </w:tcMar>
          </w:tcPr>
          <w:p w14:paraId="2288A398" w14:textId="77777777" w:rsidR="00DD2189" w:rsidRDefault="00000000">
            <w:pPr>
              <w:spacing w:after="0" w:line="252" w:lineRule="auto"/>
            </w:pPr>
            <w:r>
              <w:rPr>
                <w:color w:val="6B7280"/>
                <w:sz w:val="20"/>
              </w:rPr>
              <w:t xml:space="preserve">☐ </w:t>
            </w:r>
            <w:r>
              <w:rPr>
                <w:sz w:val="18"/>
              </w:rPr>
              <w:t>Reciprocal exchange</w:t>
            </w:r>
            <w:r>
              <w:rPr>
                <w:color w:val="6B7280"/>
                <w:sz w:val="17"/>
              </w:rPr>
              <w:t xml:space="preserve"> / </w:t>
            </w:r>
            <w:r>
              <w:rPr>
                <w:color w:val="6B7280"/>
                <w:sz w:val="17"/>
              </w:rPr>
              <w:t>双向交流</w:t>
            </w:r>
          </w:p>
        </w:tc>
        <w:tc>
          <w:tcPr>
            <w:tcW w:w="5112" w:type="dxa"/>
            <w:tcMar>
              <w:top w:w="25" w:type="dxa"/>
              <w:left w:w="25" w:type="dxa"/>
              <w:bottom w:w="25" w:type="dxa"/>
              <w:right w:w="25" w:type="dxa"/>
            </w:tcMar>
          </w:tcPr>
          <w:p w14:paraId="6EF8CE3D" w14:textId="77777777" w:rsidR="00DD2189" w:rsidRDefault="00000000">
            <w:pPr>
              <w:spacing w:after="0" w:line="252" w:lineRule="auto"/>
            </w:pPr>
            <w:r>
              <w:rPr>
                <w:color w:val="6B7280"/>
                <w:sz w:val="20"/>
              </w:rPr>
              <w:t xml:space="preserve">☐ </w:t>
            </w:r>
            <w:r>
              <w:rPr>
                <w:sz w:val="18"/>
              </w:rPr>
              <w:t>Cohort / group-based program</w:t>
            </w:r>
            <w:r>
              <w:rPr>
                <w:color w:val="6B7280"/>
                <w:sz w:val="17"/>
              </w:rPr>
              <w:t xml:space="preserve"> / </w:t>
            </w:r>
            <w:r>
              <w:rPr>
                <w:color w:val="6B7280"/>
                <w:sz w:val="17"/>
              </w:rPr>
              <w:t>批次或团组项目</w:t>
            </w:r>
          </w:p>
        </w:tc>
      </w:tr>
      <w:tr w:rsidR="00DD2189" w14:paraId="53C2F07F" w14:textId="77777777">
        <w:trPr>
          <w:jc w:val="center"/>
        </w:trPr>
        <w:tc>
          <w:tcPr>
            <w:tcW w:w="5112" w:type="dxa"/>
            <w:tcMar>
              <w:top w:w="25" w:type="dxa"/>
              <w:left w:w="25" w:type="dxa"/>
              <w:bottom w:w="25" w:type="dxa"/>
              <w:right w:w="25" w:type="dxa"/>
            </w:tcMar>
          </w:tcPr>
          <w:p w14:paraId="3EE2140D" w14:textId="77777777" w:rsidR="00DD2189" w:rsidRDefault="00000000">
            <w:pPr>
              <w:spacing w:after="0" w:line="252" w:lineRule="auto"/>
            </w:pPr>
            <w:r>
              <w:rPr>
                <w:color w:val="6B7280"/>
                <w:sz w:val="20"/>
              </w:rPr>
              <w:t xml:space="preserve">☐ </w:t>
            </w:r>
            <w:r>
              <w:rPr>
                <w:sz w:val="18"/>
              </w:rPr>
              <w:t>Joint training pathway</w:t>
            </w:r>
            <w:r>
              <w:rPr>
                <w:color w:val="6B7280"/>
                <w:sz w:val="17"/>
              </w:rPr>
              <w:t xml:space="preserve"> / </w:t>
            </w:r>
            <w:r>
              <w:rPr>
                <w:color w:val="6B7280"/>
                <w:sz w:val="17"/>
              </w:rPr>
              <w:t>联合培养路径</w:t>
            </w:r>
          </w:p>
        </w:tc>
        <w:tc>
          <w:tcPr>
            <w:tcW w:w="5112" w:type="dxa"/>
            <w:tcMar>
              <w:top w:w="25" w:type="dxa"/>
              <w:left w:w="25" w:type="dxa"/>
              <w:bottom w:w="25" w:type="dxa"/>
              <w:right w:w="25" w:type="dxa"/>
            </w:tcMar>
          </w:tcPr>
          <w:p w14:paraId="02280135" w14:textId="77777777" w:rsidR="00DD2189" w:rsidRDefault="00000000">
            <w:pPr>
              <w:spacing w:after="0" w:line="252" w:lineRule="auto"/>
            </w:pPr>
            <w:r>
              <w:rPr>
                <w:color w:val="6B7280"/>
                <w:sz w:val="20"/>
              </w:rPr>
              <w:t xml:space="preserve">☐ </w:t>
            </w:r>
            <w:r>
              <w:rPr>
                <w:sz w:val="18"/>
              </w:rPr>
              <w:t>Joint workshop / short program</w:t>
            </w:r>
            <w:r>
              <w:rPr>
                <w:color w:val="6B7280"/>
                <w:sz w:val="17"/>
              </w:rPr>
              <w:t xml:space="preserve"> / </w:t>
            </w:r>
            <w:r>
              <w:rPr>
                <w:color w:val="6B7280"/>
                <w:sz w:val="17"/>
              </w:rPr>
              <w:t>联合短期项目或工作坊</w:t>
            </w:r>
          </w:p>
        </w:tc>
      </w:tr>
      <w:tr w:rsidR="00DD2189" w14:paraId="1059C611" w14:textId="77777777">
        <w:trPr>
          <w:jc w:val="center"/>
        </w:trPr>
        <w:tc>
          <w:tcPr>
            <w:tcW w:w="5112" w:type="dxa"/>
            <w:tcMar>
              <w:top w:w="25" w:type="dxa"/>
              <w:left w:w="25" w:type="dxa"/>
              <w:bottom w:w="25" w:type="dxa"/>
              <w:right w:w="25" w:type="dxa"/>
            </w:tcMar>
          </w:tcPr>
          <w:p w14:paraId="78911259" w14:textId="77777777" w:rsidR="00DD2189" w:rsidRDefault="00000000">
            <w:pPr>
              <w:spacing w:after="0" w:line="252" w:lineRule="auto"/>
            </w:pPr>
            <w:r>
              <w:rPr>
                <w:color w:val="6B7280"/>
                <w:sz w:val="20"/>
              </w:rPr>
              <w:t xml:space="preserve">☐ </w:t>
            </w:r>
            <w:r>
              <w:rPr>
                <w:sz w:val="18"/>
              </w:rPr>
              <w:t>Existing institutional partnership</w:t>
            </w:r>
            <w:r>
              <w:rPr>
                <w:color w:val="6B7280"/>
                <w:sz w:val="17"/>
              </w:rPr>
              <w:t xml:space="preserve"> / </w:t>
            </w:r>
            <w:r>
              <w:rPr>
                <w:color w:val="6B7280"/>
                <w:sz w:val="17"/>
              </w:rPr>
              <w:t>已有机构合作基础</w:t>
            </w:r>
          </w:p>
        </w:tc>
        <w:tc>
          <w:tcPr>
            <w:tcW w:w="5112" w:type="dxa"/>
            <w:tcMar>
              <w:top w:w="25" w:type="dxa"/>
              <w:left w:w="25" w:type="dxa"/>
              <w:bottom w:w="25" w:type="dxa"/>
              <w:right w:w="25" w:type="dxa"/>
            </w:tcMar>
          </w:tcPr>
          <w:p w14:paraId="7079EBD9" w14:textId="77777777" w:rsidR="00DD2189" w:rsidRDefault="00000000">
            <w:pPr>
              <w:spacing w:after="0" w:line="252" w:lineRule="auto"/>
            </w:pPr>
            <w:r>
              <w:rPr>
                <w:color w:val="6B7280"/>
                <w:sz w:val="20"/>
              </w:rPr>
              <w:t xml:space="preserve">☐ </w:t>
            </w:r>
            <w:r>
              <w:rPr>
                <w:sz w:val="18"/>
              </w:rPr>
              <w:t>New partnership to be developed</w:t>
            </w:r>
            <w:r>
              <w:rPr>
                <w:color w:val="6B7280"/>
                <w:sz w:val="17"/>
              </w:rPr>
              <w:t xml:space="preserve"> / </w:t>
            </w:r>
            <w:r>
              <w:rPr>
                <w:color w:val="6B7280"/>
                <w:sz w:val="17"/>
              </w:rPr>
              <w:t>拟新建合作关系</w:t>
            </w:r>
          </w:p>
        </w:tc>
      </w:tr>
    </w:tbl>
    <w:p w14:paraId="5F1032BF" w14:textId="77777777" w:rsidR="00DD2189" w:rsidRDefault="00DD2189">
      <w:pPr>
        <w:spacing w:after="0"/>
      </w:pPr>
    </w:p>
    <w:tbl>
      <w:tblPr>
        <w:tblW w:w="0" w:type="auto"/>
        <w:jc w:val="center"/>
        <w:tblLayout w:type="fixed"/>
        <w:tblLook w:val="04A0" w:firstRow="1" w:lastRow="0" w:firstColumn="1" w:lastColumn="0" w:noHBand="0" w:noVBand="1"/>
      </w:tblPr>
      <w:tblGrid>
        <w:gridCol w:w="5112"/>
        <w:gridCol w:w="5112"/>
      </w:tblGrid>
      <w:tr w:rsidR="00DD2189" w14:paraId="6A88A23F"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B77A88D" w14:textId="77777777" w:rsidR="00DD2189" w:rsidRDefault="00000000">
            <w:pPr>
              <w:spacing w:after="20" w:line="252" w:lineRule="auto"/>
            </w:pPr>
            <w:r>
              <w:rPr>
                <w:b/>
                <w:sz w:val="18"/>
              </w:rPr>
              <w:t>Existing partner institution</w:t>
            </w:r>
            <w:r>
              <w:rPr>
                <w:b/>
                <w:color w:val="6B7280"/>
                <w:sz w:val="18"/>
              </w:rPr>
              <w:t xml:space="preserve"> / </w:t>
            </w:r>
            <w:r>
              <w:rPr>
                <w:b/>
                <w:color w:val="6B7280"/>
                <w:sz w:val="18"/>
              </w:rPr>
              <w:t>现有合作机构</w:t>
            </w:r>
          </w:p>
          <w:p w14:paraId="0889D090" w14:textId="77777777" w:rsidR="00DD2189" w:rsidRDefault="00000000">
            <w:pPr>
              <w:spacing w:after="0" w:line="252" w:lineRule="auto"/>
            </w:pPr>
            <w:r>
              <w:rPr>
                <w:i/>
                <w:color w:val="7C8796"/>
                <w:sz w:val="18"/>
              </w:rPr>
              <w:t>If applicable.</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A12E5A7" w14:textId="77777777" w:rsidR="00DD2189" w:rsidRDefault="00000000">
            <w:pPr>
              <w:spacing w:after="20" w:line="252" w:lineRule="auto"/>
            </w:pPr>
            <w:r>
              <w:rPr>
                <w:b/>
                <w:sz w:val="18"/>
              </w:rPr>
              <w:t>Existing MOU / agreement?</w:t>
            </w:r>
            <w:r>
              <w:rPr>
                <w:b/>
                <w:color w:val="6B7280"/>
                <w:sz w:val="18"/>
              </w:rPr>
              <w:t xml:space="preserve"> / </w:t>
            </w:r>
            <w:r>
              <w:rPr>
                <w:b/>
                <w:color w:val="6B7280"/>
                <w:sz w:val="18"/>
              </w:rPr>
              <w:t>是否已有</w:t>
            </w:r>
            <w:r>
              <w:rPr>
                <w:b/>
                <w:color w:val="6B7280"/>
                <w:sz w:val="18"/>
              </w:rPr>
              <w:t xml:space="preserve"> MOU </w:t>
            </w:r>
            <w:r>
              <w:rPr>
                <w:b/>
                <w:color w:val="6B7280"/>
                <w:sz w:val="18"/>
              </w:rPr>
              <w:t>或合作协议</w:t>
            </w:r>
          </w:p>
          <w:p w14:paraId="3200FA21" w14:textId="77777777" w:rsidR="00DD2189" w:rsidRDefault="00000000">
            <w:pPr>
              <w:spacing w:after="0" w:line="252" w:lineRule="auto"/>
            </w:pPr>
            <w:r>
              <w:rPr>
                <w:i/>
                <w:color w:val="7C8796"/>
                <w:sz w:val="18"/>
              </w:rPr>
              <w:t>Yes / No / In discussion / Not sure</w:t>
            </w:r>
          </w:p>
        </w:tc>
      </w:tr>
      <w:tr w:rsidR="00DD2189" w14:paraId="1B672DE7"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6C5380F" w14:textId="77777777" w:rsidR="00DD2189" w:rsidRDefault="00000000">
            <w:pPr>
              <w:spacing w:after="20" w:line="252" w:lineRule="auto"/>
            </w:pPr>
            <w:r>
              <w:rPr>
                <w:b/>
                <w:sz w:val="18"/>
              </w:rPr>
              <w:t>Expected number of participants</w:t>
            </w:r>
            <w:r>
              <w:rPr>
                <w:b/>
                <w:color w:val="6B7280"/>
                <w:sz w:val="18"/>
              </w:rPr>
              <w:t xml:space="preserve"> / </w:t>
            </w:r>
            <w:r>
              <w:rPr>
                <w:b/>
                <w:color w:val="6B7280"/>
                <w:sz w:val="18"/>
              </w:rPr>
              <w:t>预计参与人数</w:t>
            </w:r>
          </w:p>
          <w:p w14:paraId="270463E1"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6E786CB4" w14:textId="77777777" w:rsidR="00DD2189" w:rsidRDefault="00000000">
            <w:pPr>
              <w:spacing w:after="20" w:line="252" w:lineRule="auto"/>
            </w:pPr>
            <w:r>
              <w:rPr>
                <w:b/>
                <w:sz w:val="18"/>
              </w:rPr>
              <w:t>Expected frequency / cycle</w:t>
            </w:r>
            <w:r>
              <w:rPr>
                <w:b/>
                <w:color w:val="6B7280"/>
                <w:sz w:val="18"/>
              </w:rPr>
              <w:t xml:space="preserve"> / </w:t>
            </w:r>
            <w:r>
              <w:rPr>
                <w:b/>
                <w:color w:val="6B7280"/>
                <w:sz w:val="18"/>
              </w:rPr>
              <w:t>预计频次或周期</w:t>
            </w:r>
          </w:p>
          <w:p w14:paraId="1CEF178D" w14:textId="77777777" w:rsidR="00DD2189" w:rsidRDefault="00000000">
            <w:pPr>
              <w:spacing w:after="0" w:line="252" w:lineRule="auto"/>
            </w:pPr>
            <w:r>
              <w:rPr>
                <w:i/>
                <w:color w:val="7C8796"/>
                <w:sz w:val="18"/>
              </w:rPr>
              <w:t>One-time / annual / semester / other</w:t>
            </w:r>
          </w:p>
        </w:tc>
      </w:tr>
    </w:tbl>
    <w:p w14:paraId="6058BACD"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11B51D2C"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47033A0A" w14:textId="77777777" w:rsidR="00DD2189" w:rsidRDefault="00000000">
            <w:pPr>
              <w:spacing w:after="40" w:line="252" w:lineRule="auto"/>
            </w:pPr>
            <w:r>
              <w:rPr>
                <w:b/>
                <w:sz w:val="18"/>
              </w:rPr>
              <w:t>Existing cooperation foundation or previous exchange activities</w:t>
            </w:r>
            <w:r>
              <w:rPr>
                <w:b/>
                <w:color w:val="6B7280"/>
                <w:sz w:val="18"/>
              </w:rPr>
              <w:t xml:space="preserve"> / </w:t>
            </w:r>
            <w:r>
              <w:rPr>
                <w:b/>
                <w:color w:val="6B7280"/>
                <w:sz w:val="18"/>
              </w:rPr>
              <w:t>既往合作基础或交流活动</w:t>
            </w:r>
          </w:p>
          <w:p w14:paraId="61D67D3A" w14:textId="77777777" w:rsidR="00DD2189" w:rsidRDefault="00000000">
            <w:pPr>
              <w:spacing w:after="0" w:line="252" w:lineRule="auto"/>
            </w:pPr>
            <w:r>
              <w:rPr>
                <w:i/>
                <w:color w:val="7C8796"/>
                <w:sz w:val="18"/>
              </w:rPr>
              <w:t>Provide a concise description if applicable.</w:t>
            </w:r>
          </w:p>
          <w:p w14:paraId="7C8F13FA" w14:textId="77777777" w:rsidR="00DD2189" w:rsidRDefault="00000000">
            <w:pPr>
              <w:spacing w:after="0" w:line="252" w:lineRule="auto"/>
            </w:pPr>
            <w:r>
              <w:rPr>
                <w:sz w:val="18"/>
              </w:rPr>
              <w:t xml:space="preserve"> </w:t>
            </w:r>
          </w:p>
          <w:p w14:paraId="17FE4BF8" w14:textId="77777777" w:rsidR="00DD2189" w:rsidRDefault="00000000">
            <w:pPr>
              <w:spacing w:after="0" w:line="252" w:lineRule="auto"/>
            </w:pPr>
            <w:r>
              <w:rPr>
                <w:sz w:val="18"/>
              </w:rPr>
              <w:t xml:space="preserve"> </w:t>
            </w:r>
          </w:p>
        </w:tc>
      </w:tr>
    </w:tbl>
    <w:p w14:paraId="6C2CDDAD" w14:textId="77777777" w:rsidR="00DD2189" w:rsidRDefault="00DD2189">
      <w:pPr>
        <w:spacing w:after="0"/>
      </w:pPr>
    </w:p>
    <w:p w14:paraId="104114A3" w14:textId="77777777" w:rsidR="00DD2189" w:rsidRDefault="00000000">
      <w:pPr>
        <w:keepNext/>
        <w:spacing w:before="100" w:after="80" w:line="252" w:lineRule="auto"/>
      </w:pPr>
      <w:r>
        <w:rPr>
          <w:b/>
          <w:color w:val="0066B3"/>
          <w:sz w:val="30"/>
        </w:rPr>
        <w:t xml:space="preserve">F. Timing, Duration, and Destination Preferences  </w:t>
      </w:r>
      <w:r>
        <w:rPr>
          <w:b/>
          <w:color w:val="0066B3"/>
          <w:sz w:val="30"/>
        </w:rPr>
        <w:t>时间、周期与目的地偏好</w:t>
      </w:r>
    </w:p>
    <w:tbl>
      <w:tblPr>
        <w:tblW w:w="0" w:type="auto"/>
        <w:jc w:val="center"/>
        <w:tblLayout w:type="fixed"/>
        <w:tblLook w:val="04A0" w:firstRow="1" w:lastRow="0" w:firstColumn="1" w:lastColumn="0" w:noHBand="0" w:noVBand="1"/>
      </w:tblPr>
      <w:tblGrid>
        <w:gridCol w:w="5112"/>
        <w:gridCol w:w="5112"/>
      </w:tblGrid>
      <w:tr w:rsidR="00DD2189" w14:paraId="3BBAD249"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BC15C26" w14:textId="77777777" w:rsidR="00DD2189" w:rsidRDefault="00000000">
            <w:pPr>
              <w:spacing w:after="20" w:line="252" w:lineRule="auto"/>
            </w:pPr>
            <w:r>
              <w:rPr>
                <w:b/>
                <w:sz w:val="18"/>
              </w:rPr>
              <w:t>Preferred start date</w:t>
            </w:r>
            <w:r>
              <w:rPr>
                <w:b/>
                <w:color w:val="6B7280"/>
                <w:sz w:val="18"/>
              </w:rPr>
              <w:t xml:space="preserve"> / </w:t>
            </w:r>
            <w:r>
              <w:rPr>
                <w:b/>
                <w:color w:val="6B7280"/>
                <w:sz w:val="18"/>
              </w:rPr>
              <w:t>希望开始时间</w:t>
            </w:r>
          </w:p>
          <w:p w14:paraId="33F8FAB8" w14:textId="77777777" w:rsidR="00DD2189" w:rsidRDefault="00000000">
            <w:pPr>
              <w:spacing w:after="0" w:line="252" w:lineRule="auto"/>
            </w:pPr>
            <w:r>
              <w:rPr>
                <w:i/>
                <w:color w:val="7C8796"/>
                <w:sz w:val="18"/>
              </w:rPr>
              <w:t>YYYY-MM or approximate date</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71B7214F" w14:textId="77777777" w:rsidR="00DD2189" w:rsidRDefault="00000000">
            <w:pPr>
              <w:spacing w:after="20" w:line="252" w:lineRule="auto"/>
            </w:pPr>
            <w:r>
              <w:rPr>
                <w:b/>
                <w:sz w:val="18"/>
              </w:rPr>
              <w:t>Preferred duration</w:t>
            </w:r>
            <w:r>
              <w:rPr>
                <w:b/>
                <w:color w:val="6B7280"/>
                <w:sz w:val="18"/>
              </w:rPr>
              <w:t xml:space="preserve"> / </w:t>
            </w:r>
            <w:r>
              <w:rPr>
                <w:b/>
                <w:color w:val="6B7280"/>
                <w:sz w:val="18"/>
              </w:rPr>
              <w:t>期望周期</w:t>
            </w:r>
          </w:p>
          <w:p w14:paraId="1985C3F2" w14:textId="77777777" w:rsidR="00DD2189" w:rsidRDefault="00000000">
            <w:pPr>
              <w:spacing w:after="0" w:line="252" w:lineRule="auto"/>
            </w:pPr>
            <w:r>
              <w:rPr>
                <w:i/>
                <w:color w:val="7C8796"/>
                <w:sz w:val="18"/>
              </w:rPr>
              <w:t>Short visit / 1-3 months / 3-6 months / 6-12 months / other</w:t>
            </w:r>
          </w:p>
        </w:tc>
      </w:tr>
      <w:tr w:rsidR="00DD2189" w14:paraId="399C0EB8"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9221D47" w14:textId="77777777" w:rsidR="00DD2189" w:rsidRDefault="00000000">
            <w:pPr>
              <w:spacing w:after="20" w:line="252" w:lineRule="auto"/>
            </w:pPr>
            <w:r>
              <w:rPr>
                <w:b/>
                <w:sz w:val="18"/>
              </w:rPr>
              <w:t>Preferred city / region</w:t>
            </w:r>
            <w:r>
              <w:rPr>
                <w:b/>
                <w:color w:val="6B7280"/>
                <w:sz w:val="18"/>
              </w:rPr>
              <w:t xml:space="preserve"> / </w:t>
            </w:r>
            <w:r>
              <w:rPr>
                <w:b/>
                <w:color w:val="6B7280"/>
                <w:sz w:val="18"/>
              </w:rPr>
              <w:t>意向城市或地区</w:t>
            </w:r>
          </w:p>
          <w:p w14:paraId="7CC9EFB3"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69FDAE18" w14:textId="77777777" w:rsidR="00DD2189" w:rsidRDefault="00000000">
            <w:pPr>
              <w:spacing w:after="20" w:line="252" w:lineRule="auto"/>
            </w:pPr>
            <w:r>
              <w:rPr>
                <w:b/>
                <w:sz w:val="18"/>
              </w:rPr>
              <w:t>Open to alternative destinations / hosts?</w:t>
            </w:r>
            <w:r>
              <w:rPr>
                <w:b/>
                <w:color w:val="6B7280"/>
                <w:sz w:val="18"/>
              </w:rPr>
              <w:t xml:space="preserve"> / </w:t>
            </w:r>
            <w:r>
              <w:rPr>
                <w:b/>
                <w:color w:val="6B7280"/>
                <w:sz w:val="18"/>
              </w:rPr>
              <w:t>是否接受其他目的地或接收方</w:t>
            </w:r>
          </w:p>
          <w:p w14:paraId="440CC987" w14:textId="77777777" w:rsidR="00DD2189" w:rsidRDefault="00000000">
            <w:pPr>
              <w:spacing w:after="0" w:line="252" w:lineRule="auto"/>
            </w:pPr>
            <w:r>
              <w:rPr>
                <w:i/>
                <w:color w:val="7C8796"/>
                <w:sz w:val="18"/>
              </w:rPr>
              <w:t>Yes / No / Please discuss</w:t>
            </w:r>
          </w:p>
        </w:tc>
      </w:tr>
    </w:tbl>
    <w:p w14:paraId="32ED780B"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2BF8F253"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5B23179C" w14:textId="77777777" w:rsidR="00DD2189" w:rsidRDefault="00000000">
            <w:pPr>
              <w:spacing w:after="40" w:line="252" w:lineRule="auto"/>
            </w:pPr>
            <w:r>
              <w:rPr>
                <w:b/>
                <w:sz w:val="18"/>
              </w:rPr>
              <w:t>Scheduling, cohort, academic-calendar, or travel considerations</w:t>
            </w:r>
            <w:r>
              <w:rPr>
                <w:b/>
                <w:color w:val="6B7280"/>
                <w:sz w:val="18"/>
              </w:rPr>
              <w:t xml:space="preserve"> / </w:t>
            </w:r>
            <w:r>
              <w:rPr>
                <w:b/>
                <w:color w:val="6B7280"/>
                <w:sz w:val="18"/>
              </w:rPr>
              <w:t>时间安排、批次、学年或出行考虑</w:t>
            </w:r>
          </w:p>
          <w:p w14:paraId="6C4D9ECD" w14:textId="77777777" w:rsidR="00DD2189" w:rsidRDefault="00000000">
            <w:pPr>
              <w:spacing w:after="0" w:line="252" w:lineRule="auto"/>
            </w:pPr>
            <w:r>
              <w:rPr>
                <w:i/>
                <w:color w:val="7C8796"/>
                <w:sz w:val="18"/>
              </w:rPr>
              <w:t>Click or tap here to enter text.</w:t>
            </w:r>
          </w:p>
          <w:p w14:paraId="78D20439" w14:textId="77777777" w:rsidR="00DD2189" w:rsidRDefault="00000000">
            <w:pPr>
              <w:spacing w:after="0" w:line="252" w:lineRule="auto"/>
            </w:pPr>
            <w:r>
              <w:rPr>
                <w:sz w:val="18"/>
              </w:rPr>
              <w:t xml:space="preserve"> </w:t>
            </w:r>
          </w:p>
        </w:tc>
      </w:tr>
    </w:tbl>
    <w:p w14:paraId="0875181F" w14:textId="77777777" w:rsidR="00DD2189" w:rsidRDefault="00DD2189">
      <w:pPr>
        <w:spacing w:after="0"/>
      </w:pPr>
    </w:p>
    <w:p w14:paraId="0F2B190F" w14:textId="77777777" w:rsidR="00DD2189" w:rsidRDefault="00000000">
      <w:pPr>
        <w:keepNext/>
        <w:spacing w:before="100" w:after="80" w:line="252" w:lineRule="auto"/>
      </w:pPr>
      <w:r>
        <w:rPr>
          <w:b/>
          <w:color w:val="0066B3"/>
          <w:sz w:val="30"/>
        </w:rPr>
        <w:t xml:space="preserve">G. Requested NBIIC-HI Support  </w:t>
      </w:r>
      <w:r>
        <w:rPr>
          <w:b/>
          <w:color w:val="0066B3"/>
          <w:sz w:val="30"/>
        </w:rPr>
        <w:t>希望</w:t>
      </w:r>
      <w:r>
        <w:rPr>
          <w:b/>
          <w:color w:val="0066B3"/>
          <w:sz w:val="30"/>
        </w:rPr>
        <w:t xml:space="preserve"> NBIIC-HI </w:t>
      </w:r>
      <w:r>
        <w:rPr>
          <w:b/>
          <w:color w:val="0066B3"/>
          <w:sz w:val="30"/>
        </w:rPr>
        <w:t>提供的支持</w:t>
      </w:r>
    </w:p>
    <w:p w14:paraId="036D05FB" w14:textId="77777777" w:rsidR="00DD2189" w:rsidRDefault="00000000">
      <w:pPr>
        <w:spacing w:before="40" w:after="40" w:line="252" w:lineRule="auto"/>
      </w:pPr>
      <w:r>
        <w:rPr>
          <w:b/>
          <w:sz w:val="20"/>
        </w:rPr>
        <w:t>Support requested</w:t>
      </w:r>
      <w:r>
        <w:rPr>
          <w:b/>
          <w:color w:val="6B7280"/>
        </w:rPr>
        <w:t xml:space="preserve"> / </w:t>
      </w:r>
      <w:r>
        <w:rPr>
          <w:b/>
          <w:color w:val="6B7280"/>
        </w:rPr>
        <w:t>希望获得的支持</w:t>
      </w:r>
    </w:p>
    <w:tbl>
      <w:tblPr>
        <w:tblW w:w="0" w:type="auto"/>
        <w:jc w:val="center"/>
        <w:tblLayout w:type="fixed"/>
        <w:tblLook w:val="04A0" w:firstRow="1" w:lastRow="0" w:firstColumn="1" w:lastColumn="0" w:noHBand="0" w:noVBand="1"/>
      </w:tblPr>
      <w:tblGrid>
        <w:gridCol w:w="5112"/>
        <w:gridCol w:w="5112"/>
      </w:tblGrid>
      <w:tr w:rsidR="00DD2189" w14:paraId="641665F5" w14:textId="77777777">
        <w:trPr>
          <w:jc w:val="center"/>
        </w:trPr>
        <w:tc>
          <w:tcPr>
            <w:tcW w:w="5112" w:type="dxa"/>
            <w:tcMar>
              <w:top w:w="25" w:type="dxa"/>
              <w:left w:w="25" w:type="dxa"/>
              <w:bottom w:w="25" w:type="dxa"/>
              <w:right w:w="25" w:type="dxa"/>
            </w:tcMar>
          </w:tcPr>
          <w:p w14:paraId="088B2423" w14:textId="77777777" w:rsidR="00DD2189" w:rsidRDefault="00000000">
            <w:pPr>
              <w:spacing w:after="0" w:line="252" w:lineRule="auto"/>
            </w:pPr>
            <w:r>
              <w:rPr>
                <w:color w:val="6B7280"/>
                <w:sz w:val="20"/>
              </w:rPr>
              <w:t xml:space="preserve">☐ </w:t>
            </w:r>
            <w:r>
              <w:rPr>
                <w:sz w:val="18"/>
              </w:rPr>
              <w:t>Scholarship / funding pathway information</w:t>
            </w:r>
            <w:r>
              <w:rPr>
                <w:color w:val="6B7280"/>
                <w:sz w:val="17"/>
              </w:rPr>
              <w:t xml:space="preserve"> / </w:t>
            </w:r>
            <w:r>
              <w:rPr>
                <w:color w:val="6B7280"/>
                <w:sz w:val="17"/>
              </w:rPr>
              <w:t>奖学金或资助路径信息</w:t>
            </w:r>
          </w:p>
        </w:tc>
        <w:tc>
          <w:tcPr>
            <w:tcW w:w="5112" w:type="dxa"/>
            <w:tcMar>
              <w:top w:w="25" w:type="dxa"/>
              <w:left w:w="25" w:type="dxa"/>
              <w:bottom w:w="25" w:type="dxa"/>
              <w:right w:w="25" w:type="dxa"/>
            </w:tcMar>
          </w:tcPr>
          <w:p w14:paraId="5CF5FDCC" w14:textId="77777777" w:rsidR="00DD2189" w:rsidRDefault="00000000">
            <w:pPr>
              <w:spacing w:after="0" w:line="252" w:lineRule="auto"/>
            </w:pPr>
            <w:r>
              <w:rPr>
                <w:color w:val="6B7280"/>
                <w:sz w:val="20"/>
              </w:rPr>
              <w:t xml:space="preserve">☐ </w:t>
            </w:r>
            <w:r>
              <w:rPr>
                <w:sz w:val="18"/>
              </w:rPr>
              <w:t>Host institution / partner identification</w:t>
            </w:r>
            <w:r>
              <w:rPr>
                <w:color w:val="6B7280"/>
                <w:sz w:val="17"/>
              </w:rPr>
              <w:t xml:space="preserve"> / </w:t>
            </w:r>
            <w:r>
              <w:rPr>
                <w:color w:val="6B7280"/>
                <w:sz w:val="17"/>
              </w:rPr>
              <w:t>接收机构或合作方识别</w:t>
            </w:r>
          </w:p>
        </w:tc>
      </w:tr>
      <w:tr w:rsidR="00DD2189" w14:paraId="11EEDA61" w14:textId="77777777">
        <w:trPr>
          <w:jc w:val="center"/>
        </w:trPr>
        <w:tc>
          <w:tcPr>
            <w:tcW w:w="5112" w:type="dxa"/>
            <w:tcMar>
              <w:top w:w="25" w:type="dxa"/>
              <w:left w:w="25" w:type="dxa"/>
              <w:bottom w:w="25" w:type="dxa"/>
              <w:right w:w="25" w:type="dxa"/>
            </w:tcMar>
          </w:tcPr>
          <w:p w14:paraId="4A524298" w14:textId="77777777" w:rsidR="00DD2189" w:rsidRDefault="00000000">
            <w:pPr>
              <w:spacing w:after="0" w:line="252" w:lineRule="auto"/>
            </w:pPr>
            <w:r>
              <w:rPr>
                <w:color w:val="6B7280"/>
                <w:sz w:val="20"/>
              </w:rPr>
              <w:t xml:space="preserve">☐ </w:t>
            </w:r>
            <w:r>
              <w:rPr>
                <w:sz w:val="18"/>
              </w:rPr>
              <w:t>Academic / research fit assessment</w:t>
            </w:r>
            <w:r>
              <w:rPr>
                <w:color w:val="6B7280"/>
                <w:sz w:val="17"/>
              </w:rPr>
              <w:t xml:space="preserve"> / </w:t>
            </w:r>
            <w:r>
              <w:rPr>
                <w:color w:val="6B7280"/>
                <w:sz w:val="17"/>
              </w:rPr>
              <w:t>学术或科研适配评估</w:t>
            </w:r>
          </w:p>
        </w:tc>
        <w:tc>
          <w:tcPr>
            <w:tcW w:w="5112" w:type="dxa"/>
            <w:tcMar>
              <w:top w:w="25" w:type="dxa"/>
              <w:left w:w="25" w:type="dxa"/>
              <w:bottom w:w="25" w:type="dxa"/>
              <w:right w:w="25" w:type="dxa"/>
            </w:tcMar>
          </w:tcPr>
          <w:p w14:paraId="50D18BD9" w14:textId="77777777" w:rsidR="00DD2189" w:rsidRDefault="00000000">
            <w:pPr>
              <w:spacing w:after="0" w:line="252" w:lineRule="auto"/>
            </w:pPr>
            <w:r>
              <w:rPr>
                <w:color w:val="6B7280"/>
                <w:sz w:val="20"/>
              </w:rPr>
              <w:t xml:space="preserve">☐ </w:t>
            </w:r>
            <w:r>
              <w:rPr>
                <w:sz w:val="18"/>
              </w:rPr>
              <w:t>Preliminary institutional communication</w:t>
            </w:r>
            <w:r>
              <w:rPr>
                <w:color w:val="6B7280"/>
                <w:sz w:val="17"/>
              </w:rPr>
              <w:t xml:space="preserve"> / </w:t>
            </w:r>
            <w:r>
              <w:rPr>
                <w:color w:val="6B7280"/>
                <w:sz w:val="17"/>
              </w:rPr>
              <w:t>前期机构沟通</w:t>
            </w:r>
          </w:p>
        </w:tc>
      </w:tr>
      <w:tr w:rsidR="00DD2189" w14:paraId="00AC270B" w14:textId="77777777">
        <w:trPr>
          <w:jc w:val="center"/>
        </w:trPr>
        <w:tc>
          <w:tcPr>
            <w:tcW w:w="5112" w:type="dxa"/>
            <w:tcMar>
              <w:top w:w="25" w:type="dxa"/>
              <w:left w:w="25" w:type="dxa"/>
              <w:bottom w:w="25" w:type="dxa"/>
              <w:right w:w="25" w:type="dxa"/>
            </w:tcMar>
          </w:tcPr>
          <w:p w14:paraId="133C66DA" w14:textId="77777777" w:rsidR="00DD2189" w:rsidRDefault="00000000">
            <w:pPr>
              <w:spacing w:after="0" w:line="252" w:lineRule="auto"/>
            </w:pPr>
            <w:r>
              <w:rPr>
                <w:color w:val="6B7280"/>
                <w:sz w:val="20"/>
              </w:rPr>
              <w:t xml:space="preserve">☐ </w:t>
            </w:r>
            <w:r>
              <w:rPr>
                <w:sz w:val="18"/>
              </w:rPr>
              <w:t>Application / enquiry material preparation</w:t>
            </w:r>
            <w:r>
              <w:rPr>
                <w:color w:val="6B7280"/>
                <w:sz w:val="17"/>
              </w:rPr>
              <w:t xml:space="preserve"> / </w:t>
            </w:r>
            <w:r>
              <w:rPr>
                <w:color w:val="6B7280"/>
                <w:sz w:val="17"/>
              </w:rPr>
              <w:t>申请或咨询材料准备</w:t>
            </w:r>
          </w:p>
        </w:tc>
        <w:tc>
          <w:tcPr>
            <w:tcW w:w="5112" w:type="dxa"/>
            <w:tcMar>
              <w:top w:w="25" w:type="dxa"/>
              <w:left w:w="25" w:type="dxa"/>
              <w:bottom w:w="25" w:type="dxa"/>
              <w:right w:w="25" w:type="dxa"/>
            </w:tcMar>
          </w:tcPr>
          <w:p w14:paraId="0F4261BC" w14:textId="77777777" w:rsidR="00DD2189" w:rsidRDefault="00000000">
            <w:pPr>
              <w:spacing w:after="0" w:line="252" w:lineRule="auto"/>
            </w:pPr>
            <w:r>
              <w:rPr>
                <w:color w:val="6B7280"/>
                <w:sz w:val="20"/>
              </w:rPr>
              <w:t xml:space="preserve">☐ </w:t>
            </w:r>
            <w:r>
              <w:rPr>
                <w:sz w:val="18"/>
              </w:rPr>
              <w:t>Invitation / support-letter coordination</w:t>
            </w:r>
            <w:r>
              <w:rPr>
                <w:color w:val="6B7280"/>
                <w:sz w:val="17"/>
              </w:rPr>
              <w:t xml:space="preserve"> / </w:t>
            </w:r>
            <w:r>
              <w:rPr>
                <w:color w:val="6B7280"/>
                <w:sz w:val="17"/>
              </w:rPr>
              <w:t>邀请函或支持文件协调</w:t>
            </w:r>
          </w:p>
        </w:tc>
      </w:tr>
      <w:tr w:rsidR="00DD2189" w14:paraId="130D72B7" w14:textId="77777777">
        <w:trPr>
          <w:jc w:val="center"/>
        </w:trPr>
        <w:tc>
          <w:tcPr>
            <w:tcW w:w="5112" w:type="dxa"/>
            <w:tcMar>
              <w:top w:w="25" w:type="dxa"/>
              <w:left w:w="25" w:type="dxa"/>
              <w:bottom w:w="25" w:type="dxa"/>
              <w:right w:w="25" w:type="dxa"/>
            </w:tcMar>
          </w:tcPr>
          <w:p w14:paraId="676277E2" w14:textId="77777777" w:rsidR="00DD2189" w:rsidRDefault="00000000">
            <w:pPr>
              <w:spacing w:after="0" w:line="252" w:lineRule="auto"/>
            </w:pPr>
            <w:r>
              <w:rPr>
                <w:color w:val="6B7280"/>
                <w:sz w:val="20"/>
              </w:rPr>
              <w:t xml:space="preserve">☐ </w:t>
            </w:r>
            <w:r>
              <w:rPr>
                <w:sz w:val="18"/>
              </w:rPr>
              <w:t>Exchange-program structure design</w:t>
            </w:r>
            <w:r>
              <w:rPr>
                <w:color w:val="6B7280"/>
                <w:sz w:val="17"/>
              </w:rPr>
              <w:t xml:space="preserve"> / </w:t>
            </w:r>
            <w:r>
              <w:rPr>
                <w:color w:val="6B7280"/>
                <w:sz w:val="17"/>
              </w:rPr>
              <w:t>交流项目结构设计</w:t>
            </w:r>
          </w:p>
        </w:tc>
        <w:tc>
          <w:tcPr>
            <w:tcW w:w="5112" w:type="dxa"/>
            <w:tcMar>
              <w:top w:w="25" w:type="dxa"/>
              <w:left w:w="25" w:type="dxa"/>
              <w:bottom w:w="25" w:type="dxa"/>
              <w:right w:w="25" w:type="dxa"/>
            </w:tcMar>
          </w:tcPr>
          <w:p w14:paraId="479DFD5B" w14:textId="77777777" w:rsidR="00DD2189" w:rsidRDefault="00000000">
            <w:pPr>
              <w:spacing w:after="0" w:line="252" w:lineRule="auto"/>
            </w:pPr>
            <w:r>
              <w:rPr>
                <w:color w:val="6B7280"/>
                <w:sz w:val="20"/>
              </w:rPr>
              <w:t xml:space="preserve">☐ </w:t>
            </w:r>
            <w:r>
              <w:rPr>
                <w:sz w:val="18"/>
              </w:rPr>
              <w:t>Institutional partnership coordination</w:t>
            </w:r>
            <w:r>
              <w:rPr>
                <w:color w:val="6B7280"/>
                <w:sz w:val="17"/>
              </w:rPr>
              <w:t xml:space="preserve"> / </w:t>
            </w:r>
            <w:r>
              <w:rPr>
                <w:color w:val="6B7280"/>
                <w:sz w:val="17"/>
              </w:rPr>
              <w:t>机构合作协调</w:t>
            </w:r>
          </w:p>
        </w:tc>
      </w:tr>
      <w:tr w:rsidR="00DD2189" w14:paraId="25977BC4" w14:textId="77777777">
        <w:trPr>
          <w:jc w:val="center"/>
        </w:trPr>
        <w:tc>
          <w:tcPr>
            <w:tcW w:w="5112" w:type="dxa"/>
            <w:tcMar>
              <w:top w:w="25" w:type="dxa"/>
              <w:left w:w="25" w:type="dxa"/>
              <w:bottom w:w="25" w:type="dxa"/>
              <w:right w:w="25" w:type="dxa"/>
            </w:tcMar>
          </w:tcPr>
          <w:p w14:paraId="05F6841E" w14:textId="77777777" w:rsidR="00DD2189"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c>
          <w:tcPr>
            <w:tcW w:w="5112" w:type="dxa"/>
            <w:tcMar>
              <w:top w:w="25" w:type="dxa"/>
              <w:left w:w="25" w:type="dxa"/>
              <w:bottom w:w="25" w:type="dxa"/>
              <w:right w:w="25" w:type="dxa"/>
            </w:tcMar>
          </w:tcPr>
          <w:p w14:paraId="5D3717C3" w14:textId="77777777" w:rsidR="00DD2189" w:rsidRDefault="00DD2189">
            <w:pPr>
              <w:spacing w:after="0" w:line="252" w:lineRule="auto"/>
            </w:pPr>
          </w:p>
        </w:tc>
      </w:tr>
    </w:tbl>
    <w:p w14:paraId="3F73E592"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44756980"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5C3AE3EF" w14:textId="77777777" w:rsidR="00DD2189" w:rsidRDefault="00000000">
            <w:pPr>
              <w:spacing w:after="40" w:line="252" w:lineRule="auto"/>
            </w:pPr>
            <w:r>
              <w:rPr>
                <w:b/>
                <w:sz w:val="18"/>
              </w:rPr>
              <w:t>Additional comments, program requirements, or questions</w:t>
            </w:r>
            <w:r>
              <w:rPr>
                <w:b/>
                <w:color w:val="6B7280"/>
                <w:sz w:val="18"/>
              </w:rPr>
              <w:t xml:space="preserve"> / </w:t>
            </w:r>
            <w:r>
              <w:rPr>
                <w:b/>
                <w:color w:val="6B7280"/>
                <w:sz w:val="18"/>
              </w:rPr>
              <w:t>补充说明、项目要求或问题</w:t>
            </w:r>
          </w:p>
          <w:p w14:paraId="5A47361E" w14:textId="77777777" w:rsidR="00DD2189" w:rsidRDefault="00000000">
            <w:pPr>
              <w:spacing w:after="0" w:line="252" w:lineRule="auto"/>
            </w:pPr>
            <w:r>
              <w:rPr>
                <w:i/>
                <w:color w:val="7C8796"/>
                <w:sz w:val="18"/>
              </w:rPr>
              <w:t>Click or tap here to enter text.</w:t>
            </w:r>
          </w:p>
          <w:p w14:paraId="78F4051F" w14:textId="77777777" w:rsidR="00DD2189" w:rsidRDefault="00000000">
            <w:pPr>
              <w:spacing w:after="0" w:line="252" w:lineRule="auto"/>
            </w:pPr>
            <w:r>
              <w:rPr>
                <w:sz w:val="18"/>
              </w:rPr>
              <w:t xml:space="preserve"> </w:t>
            </w:r>
          </w:p>
        </w:tc>
      </w:tr>
    </w:tbl>
    <w:p w14:paraId="675D3B6C" w14:textId="77777777" w:rsidR="00DD2189" w:rsidRDefault="00DD2189">
      <w:pPr>
        <w:spacing w:after="0"/>
      </w:pPr>
    </w:p>
    <w:p w14:paraId="7EBD9BF6" w14:textId="77777777" w:rsidR="00DD2189" w:rsidRDefault="00000000">
      <w:pPr>
        <w:keepNext/>
        <w:spacing w:before="100" w:after="80" w:line="252" w:lineRule="auto"/>
      </w:pPr>
      <w:r>
        <w:rPr>
          <w:b/>
          <w:color w:val="0066B3"/>
          <w:sz w:val="30"/>
        </w:rPr>
        <w:t xml:space="preserve">H. Supporting Materials  </w:t>
      </w:r>
      <w:r>
        <w:rPr>
          <w:b/>
          <w:color w:val="0066B3"/>
          <w:sz w:val="30"/>
        </w:rPr>
        <w:t>支持材料</w:t>
      </w:r>
    </w:p>
    <w:p w14:paraId="4B1524A0" w14:textId="77777777" w:rsidR="00DD2189" w:rsidRDefault="00000000">
      <w:pPr>
        <w:spacing w:before="40" w:after="40" w:line="252" w:lineRule="auto"/>
      </w:pPr>
      <w:r>
        <w:rPr>
          <w:b/>
          <w:sz w:val="20"/>
        </w:rPr>
        <w:t>Documents included or available</w:t>
      </w:r>
      <w:r>
        <w:rPr>
          <w:b/>
          <w:color w:val="6B7280"/>
        </w:rPr>
        <w:t xml:space="preserve"> / </w:t>
      </w:r>
      <w:r>
        <w:rPr>
          <w:b/>
          <w:color w:val="6B7280"/>
        </w:rPr>
        <w:t>已附或可提供的材料</w:t>
      </w:r>
    </w:p>
    <w:tbl>
      <w:tblPr>
        <w:tblW w:w="0" w:type="auto"/>
        <w:jc w:val="center"/>
        <w:tblLayout w:type="fixed"/>
        <w:tblLook w:val="04A0" w:firstRow="1" w:lastRow="0" w:firstColumn="1" w:lastColumn="0" w:noHBand="0" w:noVBand="1"/>
      </w:tblPr>
      <w:tblGrid>
        <w:gridCol w:w="5112"/>
        <w:gridCol w:w="5112"/>
      </w:tblGrid>
      <w:tr w:rsidR="00DD2189" w14:paraId="7D6C5ED8" w14:textId="77777777">
        <w:trPr>
          <w:jc w:val="center"/>
        </w:trPr>
        <w:tc>
          <w:tcPr>
            <w:tcW w:w="5112" w:type="dxa"/>
            <w:tcMar>
              <w:top w:w="25" w:type="dxa"/>
              <w:left w:w="25" w:type="dxa"/>
              <w:bottom w:w="25" w:type="dxa"/>
              <w:right w:w="25" w:type="dxa"/>
            </w:tcMar>
          </w:tcPr>
          <w:p w14:paraId="052AFC80" w14:textId="77777777" w:rsidR="00DD2189" w:rsidRDefault="00000000">
            <w:pPr>
              <w:spacing w:after="0" w:line="252" w:lineRule="auto"/>
            </w:pPr>
            <w:r>
              <w:rPr>
                <w:color w:val="6B7280"/>
                <w:sz w:val="20"/>
              </w:rPr>
              <w:lastRenderedPageBreak/>
              <w:t xml:space="preserve">☐ </w:t>
            </w:r>
            <w:r>
              <w:rPr>
                <w:sz w:val="18"/>
              </w:rPr>
              <w:t>Curriculum vitae / resume</w:t>
            </w:r>
            <w:r>
              <w:rPr>
                <w:color w:val="6B7280"/>
                <w:sz w:val="17"/>
              </w:rPr>
              <w:t xml:space="preserve"> / </w:t>
            </w:r>
            <w:r>
              <w:rPr>
                <w:color w:val="6B7280"/>
                <w:sz w:val="17"/>
              </w:rPr>
              <w:t>个人简历</w:t>
            </w:r>
          </w:p>
        </w:tc>
        <w:tc>
          <w:tcPr>
            <w:tcW w:w="5112" w:type="dxa"/>
            <w:tcMar>
              <w:top w:w="25" w:type="dxa"/>
              <w:left w:w="25" w:type="dxa"/>
              <w:bottom w:w="25" w:type="dxa"/>
              <w:right w:w="25" w:type="dxa"/>
            </w:tcMar>
          </w:tcPr>
          <w:p w14:paraId="5D255CF7" w14:textId="77777777" w:rsidR="00DD2189" w:rsidRDefault="00000000">
            <w:pPr>
              <w:spacing w:after="0" w:line="252" w:lineRule="auto"/>
            </w:pPr>
            <w:r>
              <w:rPr>
                <w:color w:val="6B7280"/>
                <w:sz w:val="20"/>
              </w:rPr>
              <w:t xml:space="preserve">☐ </w:t>
            </w:r>
            <w:r>
              <w:rPr>
                <w:sz w:val="18"/>
              </w:rPr>
              <w:t>Academic transcript</w:t>
            </w:r>
            <w:r>
              <w:rPr>
                <w:color w:val="6B7280"/>
                <w:sz w:val="17"/>
              </w:rPr>
              <w:t xml:space="preserve"> / </w:t>
            </w:r>
            <w:r>
              <w:rPr>
                <w:color w:val="6B7280"/>
                <w:sz w:val="17"/>
              </w:rPr>
              <w:t>成绩单</w:t>
            </w:r>
          </w:p>
        </w:tc>
      </w:tr>
      <w:tr w:rsidR="00DD2189" w14:paraId="06C974C8" w14:textId="77777777">
        <w:trPr>
          <w:jc w:val="center"/>
        </w:trPr>
        <w:tc>
          <w:tcPr>
            <w:tcW w:w="5112" w:type="dxa"/>
            <w:tcMar>
              <w:top w:w="25" w:type="dxa"/>
              <w:left w:w="25" w:type="dxa"/>
              <w:bottom w:w="25" w:type="dxa"/>
              <w:right w:w="25" w:type="dxa"/>
            </w:tcMar>
          </w:tcPr>
          <w:p w14:paraId="417F92FC" w14:textId="77777777" w:rsidR="00DD2189" w:rsidRDefault="00000000">
            <w:pPr>
              <w:spacing w:after="0" w:line="252" w:lineRule="auto"/>
            </w:pPr>
            <w:r>
              <w:rPr>
                <w:color w:val="6B7280"/>
                <w:sz w:val="20"/>
              </w:rPr>
              <w:t xml:space="preserve">☐ </w:t>
            </w:r>
            <w:r>
              <w:rPr>
                <w:sz w:val="18"/>
              </w:rPr>
              <w:t>Research / study plan</w:t>
            </w:r>
            <w:r>
              <w:rPr>
                <w:color w:val="6B7280"/>
                <w:sz w:val="17"/>
              </w:rPr>
              <w:t xml:space="preserve"> / </w:t>
            </w:r>
            <w:r>
              <w:rPr>
                <w:color w:val="6B7280"/>
                <w:sz w:val="17"/>
              </w:rPr>
              <w:t>研究或学习计划</w:t>
            </w:r>
          </w:p>
        </w:tc>
        <w:tc>
          <w:tcPr>
            <w:tcW w:w="5112" w:type="dxa"/>
            <w:tcMar>
              <w:top w:w="25" w:type="dxa"/>
              <w:left w:w="25" w:type="dxa"/>
              <w:bottom w:w="25" w:type="dxa"/>
              <w:right w:w="25" w:type="dxa"/>
            </w:tcMar>
          </w:tcPr>
          <w:p w14:paraId="5636939B" w14:textId="77777777" w:rsidR="00DD2189" w:rsidRDefault="00000000">
            <w:pPr>
              <w:spacing w:after="0" w:line="252" w:lineRule="auto"/>
            </w:pPr>
            <w:r>
              <w:rPr>
                <w:color w:val="6B7280"/>
                <w:sz w:val="20"/>
              </w:rPr>
              <w:t xml:space="preserve">☐ </w:t>
            </w:r>
            <w:r>
              <w:rPr>
                <w:sz w:val="18"/>
              </w:rPr>
              <w:t>Scholarship / funding notice</w:t>
            </w:r>
            <w:r>
              <w:rPr>
                <w:color w:val="6B7280"/>
                <w:sz w:val="17"/>
              </w:rPr>
              <w:t xml:space="preserve"> / </w:t>
            </w:r>
            <w:r>
              <w:rPr>
                <w:color w:val="6B7280"/>
                <w:sz w:val="17"/>
              </w:rPr>
              <w:t>奖学金或资助通知</w:t>
            </w:r>
          </w:p>
        </w:tc>
      </w:tr>
      <w:tr w:rsidR="00DD2189" w14:paraId="104DB21C" w14:textId="77777777">
        <w:trPr>
          <w:jc w:val="center"/>
        </w:trPr>
        <w:tc>
          <w:tcPr>
            <w:tcW w:w="5112" w:type="dxa"/>
            <w:tcMar>
              <w:top w:w="25" w:type="dxa"/>
              <w:left w:w="25" w:type="dxa"/>
              <w:bottom w:w="25" w:type="dxa"/>
              <w:right w:w="25" w:type="dxa"/>
            </w:tcMar>
          </w:tcPr>
          <w:p w14:paraId="7991DD77" w14:textId="77777777" w:rsidR="00DD2189" w:rsidRDefault="00000000">
            <w:pPr>
              <w:spacing w:after="0" w:line="252" w:lineRule="auto"/>
            </w:pPr>
            <w:r>
              <w:rPr>
                <w:color w:val="6B7280"/>
                <w:sz w:val="20"/>
              </w:rPr>
              <w:t xml:space="preserve">☐ </w:t>
            </w:r>
            <w:r>
              <w:rPr>
                <w:sz w:val="18"/>
              </w:rPr>
              <w:t>Institutional support / nomination letter</w:t>
            </w:r>
            <w:r>
              <w:rPr>
                <w:color w:val="6B7280"/>
                <w:sz w:val="17"/>
              </w:rPr>
              <w:t xml:space="preserve"> / </w:t>
            </w:r>
            <w:r>
              <w:rPr>
                <w:color w:val="6B7280"/>
                <w:sz w:val="17"/>
              </w:rPr>
              <w:t>机构支持或推荐函</w:t>
            </w:r>
          </w:p>
        </w:tc>
        <w:tc>
          <w:tcPr>
            <w:tcW w:w="5112" w:type="dxa"/>
            <w:tcMar>
              <w:top w:w="25" w:type="dxa"/>
              <w:left w:w="25" w:type="dxa"/>
              <w:bottom w:w="25" w:type="dxa"/>
              <w:right w:w="25" w:type="dxa"/>
            </w:tcMar>
          </w:tcPr>
          <w:p w14:paraId="6BEA2300" w14:textId="77777777" w:rsidR="00DD2189" w:rsidRDefault="00000000">
            <w:pPr>
              <w:spacing w:after="0" w:line="252" w:lineRule="auto"/>
            </w:pPr>
            <w:r>
              <w:rPr>
                <w:color w:val="6B7280"/>
                <w:sz w:val="20"/>
              </w:rPr>
              <w:t xml:space="preserve">☐ </w:t>
            </w:r>
            <w:r>
              <w:rPr>
                <w:sz w:val="18"/>
              </w:rPr>
              <w:t>Existing MOU / agreement</w:t>
            </w:r>
            <w:r>
              <w:rPr>
                <w:color w:val="6B7280"/>
                <w:sz w:val="17"/>
              </w:rPr>
              <w:t xml:space="preserve"> / </w:t>
            </w:r>
            <w:r>
              <w:rPr>
                <w:color w:val="6B7280"/>
                <w:sz w:val="17"/>
              </w:rPr>
              <w:t>现有</w:t>
            </w:r>
            <w:r>
              <w:rPr>
                <w:color w:val="6B7280"/>
                <w:sz w:val="17"/>
              </w:rPr>
              <w:t xml:space="preserve"> MOU </w:t>
            </w:r>
            <w:r>
              <w:rPr>
                <w:color w:val="6B7280"/>
                <w:sz w:val="17"/>
              </w:rPr>
              <w:t>或合作协议</w:t>
            </w:r>
          </w:p>
        </w:tc>
      </w:tr>
      <w:tr w:rsidR="00DD2189" w14:paraId="5CAF8BB8" w14:textId="77777777">
        <w:trPr>
          <w:jc w:val="center"/>
        </w:trPr>
        <w:tc>
          <w:tcPr>
            <w:tcW w:w="5112" w:type="dxa"/>
            <w:tcMar>
              <w:top w:w="25" w:type="dxa"/>
              <w:left w:w="25" w:type="dxa"/>
              <w:bottom w:w="25" w:type="dxa"/>
              <w:right w:w="25" w:type="dxa"/>
            </w:tcMar>
          </w:tcPr>
          <w:p w14:paraId="0FB6A06F" w14:textId="77777777" w:rsidR="00DD2189" w:rsidRDefault="00000000">
            <w:pPr>
              <w:spacing w:after="0" w:line="252" w:lineRule="auto"/>
            </w:pPr>
            <w:r>
              <w:rPr>
                <w:color w:val="6B7280"/>
                <w:sz w:val="20"/>
              </w:rPr>
              <w:t xml:space="preserve">☐ </w:t>
            </w:r>
            <w:r>
              <w:rPr>
                <w:sz w:val="18"/>
              </w:rPr>
              <w:t>Host / partner information</w:t>
            </w:r>
            <w:r>
              <w:rPr>
                <w:color w:val="6B7280"/>
                <w:sz w:val="17"/>
              </w:rPr>
              <w:t xml:space="preserve"> / </w:t>
            </w:r>
            <w:r>
              <w:rPr>
                <w:color w:val="6B7280"/>
                <w:sz w:val="17"/>
              </w:rPr>
              <w:t>接收方或合作方信息</w:t>
            </w:r>
          </w:p>
        </w:tc>
        <w:tc>
          <w:tcPr>
            <w:tcW w:w="5112" w:type="dxa"/>
            <w:tcMar>
              <w:top w:w="25" w:type="dxa"/>
              <w:left w:w="25" w:type="dxa"/>
              <w:bottom w:w="25" w:type="dxa"/>
              <w:right w:w="25" w:type="dxa"/>
            </w:tcMar>
          </w:tcPr>
          <w:p w14:paraId="6C358801" w14:textId="77777777" w:rsidR="00DD2189" w:rsidRDefault="00000000">
            <w:pPr>
              <w:spacing w:after="0" w:line="252" w:lineRule="auto"/>
            </w:pPr>
            <w:r>
              <w:rPr>
                <w:color w:val="6B7280"/>
                <w:sz w:val="20"/>
              </w:rPr>
              <w:t xml:space="preserve">☐ </w:t>
            </w:r>
            <w:r>
              <w:rPr>
                <w:sz w:val="18"/>
              </w:rPr>
              <w:t>Program guideline / call document</w:t>
            </w:r>
            <w:r>
              <w:rPr>
                <w:color w:val="6B7280"/>
                <w:sz w:val="17"/>
              </w:rPr>
              <w:t xml:space="preserve"> / </w:t>
            </w:r>
            <w:r>
              <w:rPr>
                <w:color w:val="6B7280"/>
                <w:sz w:val="17"/>
              </w:rPr>
              <w:t>项目指南或通知</w:t>
            </w:r>
          </w:p>
        </w:tc>
      </w:tr>
      <w:tr w:rsidR="00DD2189" w14:paraId="0B71CE9F" w14:textId="77777777">
        <w:trPr>
          <w:jc w:val="center"/>
        </w:trPr>
        <w:tc>
          <w:tcPr>
            <w:tcW w:w="5112" w:type="dxa"/>
            <w:tcMar>
              <w:top w:w="25" w:type="dxa"/>
              <w:left w:w="25" w:type="dxa"/>
              <w:bottom w:w="25" w:type="dxa"/>
              <w:right w:w="25" w:type="dxa"/>
            </w:tcMar>
          </w:tcPr>
          <w:p w14:paraId="558FE756" w14:textId="77777777" w:rsidR="00DD2189"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c>
          <w:tcPr>
            <w:tcW w:w="5112" w:type="dxa"/>
            <w:tcMar>
              <w:top w:w="25" w:type="dxa"/>
              <w:left w:w="25" w:type="dxa"/>
              <w:bottom w:w="25" w:type="dxa"/>
              <w:right w:w="25" w:type="dxa"/>
            </w:tcMar>
          </w:tcPr>
          <w:p w14:paraId="0CAAB1C0" w14:textId="77777777" w:rsidR="00DD2189" w:rsidRDefault="00DD2189">
            <w:pPr>
              <w:spacing w:after="0" w:line="252" w:lineRule="auto"/>
            </w:pPr>
          </w:p>
        </w:tc>
      </w:tr>
    </w:tbl>
    <w:p w14:paraId="28106242"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256C564C"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1796562C" w14:textId="77777777" w:rsidR="00DD2189" w:rsidRDefault="00000000">
            <w:pPr>
              <w:spacing w:after="40" w:line="252" w:lineRule="auto"/>
            </w:pPr>
            <w:r>
              <w:rPr>
                <w:b/>
                <w:sz w:val="18"/>
              </w:rPr>
              <w:t>List or describe attached documents and relevant links</w:t>
            </w:r>
            <w:r>
              <w:rPr>
                <w:b/>
                <w:color w:val="6B7280"/>
                <w:sz w:val="18"/>
              </w:rPr>
              <w:t xml:space="preserve"> / </w:t>
            </w:r>
            <w:r>
              <w:rPr>
                <w:b/>
                <w:color w:val="6B7280"/>
                <w:sz w:val="18"/>
              </w:rPr>
              <w:t>附件及相关链接说明</w:t>
            </w:r>
          </w:p>
          <w:p w14:paraId="7D748170" w14:textId="77777777" w:rsidR="00DD2189" w:rsidRDefault="00000000">
            <w:pPr>
              <w:spacing w:after="0" w:line="252" w:lineRule="auto"/>
            </w:pPr>
            <w:r>
              <w:rPr>
                <w:i/>
                <w:color w:val="7C8796"/>
                <w:sz w:val="18"/>
              </w:rPr>
              <w:t>Click or tap here to enter text.</w:t>
            </w:r>
          </w:p>
          <w:p w14:paraId="7996B360" w14:textId="77777777" w:rsidR="00DD2189" w:rsidRDefault="00000000">
            <w:pPr>
              <w:spacing w:after="0" w:line="252" w:lineRule="auto"/>
            </w:pPr>
            <w:r>
              <w:rPr>
                <w:sz w:val="18"/>
              </w:rPr>
              <w:t xml:space="preserve"> </w:t>
            </w:r>
          </w:p>
        </w:tc>
      </w:tr>
    </w:tbl>
    <w:p w14:paraId="48377527" w14:textId="77777777" w:rsidR="00DD2189" w:rsidRDefault="00DD2189">
      <w:pPr>
        <w:spacing w:after="0"/>
      </w:pPr>
    </w:p>
    <w:p w14:paraId="12964751" w14:textId="77777777" w:rsidR="00DD2189" w:rsidRDefault="00000000">
      <w:pPr>
        <w:keepNext/>
        <w:spacing w:before="100" w:after="80" w:line="252" w:lineRule="auto"/>
      </w:pPr>
      <w:r>
        <w:rPr>
          <w:b/>
          <w:color w:val="0066B3"/>
          <w:sz w:val="30"/>
        </w:rPr>
        <w:t xml:space="preserve">I. Declaration and Authorization  </w:t>
      </w:r>
      <w:r>
        <w:rPr>
          <w:b/>
          <w:color w:val="0066B3"/>
          <w:sz w:val="30"/>
        </w:rPr>
        <w:t>声明与授权</w:t>
      </w:r>
    </w:p>
    <w:p w14:paraId="2A3AA25A" w14:textId="77777777" w:rsidR="00DD2189" w:rsidRDefault="00000000">
      <w:pPr>
        <w:spacing w:before="40" w:after="40" w:line="252" w:lineRule="auto"/>
      </w:pPr>
      <w:r>
        <w:rPr>
          <w:b/>
          <w:sz w:val="20"/>
        </w:rPr>
        <w:t>Applicant / submitter declaration</w:t>
      </w:r>
      <w:r>
        <w:rPr>
          <w:b/>
          <w:color w:val="6B7280"/>
        </w:rPr>
        <w:t xml:space="preserve"> / </w:t>
      </w:r>
      <w:r>
        <w:rPr>
          <w:b/>
          <w:color w:val="6B7280"/>
        </w:rPr>
        <w:t>申请人或提交人声明</w:t>
      </w:r>
    </w:p>
    <w:tbl>
      <w:tblPr>
        <w:tblW w:w="0" w:type="auto"/>
        <w:jc w:val="center"/>
        <w:tblLayout w:type="fixed"/>
        <w:tblLook w:val="04A0" w:firstRow="1" w:lastRow="0" w:firstColumn="1" w:lastColumn="0" w:noHBand="0" w:noVBand="1"/>
      </w:tblPr>
      <w:tblGrid>
        <w:gridCol w:w="10224"/>
      </w:tblGrid>
      <w:tr w:rsidR="00DD2189" w14:paraId="2B64B197" w14:textId="77777777">
        <w:trPr>
          <w:jc w:val="center"/>
        </w:trPr>
        <w:tc>
          <w:tcPr>
            <w:tcW w:w="10224" w:type="dxa"/>
            <w:tcMar>
              <w:top w:w="25" w:type="dxa"/>
              <w:left w:w="25" w:type="dxa"/>
              <w:bottom w:w="25" w:type="dxa"/>
              <w:right w:w="25" w:type="dxa"/>
            </w:tcMar>
          </w:tcPr>
          <w:p w14:paraId="26732BD1" w14:textId="77777777" w:rsidR="00DD2189" w:rsidRDefault="00000000">
            <w:pPr>
              <w:spacing w:after="0" w:line="252" w:lineRule="auto"/>
            </w:pPr>
            <w:r>
              <w:rPr>
                <w:color w:val="6B7280"/>
                <w:sz w:val="20"/>
              </w:rPr>
              <w:t xml:space="preserve">☐ </w:t>
            </w:r>
            <w:r>
              <w:rPr>
                <w:sz w:val="18"/>
              </w:rPr>
              <w:t>I confirm that the information provided is accurate to the best of my knowledge.</w:t>
            </w:r>
            <w:r>
              <w:rPr>
                <w:color w:val="6B7280"/>
                <w:sz w:val="17"/>
              </w:rPr>
              <w:t xml:space="preserve"> / </w:t>
            </w:r>
            <w:r>
              <w:rPr>
                <w:color w:val="6B7280"/>
                <w:sz w:val="17"/>
              </w:rPr>
              <w:t>本人确认所提供信息据本人所知真实准确。</w:t>
            </w:r>
          </w:p>
        </w:tc>
      </w:tr>
      <w:tr w:rsidR="00DD2189" w14:paraId="317B7981" w14:textId="77777777">
        <w:trPr>
          <w:jc w:val="center"/>
        </w:trPr>
        <w:tc>
          <w:tcPr>
            <w:tcW w:w="10224" w:type="dxa"/>
            <w:tcMar>
              <w:top w:w="25" w:type="dxa"/>
              <w:left w:w="25" w:type="dxa"/>
              <w:bottom w:w="25" w:type="dxa"/>
              <w:right w:w="25" w:type="dxa"/>
            </w:tcMar>
          </w:tcPr>
          <w:p w14:paraId="50FDBE54" w14:textId="77777777" w:rsidR="00DD2189" w:rsidRDefault="00000000">
            <w:pPr>
              <w:spacing w:after="0" w:line="252" w:lineRule="auto"/>
            </w:pPr>
            <w:r>
              <w:rPr>
                <w:color w:val="6B7280"/>
                <w:sz w:val="20"/>
              </w:rPr>
              <w:t xml:space="preserve">☐ </w:t>
            </w:r>
            <w:r>
              <w:rPr>
                <w:sz w:val="18"/>
              </w:rPr>
              <w:t>I confirm that I am authorized to submit this enquiry or have disclosed any approval still required.</w:t>
            </w:r>
            <w:r>
              <w:rPr>
                <w:color w:val="6B7280"/>
                <w:sz w:val="17"/>
              </w:rPr>
              <w:t xml:space="preserve"> / </w:t>
            </w:r>
            <w:r>
              <w:rPr>
                <w:color w:val="6B7280"/>
                <w:sz w:val="17"/>
              </w:rPr>
              <w:t>本人确认有权提交本咨询，或已说明仍需取得的相关批准。</w:t>
            </w:r>
          </w:p>
        </w:tc>
      </w:tr>
      <w:tr w:rsidR="00DD2189" w14:paraId="029808BC" w14:textId="77777777">
        <w:trPr>
          <w:jc w:val="center"/>
        </w:trPr>
        <w:tc>
          <w:tcPr>
            <w:tcW w:w="10224" w:type="dxa"/>
            <w:tcMar>
              <w:top w:w="25" w:type="dxa"/>
              <w:left w:w="25" w:type="dxa"/>
              <w:bottom w:w="25" w:type="dxa"/>
              <w:right w:w="25" w:type="dxa"/>
            </w:tcMar>
          </w:tcPr>
          <w:p w14:paraId="68F10D4C" w14:textId="77777777" w:rsidR="00DD2189" w:rsidRDefault="00000000">
            <w:pPr>
              <w:spacing w:after="0" w:line="252" w:lineRule="auto"/>
            </w:pPr>
            <w:r>
              <w:rPr>
                <w:color w:val="6B7280"/>
                <w:sz w:val="20"/>
              </w:rPr>
              <w:t xml:space="preserve">☐ </w:t>
            </w:r>
            <w:r>
              <w:rPr>
                <w:sz w:val="18"/>
              </w:rPr>
              <w:t>I authorize NBIIC-HI to contact me or the submitting institution regarding this enquiry and related pathways.</w:t>
            </w:r>
            <w:r>
              <w:rPr>
                <w:color w:val="6B7280"/>
                <w:sz w:val="17"/>
              </w:rPr>
              <w:t xml:space="preserve"> / </w:t>
            </w:r>
            <w:r>
              <w:rPr>
                <w:color w:val="6B7280"/>
                <w:sz w:val="17"/>
              </w:rPr>
              <w:t>本人授权</w:t>
            </w:r>
            <w:r>
              <w:rPr>
                <w:color w:val="6B7280"/>
                <w:sz w:val="17"/>
              </w:rPr>
              <w:t xml:space="preserve"> NBIIC-HI </w:t>
            </w:r>
            <w:r>
              <w:rPr>
                <w:color w:val="6B7280"/>
                <w:sz w:val="17"/>
              </w:rPr>
              <w:t>就本次咨询及相关路径与本人或提交机构联系。</w:t>
            </w:r>
          </w:p>
        </w:tc>
      </w:tr>
      <w:tr w:rsidR="00DD2189" w14:paraId="4A01E17E" w14:textId="77777777">
        <w:trPr>
          <w:jc w:val="center"/>
        </w:trPr>
        <w:tc>
          <w:tcPr>
            <w:tcW w:w="10224" w:type="dxa"/>
            <w:tcMar>
              <w:top w:w="25" w:type="dxa"/>
              <w:left w:w="25" w:type="dxa"/>
              <w:bottom w:w="25" w:type="dxa"/>
              <w:right w:w="25" w:type="dxa"/>
            </w:tcMar>
          </w:tcPr>
          <w:p w14:paraId="1D93CBE5" w14:textId="77777777" w:rsidR="00DD2189" w:rsidRDefault="00000000">
            <w:pPr>
              <w:spacing w:after="0" w:line="252" w:lineRule="auto"/>
            </w:pPr>
            <w:r>
              <w:rPr>
                <w:color w:val="6B7280"/>
                <w:sz w:val="20"/>
              </w:rPr>
              <w:t xml:space="preserve">☐ </w:t>
            </w:r>
            <w:r>
              <w:rPr>
                <w:sz w:val="18"/>
              </w:rPr>
              <w:t>I understand that scholarship, funding, admission, invitation, visa, and host acceptance are not guaranteed.</w:t>
            </w:r>
            <w:r>
              <w:rPr>
                <w:color w:val="6B7280"/>
                <w:sz w:val="17"/>
              </w:rPr>
              <w:t xml:space="preserve"> / </w:t>
            </w:r>
            <w:r>
              <w:rPr>
                <w:color w:val="6B7280"/>
                <w:sz w:val="17"/>
              </w:rPr>
              <w:t>本人理解奖学金、经费、录取、邀请、签证及接收结果均不作保证。</w:t>
            </w:r>
          </w:p>
        </w:tc>
      </w:tr>
      <w:tr w:rsidR="00DD2189" w14:paraId="072C85EC" w14:textId="77777777">
        <w:trPr>
          <w:jc w:val="center"/>
        </w:trPr>
        <w:tc>
          <w:tcPr>
            <w:tcW w:w="10224" w:type="dxa"/>
            <w:tcMar>
              <w:top w:w="25" w:type="dxa"/>
              <w:left w:w="25" w:type="dxa"/>
              <w:bottom w:w="25" w:type="dxa"/>
              <w:right w:w="25" w:type="dxa"/>
            </w:tcMar>
          </w:tcPr>
          <w:p w14:paraId="45346C53" w14:textId="77777777" w:rsidR="00DD2189" w:rsidRDefault="00000000">
            <w:pPr>
              <w:spacing w:after="0" w:line="252" w:lineRule="auto"/>
            </w:pPr>
            <w:r>
              <w:rPr>
                <w:color w:val="6B7280"/>
                <w:sz w:val="20"/>
              </w:rPr>
              <w:t xml:space="preserve">☐ </w:t>
            </w:r>
            <w:r>
              <w:rPr>
                <w:sz w:val="18"/>
              </w:rPr>
              <w:t>I confirm that no identifiable patient information or improperly disclosed confidential material is included.</w:t>
            </w:r>
            <w:r>
              <w:rPr>
                <w:color w:val="6B7280"/>
                <w:sz w:val="17"/>
              </w:rPr>
              <w:t xml:space="preserve"> / </w:t>
            </w:r>
            <w:r>
              <w:rPr>
                <w:color w:val="6B7280"/>
                <w:sz w:val="17"/>
              </w:rPr>
              <w:t>本人确认未提交可识别患者信息或不当披露的保密材料。</w:t>
            </w:r>
          </w:p>
        </w:tc>
      </w:tr>
    </w:tbl>
    <w:p w14:paraId="521A5313" w14:textId="77777777" w:rsidR="00DD2189" w:rsidRDefault="00DD2189">
      <w:pPr>
        <w:spacing w:after="0"/>
      </w:pPr>
    </w:p>
    <w:tbl>
      <w:tblPr>
        <w:tblW w:w="0" w:type="auto"/>
        <w:jc w:val="center"/>
        <w:tblLayout w:type="fixed"/>
        <w:tblLook w:val="04A0" w:firstRow="1" w:lastRow="0" w:firstColumn="1" w:lastColumn="0" w:noHBand="0" w:noVBand="1"/>
      </w:tblPr>
      <w:tblGrid>
        <w:gridCol w:w="5112"/>
        <w:gridCol w:w="5112"/>
      </w:tblGrid>
      <w:tr w:rsidR="00DD2189" w14:paraId="15EBBDF9"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6F1DD69" w14:textId="77777777" w:rsidR="00DD2189" w:rsidRDefault="00000000">
            <w:pPr>
              <w:spacing w:after="20" w:line="252" w:lineRule="auto"/>
            </w:pPr>
            <w:r>
              <w:rPr>
                <w:b/>
                <w:sz w:val="18"/>
              </w:rPr>
              <w:t>Name of applicant / authorized representative</w:t>
            </w:r>
            <w:r>
              <w:rPr>
                <w:b/>
                <w:color w:val="6B7280"/>
                <w:sz w:val="18"/>
              </w:rPr>
              <w:t xml:space="preserve"> / </w:t>
            </w:r>
            <w:r>
              <w:rPr>
                <w:b/>
                <w:color w:val="6B7280"/>
                <w:sz w:val="18"/>
              </w:rPr>
              <w:t>申请人或授权代表姓名</w:t>
            </w:r>
          </w:p>
          <w:p w14:paraId="17C7F95C"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6DB60DB2" w14:textId="77777777" w:rsidR="00DD2189" w:rsidRDefault="00000000">
            <w:pPr>
              <w:spacing w:after="20" w:line="252" w:lineRule="auto"/>
            </w:pPr>
            <w:r>
              <w:rPr>
                <w:b/>
                <w:sz w:val="18"/>
              </w:rPr>
              <w:t>Title / position</w:t>
            </w:r>
            <w:r>
              <w:rPr>
                <w:b/>
                <w:color w:val="6B7280"/>
                <w:sz w:val="18"/>
              </w:rPr>
              <w:t xml:space="preserve"> / </w:t>
            </w:r>
            <w:r>
              <w:rPr>
                <w:b/>
                <w:color w:val="6B7280"/>
                <w:sz w:val="18"/>
              </w:rPr>
              <w:t>职务或身份</w:t>
            </w:r>
          </w:p>
          <w:p w14:paraId="7C38463E" w14:textId="77777777" w:rsidR="00DD2189" w:rsidRDefault="00000000">
            <w:pPr>
              <w:spacing w:after="0" w:line="252" w:lineRule="auto"/>
            </w:pPr>
            <w:r>
              <w:rPr>
                <w:i/>
                <w:color w:val="7C8796"/>
                <w:sz w:val="18"/>
              </w:rPr>
              <w:t>Click or tap here to enter text.</w:t>
            </w:r>
          </w:p>
        </w:tc>
      </w:tr>
      <w:tr w:rsidR="00DD2189" w14:paraId="5F41B405"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FE3C044" w14:textId="77777777" w:rsidR="00DD2189" w:rsidRDefault="00000000">
            <w:pPr>
              <w:spacing w:after="20" w:line="252" w:lineRule="auto"/>
            </w:pPr>
            <w:r>
              <w:rPr>
                <w:b/>
                <w:sz w:val="18"/>
              </w:rPr>
              <w:t>Signature / confirmation</w:t>
            </w:r>
            <w:r>
              <w:rPr>
                <w:b/>
                <w:color w:val="6B7280"/>
                <w:sz w:val="18"/>
              </w:rPr>
              <w:t xml:space="preserve"> / </w:t>
            </w:r>
            <w:r>
              <w:rPr>
                <w:b/>
                <w:color w:val="6B7280"/>
                <w:sz w:val="18"/>
              </w:rPr>
              <w:t>签署或确认</w:t>
            </w:r>
          </w:p>
          <w:p w14:paraId="2F53BD22" w14:textId="77777777" w:rsidR="00DD2189" w:rsidRDefault="00000000">
            <w:pPr>
              <w:spacing w:after="0" w:line="252" w:lineRule="auto"/>
            </w:pPr>
            <w:r>
              <w:rPr>
                <w:i/>
                <w:color w:val="7C8796"/>
                <w:sz w:val="18"/>
              </w:rPr>
              <w:t>Typed or handwritten.</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A8B7F51" w14:textId="77777777" w:rsidR="00DD2189" w:rsidRDefault="00000000">
            <w:pPr>
              <w:spacing w:after="20" w:line="252" w:lineRule="auto"/>
            </w:pPr>
            <w:r>
              <w:rPr>
                <w:b/>
                <w:sz w:val="18"/>
              </w:rPr>
              <w:t>Date</w:t>
            </w:r>
            <w:r>
              <w:rPr>
                <w:b/>
                <w:color w:val="6B7280"/>
                <w:sz w:val="18"/>
              </w:rPr>
              <w:t xml:space="preserve"> / </w:t>
            </w:r>
            <w:r>
              <w:rPr>
                <w:b/>
                <w:color w:val="6B7280"/>
                <w:sz w:val="18"/>
              </w:rPr>
              <w:t>日期</w:t>
            </w:r>
          </w:p>
          <w:p w14:paraId="14A02896" w14:textId="77777777" w:rsidR="00DD2189" w:rsidRDefault="00000000">
            <w:pPr>
              <w:spacing w:after="0" w:line="252" w:lineRule="auto"/>
            </w:pPr>
            <w:r>
              <w:rPr>
                <w:i/>
                <w:color w:val="7C8796"/>
                <w:sz w:val="18"/>
              </w:rPr>
              <w:t>YYYY-MM-DD</w:t>
            </w:r>
          </w:p>
        </w:tc>
      </w:tr>
    </w:tbl>
    <w:p w14:paraId="76A40020" w14:textId="77777777" w:rsidR="00DD2189" w:rsidRDefault="00DD2189">
      <w:pPr>
        <w:spacing w:after="0"/>
      </w:pPr>
    </w:p>
    <w:p w14:paraId="0CA5C370" w14:textId="7D47AF94" w:rsidR="00DD2189" w:rsidRDefault="00A34B78">
      <w:pPr>
        <w:keepNext/>
        <w:spacing w:before="100" w:after="80" w:line="252" w:lineRule="auto"/>
      </w:pPr>
      <w:r>
        <w:rPr>
          <w:b/>
          <w:color w:val="0066B3"/>
          <w:sz w:val="30"/>
        </w:rPr>
        <w:t>J</w:t>
      </w:r>
      <w:r w:rsidR="00000000">
        <w:rPr>
          <w:b/>
          <w:color w:val="0066B3"/>
          <w:sz w:val="30"/>
        </w:rPr>
        <w:t xml:space="preserve">. Submission </w:t>
      </w:r>
      <w:proofErr w:type="gramStart"/>
      <w:r w:rsidR="00000000">
        <w:rPr>
          <w:b/>
          <w:color w:val="0066B3"/>
          <w:sz w:val="30"/>
        </w:rPr>
        <w:t xml:space="preserve">Instructions  </w:t>
      </w:r>
      <w:r w:rsidR="00000000">
        <w:rPr>
          <w:b/>
          <w:color w:val="0066B3"/>
          <w:sz w:val="30"/>
        </w:rPr>
        <w:t>提交说明</w:t>
      </w:r>
      <w:proofErr w:type="gramEnd"/>
    </w:p>
    <w:p w14:paraId="4E47643F" w14:textId="77777777" w:rsidR="00DD2189" w:rsidRDefault="00000000">
      <w:pPr>
        <w:spacing w:after="80" w:line="252" w:lineRule="auto"/>
      </w:pPr>
      <w:r>
        <w:t xml:space="preserve">Please submit the completed form and permitted supporting documents to </w:t>
      </w:r>
      <w:r>
        <w:rPr>
          <w:b/>
          <w:color w:val="0066B3"/>
        </w:rPr>
        <w:t>admin@nbiic.ca</w:t>
      </w:r>
      <w:r>
        <w:t xml:space="preserve"> using the subject line:</w:t>
      </w:r>
    </w:p>
    <w:p w14:paraId="23DDA672" w14:textId="77777777" w:rsidR="00DD2189" w:rsidRDefault="00000000">
      <w:pPr>
        <w:spacing w:after="100" w:line="252" w:lineRule="auto"/>
        <w:jc w:val="center"/>
      </w:pPr>
      <w:r>
        <w:rPr>
          <w:b/>
          <w:sz w:val="20"/>
        </w:rPr>
        <w:t>Scholarship &amp; Institutional Exchange Enquiry - [Applicant / Institution] - [Preferred Country / Region]</w:t>
      </w:r>
    </w:p>
    <w:p w14:paraId="094729ED" w14:textId="77777777" w:rsidR="00DD2189" w:rsidRDefault="00000000">
      <w:pPr>
        <w:spacing w:after="40" w:line="252" w:lineRule="auto"/>
        <w:rPr>
          <w:lang w:eastAsia="zh-CN"/>
        </w:rPr>
      </w:pPr>
      <w:r>
        <w:rPr>
          <w:sz w:val="18"/>
        </w:rPr>
        <w:t xml:space="preserve">NBIIC-HI may request clarification, verification, additional documents, or a preliminary discussion before identifying or coordinating a pathway. </w:t>
      </w:r>
      <w:r>
        <w:rPr>
          <w:color w:val="6B7280"/>
          <w:sz w:val="17"/>
          <w:lang w:eastAsia="zh-CN"/>
        </w:rPr>
        <w:t xml:space="preserve">NBIIC-HI </w:t>
      </w:r>
      <w:r>
        <w:rPr>
          <w:color w:val="6B7280"/>
          <w:sz w:val="17"/>
          <w:lang w:eastAsia="zh-CN"/>
        </w:rPr>
        <w:t>可在匹配或协调前要求补充说明、核实资料、补交文件或进行初步沟通。</w:t>
      </w:r>
    </w:p>
    <w:p w14:paraId="0A2019A8" w14:textId="77777777" w:rsidR="00DD2189" w:rsidRDefault="00000000">
      <w:pPr>
        <w:spacing w:after="40" w:line="252" w:lineRule="auto"/>
      </w:pPr>
      <w:r>
        <w:rPr>
          <w:b/>
          <w:color w:val="0066B3"/>
          <w:sz w:val="18"/>
        </w:rPr>
        <w:t xml:space="preserve">Independent responsibilities. </w:t>
      </w:r>
      <w:r>
        <w:rPr>
          <w:sz w:val="18"/>
        </w:rPr>
        <w:t xml:space="preserve">Host and participating institutions remain responsible for formal admission, appointment, supervision, funding or scholarship decisions, immigration or visa matters, research ethics, professional licensing, and other applicable institutional or legal requirements. </w:t>
      </w:r>
      <w:r>
        <w:rPr>
          <w:color w:val="6B7280"/>
          <w:sz w:val="17"/>
        </w:rPr>
        <w:t>正式接收、聘任、指导、经费或奖学金决定、签证、科研伦理、职业资质及其他适用要求由接收方及参与机构负责。</w:t>
      </w:r>
    </w:p>
    <w:p w14:paraId="0C84EA1F" w14:textId="77777777" w:rsidR="00DD2189" w:rsidRDefault="00000000">
      <w:pPr>
        <w:spacing w:after="40" w:line="252" w:lineRule="auto"/>
      </w:pPr>
      <w:r>
        <w:rPr>
          <w:b/>
          <w:color w:val="0066B3"/>
          <w:sz w:val="18"/>
        </w:rPr>
        <w:t xml:space="preserve">No guarantee of progression. </w:t>
      </w:r>
      <w:r>
        <w:rPr>
          <w:sz w:val="18"/>
        </w:rPr>
        <w:t xml:space="preserve">Submission, preliminary review, matching, or introduction does not guarantee host acceptance, invitation, scholarship, funding, visa approval, institutional endorsement, or participation in a specific program. </w:t>
      </w:r>
      <w:r>
        <w:rPr>
          <w:color w:val="6B7280"/>
          <w:sz w:val="17"/>
        </w:rPr>
        <w:t>提交、初审、匹配或引荐不代表保证获得接收、邀请、奖学金、经费、签证、机构认可或特定项目参与资格。</w:t>
      </w:r>
    </w:p>
    <w:p w14:paraId="6216618E" w14:textId="404D2A5F" w:rsidR="00DD2189" w:rsidRDefault="00A34B78">
      <w:pPr>
        <w:keepNext/>
        <w:spacing w:before="100" w:after="80" w:line="252" w:lineRule="auto"/>
      </w:pPr>
      <w:r w:rsidRPr="00A34B78">
        <w:rPr>
          <w:rFonts w:hint="eastAsia"/>
          <w:b/>
          <w:color w:val="0066B3"/>
          <w:sz w:val="30"/>
        </w:rPr>
        <w:t>K</w:t>
      </w:r>
      <w:r w:rsidR="00000000">
        <w:rPr>
          <w:b/>
          <w:color w:val="0066B3"/>
          <w:sz w:val="30"/>
        </w:rPr>
        <w:t xml:space="preserve">. For NBIIC-HI Office Use </w:t>
      </w:r>
      <w:proofErr w:type="gramStart"/>
      <w:r w:rsidR="00000000">
        <w:rPr>
          <w:b/>
          <w:color w:val="0066B3"/>
          <w:sz w:val="30"/>
        </w:rPr>
        <w:t xml:space="preserve">Only  </w:t>
      </w:r>
      <w:r w:rsidR="00000000">
        <w:rPr>
          <w:b/>
          <w:color w:val="0066B3"/>
          <w:sz w:val="30"/>
        </w:rPr>
        <w:t>仅供</w:t>
      </w:r>
      <w:proofErr w:type="gramEnd"/>
      <w:r w:rsidR="00000000">
        <w:rPr>
          <w:b/>
          <w:color w:val="0066B3"/>
          <w:sz w:val="30"/>
        </w:rPr>
        <w:t xml:space="preserve"> NBIIC-HI </w:t>
      </w:r>
      <w:r w:rsidR="00000000">
        <w:rPr>
          <w:b/>
          <w:color w:val="0066B3"/>
          <w:sz w:val="30"/>
        </w:rPr>
        <w:t>内部审核使用</w:t>
      </w:r>
    </w:p>
    <w:tbl>
      <w:tblPr>
        <w:tblW w:w="0" w:type="auto"/>
        <w:jc w:val="center"/>
        <w:tblLayout w:type="fixed"/>
        <w:tblLook w:val="04A0" w:firstRow="1" w:lastRow="0" w:firstColumn="1" w:lastColumn="0" w:noHBand="0" w:noVBand="1"/>
      </w:tblPr>
      <w:tblGrid>
        <w:gridCol w:w="5112"/>
        <w:gridCol w:w="5112"/>
      </w:tblGrid>
      <w:tr w:rsidR="00DD2189" w14:paraId="7C836A55"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FA96A91" w14:textId="77777777" w:rsidR="00DD2189" w:rsidRDefault="00000000">
            <w:pPr>
              <w:spacing w:after="20" w:line="252" w:lineRule="auto"/>
            </w:pPr>
            <w:r>
              <w:rPr>
                <w:b/>
                <w:sz w:val="18"/>
              </w:rPr>
              <w:t>Date received</w:t>
            </w:r>
            <w:r>
              <w:rPr>
                <w:b/>
                <w:color w:val="6B7280"/>
                <w:sz w:val="18"/>
              </w:rPr>
              <w:t xml:space="preserve"> / </w:t>
            </w:r>
            <w:r>
              <w:rPr>
                <w:b/>
                <w:color w:val="6B7280"/>
                <w:sz w:val="18"/>
              </w:rPr>
              <w:t>收件日期</w:t>
            </w:r>
          </w:p>
          <w:p w14:paraId="7169F851" w14:textId="77777777" w:rsidR="00DD2189" w:rsidRDefault="00000000">
            <w:pPr>
              <w:spacing w:after="0" w:line="252" w:lineRule="auto"/>
            </w:pPr>
            <w:r>
              <w:rPr>
                <w:i/>
                <w:color w:val="7C8796"/>
                <w:sz w:val="18"/>
              </w:rPr>
              <w:t>YYYY-MM-DD</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9682BBF" w14:textId="77777777" w:rsidR="00DD2189" w:rsidRDefault="00000000">
            <w:pPr>
              <w:spacing w:after="20" w:line="252" w:lineRule="auto"/>
            </w:pPr>
            <w:r>
              <w:rPr>
                <w:b/>
                <w:sz w:val="18"/>
              </w:rPr>
              <w:t>Internal reference number</w:t>
            </w:r>
            <w:r>
              <w:rPr>
                <w:b/>
                <w:color w:val="6B7280"/>
                <w:sz w:val="18"/>
              </w:rPr>
              <w:t xml:space="preserve"> / </w:t>
            </w:r>
            <w:r>
              <w:rPr>
                <w:b/>
                <w:color w:val="6B7280"/>
                <w:sz w:val="18"/>
              </w:rPr>
              <w:t>内部编号</w:t>
            </w:r>
          </w:p>
          <w:p w14:paraId="7C62FCA6" w14:textId="77777777" w:rsidR="00DD2189" w:rsidRDefault="00000000">
            <w:pPr>
              <w:spacing w:after="0" w:line="252" w:lineRule="auto"/>
            </w:pPr>
            <w:r>
              <w:rPr>
                <w:i/>
                <w:color w:val="7C8796"/>
                <w:sz w:val="18"/>
              </w:rPr>
              <w:t>Click or tap here to enter text.</w:t>
            </w:r>
          </w:p>
        </w:tc>
      </w:tr>
      <w:tr w:rsidR="00DD2189" w14:paraId="460B4C16"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8932CCC" w14:textId="77777777" w:rsidR="00DD2189" w:rsidRDefault="00000000">
            <w:pPr>
              <w:spacing w:after="20" w:line="252" w:lineRule="auto"/>
            </w:pPr>
            <w:r>
              <w:rPr>
                <w:b/>
                <w:sz w:val="18"/>
              </w:rPr>
              <w:lastRenderedPageBreak/>
              <w:t>Assigned reviewer / coordinator</w:t>
            </w:r>
            <w:r>
              <w:rPr>
                <w:b/>
                <w:color w:val="6B7280"/>
                <w:sz w:val="18"/>
              </w:rPr>
              <w:t xml:space="preserve"> / </w:t>
            </w:r>
            <w:r>
              <w:rPr>
                <w:b/>
                <w:color w:val="6B7280"/>
                <w:sz w:val="18"/>
              </w:rPr>
              <w:t>指定审核人或协调人</w:t>
            </w:r>
          </w:p>
          <w:p w14:paraId="212A79EF" w14:textId="77777777" w:rsidR="00DD2189"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759487E8" w14:textId="77777777" w:rsidR="00DD2189" w:rsidRDefault="00000000">
            <w:pPr>
              <w:spacing w:after="20" w:line="252" w:lineRule="auto"/>
            </w:pPr>
            <w:r>
              <w:rPr>
                <w:b/>
                <w:sz w:val="18"/>
              </w:rPr>
              <w:t>Referral source</w:t>
            </w:r>
            <w:r>
              <w:rPr>
                <w:b/>
                <w:color w:val="6B7280"/>
                <w:sz w:val="18"/>
              </w:rPr>
              <w:t xml:space="preserve"> / </w:t>
            </w:r>
            <w:r>
              <w:rPr>
                <w:b/>
                <w:color w:val="6B7280"/>
                <w:sz w:val="18"/>
              </w:rPr>
              <w:t>来源或推荐人</w:t>
            </w:r>
          </w:p>
          <w:p w14:paraId="5E2ED76D" w14:textId="77777777" w:rsidR="00DD2189" w:rsidRDefault="00000000">
            <w:pPr>
              <w:spacing w:after="0" w:line="252" w:lineRule="auto"/>
            </w:pPr>
            <w:r>
              <w:rPr>
                <w:i/>
                <w:color w:val="7C8796"/>
                <w:sz w:val="18"/>
              </w:rPr>
              <w:t>Click or tap here to enter text.</w:t>
            </w:r>
          </w:p>
        </w:tc>
      </w:tr>
    </w:tbl>
    <w:p w14:paraId="3A72B984" w14:textId="77777777" w:rsidR="00DD2189" w:rsidRDefault="00DD2189">
      <w:pPr>
        <w:spacing w:after="0"/>
      </w:pPr>
    </w:p>
    <w:p w14:paraId="5E43C868" w14:textId="77777777" w:rsidR="00DD2189" w:rsidRDefault="00000000">
      <w:pPr>
        <w:spacing w:before="40" w:after="40" w:line="252" w:lineRule="auto"/>
      </w:pPr>
      <w:r>
        <w:rPr>
          <w:b/>
          <w:sz w:val="20"/>
        </w:rPr>
        <w:t>Initial assessment</w:t>
      </w:r>
      <w:r>
        <w:rPr>
          <w:b/>
          <w:color w:val="6B7280"/>
        </w:rPr>
        <w:t xml:space="preserve"> / </w:t>
      </w:r>
      <w:r>
        <w:rPr>
          <w:b/>
          <w:color w:val="6B7280"/>
        </w:rPr>
        <w:t>初步审核结果</w:t>
      </w:r>
    </w:p>
    <w:tbl>
      <w:tblPr>
        <w:tblW w:w="0" w:type="auto"/>
        <w:jc w:val="center"/>
        <w:tblLayout w:type="fixed"/>
        <w:tblLook w:val="04A0" w:firstRow="1" w:lastRow="0" w:firstColumn="1" w:lastColumn="0" w:noHBand="0" w:noVBand="1"/>
      </w:tblPr>
      <w:tblGrid>
        <w:gridCol w:w="5112"/>
        <w:gridCol w:w="5112"/>
      </w:tblGrid>
      <w:tr w:rsidR="00DD2189" w14:paraId="4163DEA2" w14:textId="77777777">
        <w:trPr>
          <w:jc w:val="center"/>
        </w:trPr>
        <w:tc>
          <w:tcPr>
            <w:tcW w:w="5112" w:type="dxa"/>
            <w:tcMar>
              <w:top w:w="25" w:type="dxa"/>
              <w:left w:w="25" w:type="dxa"/>
              <w:bottom w:w="25" w:type="dxa"/>
              <w:right w:w="25" w:type="dxa"/>
            </w:tcMar>
          </w:tcPr>
          <w:p w14:paraId="696C143F" w14:textId="77777777" w:rsidR="00DD2189" w:rsidRDefault="00000000">
            <w:pPr>
              <w:spacing w:after="0" w:line="252" w:lineRule="auto"/>
            </w:pPr>
            <w:r>
              <w:rPr>
                <w:color w:val="6B7280"/>
                <w:sz w:val="20"/>
              </w:rPr>
              <w:t xml:space="preserve">☐ </w:t>
            </w:r>
            <w:r>
              <w:rPr>
                <w:sz w:val="18"/>
              </w:rPr>
              <w:t>Potential scholarship pathway</w:t>
            </w:r>
            <w:r>
              <w:rPr>
                <w:color w:val="6B7280"/>
                <w:sz w:val="17"/>
              </w:rPr>
              <w:t xml:space="preserve"> / </w:t>
            </w:r>
            <w:r>
              <w:rPr>
                <w:color w:val="6B7280"/>
                <w:sz w:val="17"/>
              </w:rPr>
              <w:t>可考虑奖学金路径</w:t>
            </w:r>
          </w:p>
        </w:tc>
        <w:tc>
          <w:tcPr>
            <w:tcW w:w="5112" w:type="dxa"/>
            <w:tcMar>
              <w:top w:w="25" w:type="dxa"/>
              <w:left w:w="25" w:type="dxa"/>
              <w:bottom w:w="25" w:type="dxa"/>
              <w:right w:w="25" w:type="dxa"/>
            </w:tcMar>
          </w:tcPr>
          <w:p w14:paraId="7251A640" w14:textId="77777777" w:rsidR="00DD2189" w:rsidRDefault="00000000">
            <w:pPr>
              <w:spacing w:after="0" w:line="252" w:lineRule="auto"/>
            </w:pPr>
            <w:r>
              <w:rPr>
                <w:color w:val="6B7280"/>
                <w:sz w:val="20"/>
              </w:rPr>
              <w:t xml:space="preserve">☐ </w:t>
            </w:r>
            <w:r>
              <w:rPr>
                <w:sz w:val="18"/>
              </w:rPr>
              <w:t>Potential institutional exchange pathway</w:t>
            </w:r>
            <w:r>
              <w:rPr>
                <w:color w:val="6B7280"/>
                <w:sz w:val="17"/>
              </w:rPr>
              <w:t xml:space="preserve"> / </w:t>
            </w:r>
            <w:r>
              <w:rPr>
                <w:color w:val="6B7280"/>
                <w:sz w:val="17"/>
              </w:rPr>
              <w:t>可考虑机构交流路径</w:t>
            </w:r>
          </w:p>
        </w:tc>
      </w:tr>
      <w:tr w:rsidR="00DD2189" w14:paraId="0ADED46B" w14:textId="77777777">
        <w:trPr>
          <w:jc w:val="center"/>
        </w:trPr>
        <w:tc>
          <w:tcPr>
            <w:tcW w:w="5112" w:type="dxa"/>
            <w:tcMar>
              <w:top w:w="25" w:type="dxa"/>
              <w:left w:w="25" w:type="dxa"/>
              <w:bottom w:w="25" w:type="dxa"/>
              <w:right w:w="25" w:type="dxa"/>
            </w:tcMar>
          </w:tcPr>
          <w:p w14:paraId="2F60D095" w14:textId="77777777" w:rsidR="00DD2189" w:rsidRDefault="00000000">
            <w:pPr>
              <w:spacing w:after="0" w:line="252" w:lineRule="auto"/>
            </w:pPr>
            <w:r>
              <w:rPr>
                <w:color w:val="6B7280"/>
                <w:sz w:val="20"/>
              </w:rPr>
              <w:t xml:space="preserve">☐ </w:t>
            </w:r>
            <w:r>
              <w:rPr>
                <w:sz w:val="18"/>
              </w:rPr>
              <w:t>Potential host / partner identification</w:t>
            </w:r>
            <w:r>
              <w:rPr>
                <w:color w:val="6B7280"/>
                <w:sz w:val="17"/>
              </w:rPr>
              <w:t xml:space="preserve"> / </w:t>
            </w:r>
            <w:r>
              <w:rPr>
                <w:color w:val="6B7280"/>
                <w:sz w:val="17"/>
              </w:rPr>
              <w:t>需要识别接收方或合作方</w:t>
            </w:r>
          </w:p>
        </w:tc>
        <w:tc>
          <w:tcPr>
            <w:tcW w:w="5112" w:type="dxa"/>
            <w:tcMar>
              <w:top w:w="25" w:type="dxa"/>
              <w:left w:w="25" w:type="dxa"/>
              <w:bottom w:w="25" w:type="dxa"/>
              <w:right w:w="25" w:type="dxa"/>
            </w:tcMar>
          </w:tcPr>
          <w:p w14:paraId="302EB4E7" w14:textId="77777777" w:rsidR="00DD2189" w:rsidRDefault="00000000">
            <w:pPr>
              <w:spacing w:after="0" w:line="252" w:lineRule="auto"/>
            </w:pPr>
            <w:r>
              <w:rPr>
                <w:color w:val="6B7280"/>
                <w:sz w:val="20"/>
              </w:rPr>
              <w:t xml:space="preserve">☐ </w:t>
            </w:r>
            <w:r>
              <w:rPr>
                <w:sz w:val="18"/>
              </w:rPr>
              <w:t>Potential institutional communication</w:t>
            </w:r>
            <w:r>
              <w:rPr>
                <w:color w:val="6B7280"/>
                <w:sz w:val="17"/>
              </w:rPr>
              <w:t xml:space="preserve"> / </w:t>
            </w:r>
            <w:r>
              <w:rPr>
                <w:color w:val="6B7280"/>
                <w:sz w:val="17"/>
              </w:rPr>
              <w:t>可开展机构沟通</w:t>
            </w:r>
          </w:p>
        </w:tc>
      </w:tr>
      <w:tr w:rsidR="00DD2189" w14:paraId="1DE66285" w14:textId="77777777">
        <w:trPr>
          <w:jc w:val="center"/>
        </w:trPr>
        <w:tc>
          <w:tcPr>
            <w:tcW w:w="5112" w:type="dxa"/>
            <w:tcMar>
              <w:top w:w="25" w:type="dxa"/>
              <w:left w:w="25" w:type="dxa"/>
              <w:bottom w:w="25" w:type="dxa"/>
              <w:right w:w="25" w:type="dxa"/>
            </w:tcMar>
          </w:tcPr>
          <w:p w14:paraId="2187BFD3" w14:textId="77777777" w:rsidR="00DD2189" w:rsidRDefault="00000000">
            <w:pPr>
              <w:spacing w:after="0" w:line="252" w:lineRule="auto"/>
            </w:pPr>
            <w:r>
              <w:rPr>
                <w:color w:val="6B7280"/>
                <w:sz w:val="20"/>
              </w:rPr>
              <w:t xml:space="preserve">☐ </w:t>
            </w:r>
            <w:r>
              <w:rPr>
                <w:sz w:val="18"/>
              </w:rPr>
              <w:t>Further information / verification required</w:t>
            </w:r>
            <w:r>
              <w:rPr>
                <w:color w:val="6B7280"/>
                <w:sz w:val="17"/>
              </w:rPr>
              <w:t xml:space="preserve"> / </w:t>
            </w:r>
            <w:r>
              <w:rPr>
                <w:color w:val="6B7280"/>
                <w:sz w:val="17"/>
              </w:rPr>
              <w:t>需要补充或核实信息</w:t>
            </w:r>
          </w:p>
        </w:tc>
        <w:tc>
          <w:tcPr>
            <w:tcW w:w="5112" w:type="dxa"/>
            <w:tcMar>
              <w:top w:w="25" w:type="dxa"/>
              <w:left w:w="25" w:type="dxa"/>
              <w:bottom w:w="25" w:type="dxa"/>
              <w:right w:w="25" w:type="dxa"/>
            </w:tcMar>
          </w:tcPr>
          <w:p w14:paraId="6FD6C8E8" w14:textId="77777777" w:rsidR="00DD2189" w:rsidRDefault="00000000">
            <w:pPr>
              <w:spacing w:after="0" w:line="252" w:lineRule="auto"/>
            </w:pPr>
            <w:r>
              <w:rPr>
                <w:color w:val="6B7280"/>
                <w:sz w:val="20"/>
              </w:rPr>
              <w:t xml:space="preserve">☐ </w:t>
            </w:r>
            <w:r>
              <w:rPr>
                <w:sz w:val="18"/>
              </w:rPr>
              <w:t>Program-structure discussion recommended</w:t>
            </w:r>
            <w:r>
              <w:rPr>
                <w:color w:val="6B7280"/>
                <w:sz w:val="17"/>
              </w:rPr>
              <w:t xml:space="preserve"> / </w:t>
            </w:r>
            <w:r>
              <w:rPr>
                <w:color w:val="6B7280"/>
                <w:sz w:val="17"/>
              </w:rPr>
              <w:t>建议进一步讨论项目结构</w:t>
            </w:r>
          </w:p>
        </w:tc>
      </w:tr>
      <w:tr w:rsidR="00DD2189" w14:paraId="508962D6" w14:textId="77777777">
        <w:trPr>
          <w:jc w:val="center"/>
        </w:trPr>
        <w:tc>
          <w:tcPr>
            <w:tcW w:w="5112" w:type="dxa"/>
            <w:tcMar>
              <w:top w:w="25" w:type="dxa"/>
              <w:left w:w="25" w:type="dxa"/>
              <w:bottom w:w="25" w:type="dxa"/>
              <w:right w:w="25" w:type="dxa"/>
            </w:tcMar>
          </w:tcPr>
          <w:p w14:paraId="2A5E5412" w14:textId="77777777" w:rsidR="00DD2189" w:rsidRDefault="00000000">
            <w:pPr>
              <w:spacing w:after="0" w:line="252" w:lineRule="auto"/>
            </w:pPr>
            <w:r>
              <w:rPr>
                <w:color w:val="6B7280"/>
                <w:sz w:val="20"/>
              </w:rPr>
              <w:t xml:space="preserve">☐ </w:t>
            </w:r>
            <w:r>
              <w:rPr>
                <w:sz w:val="18"/>
              </w:rPr>
              <w:t>Hold for future review</w:t>
            </w:r>
            <w:r>
              <w:rPr>
                <w:color w:val="6B7280"/>
                <w:sz w:val="17"/>
              </w:rPr>
              <w:t xml:space="preserve"> / </w:t>
            </w:r>
            <w:r>
              <w:rPr>
                <w:color w:val="6B7280"/>
                <w:sz w:val="17"/>
              </w:rPr>
              <w:t>暂缓并保留后续评估</w:t>
            </w:r>
          </w:p>
        </w:tc>
        <w:tc>
          <w:tcPr>
            <w:tcW w:w="5112" w:type="dxa"/>
            <w:tcMar>
              <w:top w:w="25" w:type="dxa"/>
              <w:left w:w="25" w:type="dxa"/>
              <w:bottom w:w="25" w:type="dxa"/>
              <w:right w:w="25" w:type="dxa"/>
            </w:tcMar>
          </w:tcPr>
          <w:p w14:paraId="7FCC0283" w14:textId="77777777" w:rsidR="00DD2189" w:rsidRDefault="00000000">
            <w:pPr>
              <w:spacing w:after="0" w:line="252" w:lineRule="auto"/>
            </w:pPr>
            <w:r>
              <w:rPr>
                <w:color w:val="6B7280"/>
                <w:sz w:val="20"/>
              </w:rPr>
              <w:t xml:space="preserve">☐ </w:t>
            </w:r>
            <w:r>
              <w:rPr>
                <w:sz w:val="18"/>
              </w:rPr>
              <w:t>Not suitable at this stage</w:t>
            </w:r>
            <w:r>
              <w:rPr>
                <w:color w:val="6B7280"/>
                <w:sz w:val="17"/>
              </w:rPr>
              <w:t xml:space="preserve"> / </w:t>
            </w:r>
            <w:r>
              <w:rPr>
                <w:color w:val="6B7280"/>
                <w:sz w:val="17"/>
              </w:rPr>
              <w:t>现阶段不适合</w:t>
            </w:r>
          </w:p>
        </w:tc>
      </w:tr>
    </w:tbl>
    <w:p w14:paraId="41A18056"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57194C62"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6BC53FDA" w14:textId="77777777" w:rsidR="00DD2189" w:rsidRDefault="00000000">
            <w:pPr>
              <w:spacing w:after="40" w:line="252" w:lineRule="auto"/>
            </w:pPr>
            <w:r>
              <w:rPr>
                <w:b/>
                <w:sz w:val="18"/>
              </w:rPr>
              <w:t>Potential host, partner, program, or pathway under consideration</w:t>
            </w:r>
            <w:r>
              <w:rPr>
                <w:b/>
                <w:color w:val="6B7280"/>
                <w:sz w:val="18"/>
              </w:rPr>
              <w:t xml:space="preserve"> / </w:t>
            </w:r>
            <w:r>
              <w:rPr>
                <w:b/>
                <w:color w:val="6B7280"/>
                <w:sz w:val="18"/>
              </w:rPr>
              <w:t>拟考虑的接收方、合作方、项目或路径</w:t>
            </w:r>
          </w:p>
          <w:p w14:paraId="092F7B85" w14:textId="77777777" w:rsidR="00DD2189" w:rsidRDefault="00000000">
            <w:pPr>
              <w:spacing w:after="0" w:line="252" w:lineRule="auto"/>
            </w:pPr>
            <w:r>
              <w:rPr>
                <w:i/>
                <w:color w:val="7C8796"/>
                <w:sz w:val="18"/>
              </w:rPr>
              <w:t>List one or more preliminary options if identified.</w:t>
            </w:r>
          </w:p>
          <w:p w14:paraId="7DA25163" w14:textId="77777777" w:rsidR="00DD2189" w:rsidRDefault="00000000">
            <w:pPr>
              <w:spacing w:after="0" w:line="252" w:lineRule="auto"/>
            </w:pPr>
            <w:r>
              <w:rPr>
                <w:sz w:val="18"/>
              </w:rPr>
              <w:t xml:space="preserve"> </w:t>
            </w:r>
          </w:p>
        </w:tc>
      </w:tr>
    </w:tbl>
    <w:p w14:paraId="00942A8A" w14:textId="77777777" w:rsidR="00DD2189" w:rsidRDefault="00DD2189">
      <w:pPr>
        <w:spacing w:after="0"/>
      </w:pPr>
    </w:p>
    <w:p w14:paraId="4F30A8EE" w14:textId="77777777" w:rsidR="00DD2189" w:rsidRDefault="00000000">
      <w:pPr>
        <w:spacing w:before="40" w:after="40" w:line="252" w:lineRule="auto"/>
      </w:pPr>
      <w:r>
        <w:rPr>
          <w:b/>
          <w:sz w:val="20"/>
        </w:rPr>
        <w:t>Follow-up status</w:t>
      </w:r>
      <w:r>
        <w:rPr>
          <w:b/>
          <w:color w:val="6B7280"/>
        </w:rPr>
        <w:t xml:space="preserve"> / </w:t>
      </w:r>
      <w:r>
        <w:rPr>
          <w:b/>
          <w:color w:val="6B7280"/>
        </w:rPr>
        <w:t>跟进状态</w:t>
      </w:r>
    </w:p>
    <w:tbl>
      <w:tblPr>
        <w:tblW w:w="0" w:type="auto"/>
        <w:jc w:val="center"/>
        <w:tblLayout w:type="fixed"/>
        <w:tblLook w:val="04A0" w:firstRow="1" w:lastRow="0" w:firstColumn="1" w:lastColumn="0" w:noHBand="0" w:noVBand="1"/>
      </w:tblPr>
      <w:tblGrid>
        <w:gridCol w:w="5112"/>
        <w:gridCol w:w="5112"/>
      </w:tblGrid>
      <w:tr w:rsidR="00DD2189" w14:paraId="77685841" w14:textId="77777777">
        <w:trPr>
          <w:jc w:val="center"/>
        </w:trPr>
        <w:tc>
          <w:tcPr>
            <w:tcW w:w="5112" w:type="dxa"/>
            <w:tcMar>
              <w:top w:w="25" w:type="dxa"/>
              <w:left w:w="25" w:type="dxa"/>
              <w:bottom w:w="25" w:type="dxa"/>
              <w:right w:w="25" w:type="dxa"/>
            </w:tcMar>
          </w:tcPr>
          <w:p w14:paraId="18CD802A" w14:textId="77777777" w:rsidR="00DD2189" w:rsidRDefault="00000000">
            <w:pPr>
              <w:spacing w:after="0" w:line="252" w:lineRule="auto"/>
            </w:pPr>
            <w:r>
              <w:rPr>
                <w:color w:val="6B7280"/>
                <w:sz w:val="20"/>
              </w:rPr>
              <w:t xml:space="preserve">☐ </w:t>
            </w:r>
            <w:r>
              <w:rPr>
                <w:sz w:val="18"/>
              </w:rPr>
              <w:t>Additional information requested</w:t>
            </w:r>
            <w:r>
              <w:rPr>
                <w:color w:val="6B7280"/>
                <w:sz w:val="17"/>
              </w:rPr>
              <w:t xml:space="preserve"> / </w:t>
            </w:r>
            <w:r>
              <w:rPr>
                <w:color w:val="6B7280"/>
                <w:sz w:val="17"/>
              </w:rPr>
              <w:t>已要求补充信息</w:t>
            </w:r>
          </w:p>
        </w:tc>
        <w:tc>
          <w:tcPr>
            <w:tcW w:w="5112" w:type="dxa"/>
            <w:tcMar>
              <w:top w:w="25" w:type="dxa"/>
              <w:left w:w="25" w:type="dxa"/>
              <w:bottom w:w="25" w:type="dxa"/>
              <w:right w:w="25" w:type="dxa"/>
            </w:tcMar>
          </w:tcPr>
          <w:p w14:paraId="1EBA9810" w14:textId="77777777" w:rsidR="00DD2189" w:rsidRDefault="00000000">
            <w:pPr>
              <w:spacing w:after="0" w:line="252" w:lineRule="auto"/>
            </w:pPr>
            <w:r>
              <w:rPr>
                <w:color w:val="6B7280"/>
                <w:sz w:val="20"/>
              </w:rPr>
              <w:t xml:space="preserve">☐ </w:t>
            </w:r>
            <w:r>
              <w:rPr>
                <w:sz w:val="18"/>
              </w:rPr>
              <w:t>Verification pending</w:t>
            </w:r>
            <w:r>
              <w:rPr>
                <w:color w:val="6B7280"/>
                <w:sz w:val="17"/>
              </w:rPr>
              <w:t xml:space="preserve"> / </w:t>
            </w:r>
            <w:r>
              <w:rPr>
                <w:color w:val="6B7280"/>
                <w:sz w:val="17"/>
              </w:rPr>
              <w:t>资料核实中</w:t>
            </w:r>
          </w:p>
        </w:tc>
      </w:tr>
      <w:tr w:rsidR="00DD2189" w14:paraId="5572A4D9" w14:textId="77777777">
        <w:trPr>
          <w:jc w:val="center"/>
        </w:trPr>
        <w:tc>
          <w:tcPr>
            <w:tcW w:w="5112" w:type="dxa"/>
            <w:tcMar>
              <w:top w:w="25" w:type="dxa"/>
              <w:left w:w="25" w:type="dxa"/>
              <w:bottom w:w="25" w:type="dxa"/>
              <w:right w:w="25" w:type="dxa"/>
            </w:tcMar>
          </w:tcPr>
          <w:p w14:paraId="790EA986" w14:textId="77777777" w:rsidR="00DD2189" w:rsidRDefault="00000000">
            <w:pPr>
              <w:spacing w:after="0" w:line="252" w:lineRule="auto"/>
            </w:pPr>
            <w:r>
              <w:rPr>
                <w:color w:val="6B7280"/>
                <w:sz w:val="20"/>
              </w:rPr>
              <w:t xml:space="preserve">☐ </w:t>
            </w:r>
            <w:r>
              <w:rPr>
                <w:sz w:val="18"/>
              </w:rPr>
              <w:t>Potential host / partner identified</w:t>
            </w:r>
            <w:r>
              <w:rPr>
                <w:color w:val="6B7280"/>
                <w:sz w:val="17"/>
              </w:rPr>
              <w:t xml:space="preserve"> / </w:t>
            </w:r>
            <w:r>
              <w:rPr>
                <w:color w:val="6B7280"/>
                <w:sz w:val="17"/>
              </w:rPr>
              <w:t>已识别潜在接收方或合作方</w:t>
            </w:r>
          </w:p>
        </w:tc>
        <w:tc>
          <w:tcPr>
            <w:tcW w:w="5112" w:type="dxa"/>
            <w:tcMar>
              <w:top w:w="25" w:type="dxa"/>
              <w:left w:w="25" w:type="dxa"/>
              <w:bottom w:w="25" w:type="dxa"/>
              <w:right w:w="25" w:type="dxa"/>
            </w:tcMar>
          </w:tcPr>
          <w:p w14:paraId="428A79E2" w14:textId="77777777" w:rsidR="00DD2189" w:rsidRDefault="00000000">
            <w:pPr>
              <w:spacing w:after="0" w:line="252" w:lineRule="auto"/>
            </w:pPr>
            <w:r>
              <w:rPr>
                <w:color w:val="6B7280"/>
                <w:sz w:val="20"/>
              </w:rPr>
              <w:t xml:space="preserve">☐ </w:t>
            </w:r>
            <w:r>
              <w:rPr>
                <w:sz w:val="18"/>
              </w:rPr>
              <w:t>Preliminary communication initiated</w:t>
            </w:r>
            <w:r>
              <w:rPr>
                <w:color w:val="6B7280"/>
                <w:sz w:val="17"/>
              </w:rPr>
              <w:t xml:space="preserve"> / </w:t>
            </w:r>
            <w:r>
              <w:rPr>
                <w:color w:val="6B7280"/>
                <w:sz w:val="17"/>
              </w:rPr>
              <w:t>已启动前期沟通</w:t>
            </w:r>
          </w:p>
        </w:tc>
      </w:tr>
      <w:tr w:rsidR="00DD2189" w14:paraId="0AF80E69" w14:textId="77777777">
        <w:trPr>
          <w:jc w:val="center"/>
        </w:trPr>
        <w:tc>
          <w:tcPr>
            <w:tcW w:w="5112" w:type="dxa"/>
            <w:tcMar>
              <w:top w:w="25" w:type="dxa"/>
              <w:left w:w="25" w:type="dxa"/>
              <w:bottom w:w="25" w:type="dxa"/>
              <w:right w:w="25" w:type="dxa"/>
            </w:tcMar>
          </w:tcPr>
          <w:p w14:paraId="2A2AF931" w14:textId="77777777" w:rsidR="00DD2189" w:rsidRDefault="00000000">
            <w:pPr>
              <w:spacing w:after="0" w:line="252" w:lineRule="auto"/>
            </w:pPr>
            <w:r>
              <w:rPr>
                <w:color w:val="6B7280"/>
                <w:sz w:val="20"/>
              </w:rPr>
              <w:t xml:space="preserve">☐ </w:t>
            </w:r>
            <w:r>
              <w:rPr>
                <w:sz w:val="18"/>
              </w:rPr>
              <w:t>Meeting / interview recommended</w:t>
            </w:r>
            <w:r>
              <w:rPr>
                <w:color w:val="6B7280"/>
                <w:sz w:val="17"/>
              </w:rPr>
              <w:t xml:space="preserve"> / </w:t>
            </w:r>
            <w:r>
              <w:rPr>
                <w:color w:val="6B7280"/>
                <w:sz w:val="17"/>
              </w:rPr>
              <w:t>建议安排会议或面谈</w:t>
            </w:r>
          </w:p>
        </w:tc>
        <w:tc>
          <w:tcPr>
            <w:tcW w:w="5112" w:type="dxa"/>
            <w:tcMar>
              <w:top w:w="25" w:type="dxa"/>
              <w:left w:w="25" w:type="dxa"/>
              <w:bottom w:w="25" w:type="dxa"/>
              <w:right w:w="25" w:type="dxa"/>
            </w:tcMar>
          </w:tcPr>
          <w:p w14:paraId="4DA696E8" w14:textId="77777777" w:rsidR="00DD2189" w:rsidRDefault="00000000">
            <w:pPr>
              <w:spacing w:after="0" w:line="252" w:lineRule="auto"/>
            </w:pPr>
            <w:r>
              <w:rPr>
                <w:color w:val="6B7280"/>
                <w:sz w:val="20"/>
              </w:rPr>
              <w:t xml:space="preserve">☐ </w:t>
            </w:r>
            <w:r>
              <w:rPr>
                <w:sz w:val="18"/>
              </w:rPr>
              <w:t>Hold for later follow-up</w:t>
            </w:r>
            <w:r>
              <w:rPr>
                <w:color w:val="6B7280"/>
                <w:sz w:val="17"/>
              </w:rPr>
              <w:t xml:space="preserve"> / </w:t>
            </w:r>
            <w:r>
              <w:rPr>
                <w:color w:val="6B7280"/>
                <w:sz w:val="17"/>
              </w:rPr>
              <w:t>暂缓并待后续跟进</w:t>
            </w:r>
          </w:p>
        </w:tc>
      </w:tr>
    </w:tbl>
    <w:p w14:paraId="694D9A99" w14:textId="77777777" w:rsidR="00DD2189" w:rsidRDefault="00DD2189">
      <w:pPr>
        <w:spacing w:after="0"/>
      </w:pPr>
    </w:p>
    <w:tbl>
      <w:tblPr>
        <w:tblW w:w="0" w:type="auto"/>
        <w:jc w:val="center"/>
        <w:tblLayout w:type="fixed"/>
        <w:tblLook w:val="04A0" w:firstRow="1" w:lastRow="0" w:firstColumn="1" w:lastColumn="0" w:noHBand="0" w:noVBand="1"/>
      </w:tblPr>
      <w:tblGrid>
        <w:gridCol w:w="10454"/>
      </w:tblGrid>
      <w:tr w:rsidR="00DD2189" w14:paraId="2F43702C"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6130D238" w14:textId="77777777" w:rsidR="00DD2189" w:rsidRDefault="00000000">
            <w:pPr>
              <w:spacing w:after="40" w:line="252" w:lineRule="auto"/>
            </w:pPr>
            <w:r>
              <w:rPr>
                <w:b/>
                <w:sz w:val="18"/>
              </w:rPr>
              <w:t>Internal review notes, next action, and follow-up date</w:t>
            </w:r>
            <w:r>
              <w:rPr>
                <w:b/>
                <w:color w:val="6B7280"/>
                <w:sz w:val="18"/>
              </w:rPr>
              <w:t xml:space="preserve"> / </w:t>
            </w:r>
            <w:r>
              <w:rPr>
                <w:b/>
                <w:color w:val="6B7280"/>
                <w:sz w:val="18"/>
              </w:rPr>
              <w:t>内部审核意见、下一步安排及跟进日期</w:t>
            </w:r>
          </w:p>
          <w:p w14:paraId="28FDAB1A" w14:textId="77777777" w:rsidR="00DD2189" w:rsidRDefault="00000000">
            <w:pPr>
              <w:spacing w:after="0" w:line="252" w:lineRule="auto"/>
            </w:pPr>
            <w:r>
              <w:rPr>
                <w:i/>
                <w:color w:val="7C8796"/>
                <w:sz w:val="18"/>
              </w:rPr>
              <w:t>Click or tap here to enter text.</w:t>
            </w:r>
          </w:p>
          <w:p w14:paraId="2699C87B" w14:textId="77777777" w:rsidR="00DD2189" w:rsidRDefault="00000000">
            <w:pPr>
              <w:spacing w:after="0" w:line="252" w:lineRule="auto"/>
            </w:pPr>
            <w:r>
              <w:rPr>
                <w:sz w:val="18"/>
              </w:rPr>
              <w:t xml:space="preserve"> </w:t>
            </w:r>
          </w:p>
          <w:p w14:paraId="74ACEDD3" w14:textId="77777777" w:rsidR="00DD2189" w:rsidRDefault="00000000">
            <w:pPr>
              <w:spacing w:after="0" w:line="252" w:lineRule="auto"/>
            </w:pPr>
            <w:r>
              <w:rPr>
                <w:sz w:val="18"/>
              </w:rPr>
              <w:t xml:space="preserve"> </w:t>
            </w:r>
          </w:p>
          <w:p w14:paraId="292C9B02" w14:textId="77777777" w:rsidR="00DD2189" w:rsidRDefault="00000000">
            <w:pPr>
              <w:spacing w:after="0" w:line="252" w:lineRule="auto"/>
            </w:pPr>
            <w:r>
              <w:rPr>
                <w:sz w:val="18"/>
              </w:rPr>
              <w:t xml:space="preserve"> </w:t>
            </w:r>
          </w:p>
        </w:tc>
      </w:tr>
    </w:tbl>
    <w:p w14:paraId="493316A9" w14:textId="77777777" w:rsidR="00DD2189" w:rsidRDefault="00DD2189">
      <w:pPr>
        <w:spacing w:after="0"/>
      </w:pPr>
    </w:p>
    <w:sectPr w:rsidR="00DD2189" w:rsidSect="00034616">
      <w:headerReference w:type="default" r:id="rId8"/>
      <w:footerReference w:type="default" r:id="rId9"/>
      <w:pgSz w:w="12240" w:h="15840"/>
      <w:pgMar w:top="1037" w:right="893" w:bottom="936" w:left="893" w:header="346"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E81F7" w14:textId="77777777" w:rsidR="00F02442" w:rsidRDefault="00F02442">
      <w:pPr>
        <w:spacing w:after="0" w:line="240" w:lineRule="auto"/>
      </w:pPr>
      <w:r>
        <w:separator/>
      </w:r>
    </w:p>
  </w:endnote>
  <w:endnote w:type="continuationSeparator" w:id="0">
    <w:p w14:paraId="756D3BC5" w14:textId="77777777" w:rsidR="00F02442" w:rsidRDefault="00F0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CJK S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20357" w14:textId="77777777" w:rsidR="00DD2189" w:rsidRDefault="00DD2189">
    <w:pPr>
      <w:pStyle w:val="a7"/>
    </w:pPr>
  </w:p>
  <w:tbl>
    <w:tblPr>
      <w:tblW w:w="0" w:type="auto"/>
      <w:jc w:val="center"/>
      <w:tblLook w:val="04A0" w:firstRow="1" w:lastRow="0" w:firstColumn="1" w:lastColumn="0" w:noHBand="0" w:noVBand="1"/>
    </w:tblPr>
    <w:tblGrid>
      <w:gridCol w:w="3456"/>
      <w:gridCol w:w="3456"/>
      <w:gridCol w:w="3456"/>
    </w:tblGrid>
    <w:tr w:rsidR="00DD2189" w14:paraId="30D29515" w14:textId="77777777">
      <w:trPr>
        <w:jc w:val="center"/>
      </w:trPr>
      <w:tc>
        <w:tcPr>
          <w:tcW w:w="3456" w:type="dxa"/>
          <w:tcMar>
            <w:top w:w="0" w:type="dxa"/>
            <w:left w:w="0" w:type="dxa"/>
            <w:bottom w:w="0" w:type="dxa"/>
            <w:right w:w="0" w:type="dxa"/>
          </w:tcMar>
        </w:tcPr>
        <w:p w14:paraId="29F6F67A" w14:textId="77777777" w:rsidR="00DD2189" w:rsidRDefault="00000000">
          <w:pPr>
            <w:spacing w:after="0"/>
          </w:pPr>
          <w:r>
            <w:rPr>
              <w:color w:val="6B7280"/>
              <w:sz w:val="16"/>
            </w:rPr>
            <w:t>NBIIC-SIEE-01 | Version 1.0</w:t>
          </w:r>
        </w:p>
      </w:tc>
      <w:tc>
        <w:tcPr>
          <w:tcW w:w="3456" w:type="dxa"/>
          <w:tcMar>
            <w:top w:w="0" w:type="dxa"/>
            <w:left w:w="0" w:type="dxa"/>
            <w:bottom w:w="0" w:type="dxa"/>
            <w:right w:w="0" w:type="dxa"/>
          </w:tcMar>
        </w:tcPr>
        <w:p w14:paraId="025A5FF2" w14:textId="77777777" w:rsidR="00DD2189" w:rsidRDefault="00000000">
          <w:pPr>
            <w:spacing w:after="0"/>
            <w:jc w:val="center"/>
          </w:pPr>
          <w:r>
            <w:rPr>
              <w:color w:val="6B7280"/>
              <w:sz w:val="16"/>
            </w:rPr>
            <w:t>www.nbiic.ca</w:t>
          </w:r>
        </w:p>
      </w:tc>
      <w:tc>
        <w:tcPr>
          <w:tcW w:w="3456" w:type="dxa"/>
          <w:tcMar>
            <w:top w:w="0" w:type="dxa"/>
            <w:left w:w="0" w:type="dxa"/>
            <w:bottom w:w="0" w:type="dxa"/>
            <w:right w:w="0" w:type="dxa"/>
          </w:tcMar>
        </w:tcPr>
        <w:p w14:paraId="601F6E2D" w14:textId="77777777" w:rsidR="00DD2189" w:rsidRDefault="00000000">
          <w:pPr>
            <w:spacing w:after="0"/>
            <w:jc w:val="right"/>
          </w:pPr>
          <w:r>
            <w:rPr>
              <w:color w:val="6B7280"/>
              <w:sz w:val="16"/>
            </w:rPr>
            <w:t>admin@nbiic.ca</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0BBD9" w14:textId="77777777" w:rsidR="00F02442" w:rsidRDefault="00F02442">
      <w:pPr>
        <w:spacing w:after="0" w:line="240" w:lineRule="auto"/>
      </w:pPr>
      <w:r>
        <w:separator/>
      </w:r>
    </w:p>
  </w:footnote>
  <w:footnote w:type="continuationSeparator" w:id="0">
    <w:p w14:paraId="4BA13A14" w14:textId="77777777" w:rsidR="00F02442" w:rsidRDefault="00F02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0F5A" w14:textId="274A6174" w:rsidR="00DD2189" w:rsidRDefault="00000000">
    <w:pPr>
      <w:pStyle w:val="a5"/>
    </w:pPr>
    <w:r>
      <w:rPr>
        <w:noProof/>
      </w:rPr>
      <w:drawing>
        <wp:inline distT="0" distB="0" distL="0" distR="0" wp14:anchorId="28CD51A1" wp14:editId="67C14815">
          <wp:extent cx="530352" cy="530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iic_logo.png"/>
                  <pic:cNvPicPr/>
                </pic:nvPicPr>
                <pic:blipFill>
                  <a:blip r:embed="rId1"/>
                  <a:stretch>
                    <a:fillRect/>
                  </a:stretch>
                </pic:blipFill>
                <pic:spPr>
                  <a:xfrm>
                    <a:off x="0" y="0"/>
                    <a:ext cx="530352" cy="530352"/>
                  </a:xfrm>
                  <a:prstGeom prst="rect">
                    <a:avLst/>
                  </a:prstGeom>
                </pic:spPr>
              </pic:pic>
            </a:graphicData>
          </a:graphic>
        </wp:inline>
      </w:drawing>
    </w:r>
    <w:r>
      <w:rPr>
        <w:b/>
        <w:color w:val="0066B3"/>
        <w:sz w:val="23"/>
      </w:rPr>
      <w:t xml:space="preserve">  Norman Bethune International Institute of Canada</w:t>
    </w:r>
    <w:r>
      <w:rPr>
        <w:color w:val="6B7280"/>
      </w:rPr>
      <w:br/>
      <w:t xml:space="preserve">  </w:t>
    </w:r>
    <w:r w:rsidR="00C75432">
      <w:rPr>
        <w:rFonts w:eastAsia="SimSun" w:hint="eastAsia"/>
        <w:color w:val="6B7280"/>
        <w:lang w:eastAsia="zh-CN"/>
      </w:rPr>
      <w:t xml:space="preserve">                </w:t>
    </w:r>
    <w:r>
      <w:rPr>
        <w:color w:val="6B7280"/>
      </w:rPr>
      <w:t>for Healthcare Innovation | NBIIC-HI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88345722">
    <w:abstractNumId w:val="8"/>
  </w:num>
  <w:num w:numId="2" w16cid:durableId="593588833">
    <w:abstractNumId w:val="6"/>
  </w:num>
  <w:num w:numId="3" w16cid:durableId="516844529">
    <w:abstractNumId w:val="5"/>
  </w:num>
  <w:num w:numId="4" w16cid:durableId="870341121">
    <w:abstractNumId w:val="4"/>
  </w:num>
  <w:num w:numId="5" w16cid:durableId="15278483">
    <w:abstractNumId w:val="7"/>
  </w:num>
  <w:num w:numId="6" w16cid:durableId="1599942223">
    <w:abstractNumId w:val="3"/>
  </w:num>
  <w:num w:numId="7" w16cid:durableId="466164227">
    <w:abstractNumId w:val="2"/>
  </w:num>
  <w:num w:numId="8" w16cid:durableId="87501857">
    <w:abstractNumId w:val="1"/>
  </w:num>
  <w:num w:numId="9" w16cid:durableId="1608345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8097E"/>
    <w:rsid w:val="00A34B78"/>
    <w:rsid w:val="00AA1D8D"/>
    <w:rsid w:val="00B47730"/>
    <w:rsid w:val="00B6089E"/>
    <w:rsid w:val="00C75432"/>
    <w:rsid w:val="00CB0664"/>
    <w:rsid w:val="00DD2189"/>
    <w:rsid w:val="00F024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F1356C"/>
  <w14:defaultImageDpi w14:val="300"/>
  <w15:docId w15:val="{817CBC3F-EB81-4737-B107-14686B5E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Noto Sans CJK SC" w:hAnsi="Arial"/>
      <w:color w:val="1F2937"/>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CHEN DENG</cp:lastModifiedBy>
  <cp:revision>5</cp:revision>
  <dcterms:created xsi:type="dcterms:W3CDTF">2013-12-23T23:15:00Z</dcterms:created>
  <dcterms:modified xsi:type="dcterms:W3CDTF">2026-08-27T09:14:00Z</dcterms:modified>
  <cp:category/>
</cp:coreProperties>
</file>