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55228" w14:textId="77777777" w:rsidR="008D0AC9" w:rsidRDefault="00000000">
      <w:pPr>
        <w:spacing w:after="40"/>
        <w:jc w:val="center"/>
      </w:pPr>
      <w:r>
        <w:rPr>
          <w:b/>
          <w:color w:val="1F2937"/>
          <w:sz w:val="36"/>
        </w:rPr>
        <w:t>NBIIC-HI Talent &amp; Collaboration Opportunities</w:t>
      </w:r>
    </w:p>
    <w:p w14:paraId="0FDDAF30" w14:textId="77777777" w:rsidR="008D0AC9" w:rsidRDefault="00000000">
      <w:pPr>
        <w:spacing w:after="40"/>
        <w:jc w:val="center"/>
      </w:pPr>
      <w:r>
        <w:rPr>
          <w:b/>
          <w:color w:val="1F2937"/>
          <w:sz w:val="37"/>
        </w:rPr>
        <w:t>Talent &amp; Collaboration Opportunity Submission Form</w:t>
      </w:r>
    </w:p>
    <w:p w14:paraId="413B9A11" w14:textId="26924E20" w:rsidR="00D506F0" w:rsidRPr="00D506F0" w:rsidRDefault="00000000" w:rsidP="00D506F0">
      <w:pPr>
        <w:spacing w:after="140"/>
        <w:jc w:val="center"/>
        <w:rPr>
          <w:rFonts w:eastAsia="SimSun" w:hint="eastAsia"/>
          <w:b/>
          <w:color w:val="0B5CAD"/>
          <w:sz w:val="20"/>
          <w:lang w:eastAsia="zh-CN"/>
        </w:rPr>
      </w:pPr>
      <w:r>
        <w:rPr>
          <w:b/>
          <w:color w:val="0B5CAD"/>
          <w:sz w:val="20"/>
        </w:rPr>
        <w:t>For Institutions, Laboratories, Clinical Teams, and Research Groups Offering Talent, Training, or Collaborative Opportunities</w:t>
      </w:r>
    </w:p>
    <w:tbl>
      <w:tblPr>
        <w:tblW w:w="0" w:type="auto"/>
        <w:jc w:val="center"/>
        <w:tblLayout w:type="fixed"/>
        <w:tblLook w:val="04A0" w:firstRow="1" w:lastRow="0" w:firstColumn="1" w:lastColumn="0" w:noHBand="0" w:noVBand="1"/>
      </w:tblPr>
      <w:tblGrid>
        <w:gridCol w:w="10339"/>
      </w:tblGrid>
      <w:tr w:rsidR="008D0AC9" w14:paraId="129C6DF0" w14:textId="77777777">
        <w:trPr>
          <w:jc w:val="center"/>
        </w:trPr>
        <w:tc>
          <w:tcPr>
            <w:tcW w:w="10339" w:type="dxa"/>
            <w:tcBorders>
              <w:top w:val="single" w:sz="6" w:space="0" w:color="4A90D9"/>
              <w:left w:val="single" w:sz="6" w:space="0" w:color="4A90D9"/>
              <w:bottom w:val="single" w:sz="6" w:space="0" w:color="4A90D9"/>
              <w:right w:val="single" w:sz="6" w:space="0" w:color="4A90D9"/>
            </w:tcBorders>
            <w:shd w:val="clear" w:color="auto" w:fill="EEF6FD"/>
            <w:tcMar>
              <w:top w:w="110" w:type="dxa"/>
              <w:left w:w="115" w:type="dxa"/>
              <w:bottom w:w="105" w:type="dxa"/>
              <w:right w:w="115" w:type="dxa"/>
            </w:tcMar>
          </w:tcPr>
          <w:p w14:paraId="14A2E7C5" w14:textId="77777777" w:rsidR="008D0AC9" w:rsidRDefault="00000000">
            <w:pPr>
              <w:spacing w:after="30"/>
            </w:pPr>
            <w:r>
              <w:rPr>
                <w:b/>
                <w:color w:val="0B5CAD"/>
                <w:sz w:val="17"/>
              </w:rPr>
              <w:t xml:space="preserve">Purpose of this form. </w:t>
            </w:r>
            <w:r>
              <w:rPr>
                <w:color w:val="1F2937"/>
                <w:sz w:val="17"/>
              </w:rPr>
              <w:t>This form is intended for universities, hospitals, departments, laboratories, research institutes, clinical teams, companies, and other eligible organizations that wish to submit a talent, training, or collaboration opportunity for preliminary review, coordination, or potential publication through NBIIC-HI.</w:t>
            </w:r>
          </w:p>
          <w:p w14:paraId="48A23221" w14:textId="77777777" w:rsidR="008D0AC9" w:rsidRDefault="00000000">
            <w:pPr>
              <w:spacing w:after="30"/>
            </w:pPr>
            <w:r>
              <w:rPr>
                <w:b/>
                <w:color w:val="0B5CAD"/>
                <w:sz w:val="17"/>
              </w:rPr>
              <w:t xml:space="preserve">Preliminary submission. </w:t>
            </w:r>
            <w:r>
              <w:rPr>
                <w:color w:val="1F2937"/>
                <w:sz w:val="17"/>
              </w:rPr>
              <w:t>Submission is for initial review and does not create an employment relationship, recruitment mandate, funding commitment, appointment, immigration commitment, institutional endorsement, or guarantee of publication or candidate referral.</w:t>
            </w:r>
          </w:p>
          <w:p w14:paraId="1169F35C" w14:textId="77777777" w:rsidR="008D0AC9" w:rsidRDefault="00000000">
            <w:pPr>
              <w:spacing w:after="30"/>
            </w:pPr>
            <w:r>
              <w:rPr>
                <w:b/>
                <w:color w:val="0B5CAD"/>
                <w:sz w:val="17"/>
              </w:rPr>
              <w:t xml:space="preserve">Publication and coordination. </w:t>
            </w:r>
            <w:r>
              <w:rPr>
                <w:color w:val="1F2937"/>
                <w:sz w:val="17"/>
              </w:rPr>
              <w:t>NBIIC-HI may request clarification, edit non-substantive wording for consistency and clarity, defer or decline publication, or remove an opportunity when it is filled, expired, withdrawn, or no longer suitable for the platform.</w:t>
            </w:r>
          </w:p>
          <w:p w14:paraId="28A9BBF5" w14:textId="77777777" w:rsidR="008D0AC9" w:rsidRDefault="00000000">
            <w:pPr>
              <w:spacing w:after="30"/>
            </w:pPr>
            <w:r>
              <w:rPr>
                <w:b/>
                <w:color w:val="0B5CAD"/>
                <w:sz w:val="17"/>
              </w:rPr>
              <w:t xml:space="preserve">Confidentiality. </w:t>
            </w:r>
            <w:r>
              <w:rPr>
                <w:color w:val="1F2937"/>
                <w:sz w:val="17"/>
              </w:rPr>
              <w:t>Provide only non-confidential information that the submitting organization is authorized to share. Do not include identifiable patient information, protected health information, confidential unpublished data, or proprietary material not intended for public or preliminary circulation.</w:t>
            </w:r>
          </w:p>
        </w:tc>
      </w:tr>
    </w:tbl>
    <w:p w14:paraId="1632520D" w14:textId="77777777" w:rsidR="008D0AC9" w:rsidRDefault="008D0AC9">
      <w:pPr>
        <w:spacing w:after="0"/>
      </w:pPr>
    </w:p>
    <w:p w14:paraId="2382899A" w14:textId="77777777" w:rsidR="008D0AC9" w:rsidRDefault="00000000">
      <w:pPr>
        <w:keepNext/>
        <w:spacing w:before="100" w:after="80"/>
      </w:pPr>
      <w:r>
        <w:rPr>
          <w:b/>
          <w:color w:val="0B5CAD"/>
          <w:sz w:val="29"/>
        </w:rPr>
        <w:t>A. Submitting Institution / Laboratory</w:t>
      </w:r>
    </w:p>
    <w:tbl>
      <w:tblPr>
        <w:tblW w:w="0" w:type="auto"/>
        <w:jc w:val="center"/>
        <w:tblLayout w:type="fixed"/>
        <w:tblLook w:val="04A0" w:firstRow="1" w:lastRow="0" w:firstColumn="1" w:lastColumn="0" w:noHBand="0" w:noVBand="1"/>
      </w:tblPr>
      <w:tblGrid>
        <w:gridCol w:w="5169"/>
        <w:gridCol w:w="5169"/>
      </w:tblGrid>
      <w:tr w:rsidR="008D0AC9" w14:paraId="1C97E181" w14:textId="77777777">
        <w:trPr>
          <w:jc w:val="center"/>
        </w:trPr>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61E59A5B" w14:textId="77777777" w:rsidR="008D0AC9" w:rsidRDefault="00000000">
            <w:pPr>
              <w:spacing w:after="0"/>
            </w:pPr>
            <w:r>
              <w:rPr>
                <w:b/>
                <w:color w:val="1F2937"/>
                <w:sz w:val="17"/>
              </w:rPr>
              <w:t>Legal name of organization</w:t>
            </w:r>
          </w:p>
          <w:p w14:paraId="405F84DA" w14:textId="77777777" w:rsidR="008D0AC9" w:rsidRDefault="00000000">
            <w:pPr>
              <w:spacing w:before="20" w:after="0"/>
            </w:pPr>
            <w:r>
              <w:rPr>
                <w:i/>
                <w:color w:val="7B8794"/>
                <w:sz w:val="16"/>
              </w:rPr>
              <w:t>Click or tap here to enter text.</w:t>
            </w:r>
          </w:p>
        </w:tc>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2B787956" w14:textId="77777777" w:rsidR="008D0AC9" w:rsidRDefault="00000000">
            <w:pPr>
              <w:spacing w:after="0"/>
            </w:pPr>
            <w:r>
              <w:rPr>
                <w:b/>
                <w:color w:val="1F2937"/>
                <w:sz w:val="17"/>
              </w:rPr>
              <w:t>Operating or English name</w:t>
            </w:r>
            <w:r>
              <w:rPr>
                <w:i/>
                <w:color w:val="6B7280"/>
                <w:sz w:val="14"/>
              </w:rPr>
              <w:t xml:space="preserve">  If different.</w:t>
            </w:r>
          </w:p>
          <w:p w14:paraId="47D39F6D" w14:textId="77777777" w:rsidR="008D0AC9" w:rsidRDefault="00000000">
            <w:pPr>
              <w:spacing w:before="20" w:after="0"/>
            </w:pPr>
            <w:r>
              <w:rPr>
                <w:i/>
                <w:color w:val="7B8794"/>
                <w:sz w:val="16"/>
              </w:rPr>
              <w:t>Click or tap here to enter text.</w:t>
            </w:r>
          </w:p>
        </w:tc>
      </w:tr>
      <w:tr w:rsidR="008D0AC9" w14:paraId="39EA95D6" w14:textId="77777777">
        <w:trPr>
          <w:jc w:val="center"/>
        </w:trPr>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09B2E197" w14:textId="77777777" w:rsidR="008D0AC9" w:rsidRDefault="00000000">
            <w:pPr>
              <w:spacing w:after="0"/>
            </w:pPr>
            <w:r>
              <w:rPr>
                <w:b/>
                <w:color w:val="1F2937"/>
                <w:sz w:val="17"/>
              </w:rPr>
              <w:t>Department / laboratory / centre</w:t>
            </w:r>
          </w:p>
          <w:p w14:paraId="2E851B86" w14:textId="77777777" w:rsidR="008D0AC9" w:rsidRDefault="00000000">
            <w:pPr>
              <w:spacing w:before="20" w:after="0"/>
            </w:pPr>
            <w:r>
              <w:rPr>
                <w:i/>
                <w:color w:val="7B8794"/>
                <w:sz w:val="16"/>
              </w:rPr>
              <w:t>Click or tap here to enter text.</w:t>
            </w:r>
          </w:p>
        </w:tc>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437DA9F6" w14:textId="77777777" w:rsidR="008D0AC9" w:rsidRDefault="00000000">
            <w:pPr>
              <w:spacing w:after="0"/>
            </w:pPr>
            <w:r>
              <w:rPr>
                <w:b/>
                <w:color w:val="1F2937"/>
                <w:sz w:val="17"/>
              </w:rPr>
              <w:t>Organization type</w:t>
            </w:r>
          </w:p>
          <w:p w14:paraId="46EE2ABE" w14:textId="77777777" w:rsidR="008D0AC9" w:rsidRDefault="00000000">
            <w:pPr>
              <w:spacing w:before="20" w:after="0"/>
            </w:pPr>
            <w:r>
              <w:rPr>
                <w:i/>
                <w:color w:val="7B8794"/>
                <w:sz w:val="16"/>
              </w:rPr>
              <w:t>Click or tap here to enter text.</w:t>
            </w:r>
          </w:p>
        </w:tc>
      </w:tr>
      <w:tr w:rsidR="008D0AC9" w14:paraId="15D12B1E" w14:textId="77777777">
        <w:trPr>
          <w:jc w:val="center"/>
        </w:trPr>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77831246" w14:textId="77777777" w:rsidR="008D0AC9" w:rsidRDefault="00000000">
            <w:pPr>
              <w:spacing w:after="0"/>
            </w:pPr>
            <w:r>
              <w:rPr>
                <w:b/>
                <w:color w:val="1F2937"/>
                <w:sz w:val="17"/>
              </w:rPr>
              <w:t>Country / region</w:t>
            </w:r>
          </w:p>
          <w:p w14:paraId="7A60F7F8" w14:textId="77777777" w:rsidR="008D0AC9" w:rsidRDefault="00000000">
            <w:pPr>
              <w:spacing w:before="20" w:after="0"/>
            </w:pPr>
            <w:r>
              <w:rPr>
                <w:i/>
                <w:color w:val="7B8794"/>
                <w:sz w:val="16"/>
              </w:rPr>
              <w:t>Click or tap here to enter text.</w:t>
            </w:r>
          </w:p>
        </w:tc>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7515DEB3" w14:textId="77777777" w:rsidR="008D0AC9" w:rsidRDefault="00000000">
            <w:pPr>
              <w:spacing w:after="0"/>
            </w:pPr>
            <w:r>
              <w:rPr>
                <w:b/>
                <w:color w:val="1F2937"/>
                <w:sz w:val="17"/>
              </w:rPr>
              <w:t>City</w:t>
            </w:r>
          </w:p>
          <w:p w14:paraId="630D71BC" w14:textId="77777777" w:rsidR="008D0AC9" w:rsidRDefault="00000000">
            <w:pPr>
              <w:spacing w:before="20" w:after="0"/>
            </w:pPr>
            <w:r>
              <w:rPr>
                <w:i/>
                <w:color w:val="7B8794"/>
                <w:sz w:val="16"/>
              </w:rPr>
              <w:t>Click or tap here to enter text.</w:t>
            </w:r>
          </w:p>
        </w:tc>
      </w:tr>
      <w:tr w:rsidR="008D0AC9" w14:paraId="7E960277" w14:textId="77777777">
        <w:trPr>
          <w:jc w:val="center"/>
        </w:trPr>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146FCE01" w14:textId="77777777" w:rsidR="008D0AC9" w:rsidRDefault="00000000">
            <w:pPr>
              <w:spacing w:after="0"/>
            </w:pPr>
            <w:r>
              <w:rPr>
                <w:b/>
                <w:color w:val="1F2937"/>
                <w:sz w:val="17"/>
              </w:rPr>
              <w:t>Website</w:t>
            </w:r>
          </w:p>
          <w:p w14:paraId="203EC75E" w14:textId="77777777" w:rsidR="008D0AC9" w:rsidRDefault="00000000">
            <w:pPr>
              <w:spacing w:before="20" w:after="0"/>
            </w:pPr>
            <w:r>
              <w:rPr>
                <w:i/>
                <w:color w:val="7B8794"/>
                <w:sz w:val="16"/>
              </w:rPr>
              <w:t>Click or tap here to enter text.</w:t>
            </w:r>
          </w:p>
        </w:tc>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2373342C" w14:textId="77777777" w:rsidR="008D0AC9" w:rsidRDefault="00000000">
            <w:pPr>
              <w:spacing w:after="0"/>
            </w:pPr>
            <w:r>
              <w:rPr>
                <w:b/>
                <w:color w:val="1F2937"/>
                <w:sz w:val="17"/>
              </w:rPr>
              <w:t>General institutional email</w:t>
            </w:r>
          </w:p>
          <w:p w14:paraId="15A5395B" w14:textId="77777777" w:rsidR="008D0AC9" w:rsidRDefault="00000000">
            <w:pPr>
              <w:spacing w:before="20" w:after="0"/>
            </w:pPr>
            <w:r>
              <w:rPr>
                <w:i/>
                <w:color w:val="7B8794"/>
                <w:sz w:val="16"/>
              </w:rPr>
              <w:t>Click or tap here to enter text.</w:t>
            </w:r>
          </w:p>
        </w:tc>
      </w:tr>
    </w:tbl>
    <w:p w14:paraId="5BE98817" w14:textId="77777777" w:rsidR="008D0AC9" w:rsidRDefault="008D0AC9">
      <w:pPr>
        <w:spacing w:after="0"/>
      </w:pPr>
    </w:p>
    <w:p w14:paraId="2916B3BF" w14:textId="77777777" w:rsidR="008D0AC9" w:rsidRDefault="00000000">
      <w:pPr>
        <w:keepNext/>
        <w:spacing w:before="60" w:after="40"/>
      </w:pPr>
      <w:r>
        <w:rPr>
          <w:b/>
          <w:color w:val="1F2937"/>
          <w:sz w:val="20"/>
        </w:rPr>
        <w:t>Organization category</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169"/>
        <w:gridCol w:w="5169"/>
      </w:tblGrid>
      <w:tr w:rsidR="008D0AC9" w14:paraId="29D1EF5D" w14:textId="77777777">
        <w:trPr>
          <w:jc w:val="center"/>
        </w:trPr>
        <w:tc>
          <w:tcPr>
            <w:tcW w:w="5169" w:type="dxa"/>
            <w:tcMar>
              <w:top w:w="35" w:type="dxa"/>
              <w:left w:w="55" w:type="dxa"/>
              <w:bottom w:w="35" w:type="dxa"/>
              <w:right w:w="55" w:type="dxa"/>
            </w:tcMar>
            <w:vAlign w:val="center"/>
          </w:tcPr>
          <w:p w14:paraId="66FA749C" w14:textId="77777777" w:rsidR="008D0AC9" w:rsidRDefault="00000000">
            <w:pPr>
              <w:spacing w:after="0"/>
            </w:pPr>
            <w:r>
              <w:rPr>
                <w:sz w:val="16"/>
              </w:rPr>
              <w:t>☐ University or college</w:t>
            </w:r>
          </w:p>
        </w:tc>
        <w:tc>
          <w:tcPr>
            <w:tcW w:w="5169" w:type="dxa"/>
            <w:tcMar>
              <w:top w:w="35" w:type="dxa"/>
              <w:left w:w="55" w:type="dxa"/>
              <w:bottom w:w="35" w:type="dxa"/>
              <w:right w:w="55" w:type="dxa"/>
            </w:tcMar>
            <w:vAlign w:val="center"/>
          </w:tcPr>
          <w:p w14:paraId="315876CA" w14:textId="77777777" w:rsidR="008D0AC9" w:rsidRDefault="00000000">
            <w:pPr>
              <w:spacing w:after="0"/>
            </w:pPr>
            <w:r>
              <w:rPr>
                <w:sz w:val="16"/>
              </w:rPr>
              <w:t>☐ Hospital or healthcare organization</w:t>
            </w:r>
          </w:p>
        </w:tc>
      </w:tr>
      <w:tr w:rsidR="008D0AC9" w14:paraId="34F0C034" w14:textId="77777777">
        <w:trPr>
          <w:jc w:val="center"/>
        </w:trPr>
        <w:tc>
          <w:tcPr>
            <w:tcW w:w="5169" w:type="dxa"/>
            <w:tcMar>
              <w:top w:w="35" w:type="dxa"/>
              <w:left w:w="55" w:type="dxa"/>
              <w:bottom w:w="35" w:type="dxa"/>
              <w:right w:w="55" w:type="dxa"/>
            </w:tcMar>
            <w:vAlign w:val="center"/>
          </w:tcPr>
          <w:p w14:paraId="75D87D4D" w14:textId="77777777" w:rsidR="008D0AC9" w:rsidRDefault="00000000">
            <w:pPr>
              <w:spacing w:after="0"/>
            </w:pPr>
            <w:r>
              <w:rPr>
                <w:sz w:val="16"/>
              </w:rPr>
              <w:t>☐ Research institute or research centre</w:t>
            </w:r>
          </w:p>
        </w:tc>
        <w:tc>
          <w:tcPr>
            <w:tcW w:w="5169" w:type="dxa"/>
            <w:tcMar>
              <w:top w:w="35" w:type="dxa"/>
              <w:left w:w="55" w:type="dxa"/>
              <w:bottom w:w="35" w:type="dxa"/>
              <w:right w:w="55" w:type="dxa"/>
            </w:tcMar>
            <w:vAlign w:val="center"/>
          </w:tcPr>
          <w:p w14:paraId="0D4BEDDC" w14:textId="77777777" w:rsidR="008D0AC9" w:rsidRDefault="00000000">
            <w:pPr>
              <w:spacing w:after="0"/>
            </w:pPr>
            <w:r>
              <w:rPr>
                <w:sz w:val="16"/>
              </w:rPr>
              <w:t>☐ Department, laboratory, or clinical team</w:t>
            </w:r>
          </w:p>
        </w:tc>
      </w:tr>
      <w:tr w:rsidR="008D0AC9" w14:paraId="67B1363C" w14:textId="77777777">
        <w:trPr>
          <w:jc w:val="center"/>
        </w:trPr>
        <w:tc>
          <w:tcPr>
            <w:tcW w:w="5169" w:type="dxa"/>
            <w:tcMar>
              <w:top w:w="35" w:type="dxa"/>
              <w:left w:w="55" w:type="dxa"/>
              <w:bottom w:w="35" w:type="dxa"/>
              <w:right w:w="55" w:type="dxa"/>
            </w:tcMar>
            <w:vAlign w:val="center"/>
          </w:tcPr>
          <w:p w14:paraId="130A55F9" w14:textId="77777777" w:rsidR="008D0AC9" w:rsidRDefault="00000000">
            <w:pPr>
              <w:spacing w:after="0"/>
            </w:pPr>
            <w:r>
              <w:rPr>
                <w:sz w:val="16"/>
              </w:rPr>
              <w:t>☐ Biotechnology, pharmaceutical, or medical-technology company</w:t>
            </w:r>
          </w:p>
        </w:tc>
        <w:tc>
          <w:tcPr>
            <w:tcW w:w="5169" w:type="dxa"/>
            <w:tcMar>
              <w:top w:w="35" w:type="dxa"/>
              <w:left w:w="55" w:type="dxa"/>
              <w:bottom w:w="35" w:type="dxa"/>
              <w:right w:w="55" w:type="dxa"/>
            </w:tcMar>
            <w:vAlign w:val="center"/>
          </w:tcPr>
          <w:p w14:paraId="0E90E516" w14:textId="77777777" w:rsidR="008D0AC9" w:rsidRDefault="00000000">
            <w:pPr>
              <w:spacing w:after="0"/>
            </w:pPr>
            <w:r>
              <w:rPr>
                <w:sz w:val="16"/>
              </w:rPr>
              <w:t>☐ Innovation or technical platform</w:t>
            </w:r>
          </w:p>
        </w:tc>
      </w:tr>
      <w:tr w:rsidR="008D0AC9" w14:paraId="5B5D0D8E" w14:textId="77777777">
        <w:trPr>
          <w:jc w:val="center"/>
        </w:trPr>
        <w:tc>
          <w:tcPr>
            <w:tcW w:w="5169" w:type="dxa"/>
            <w:tcMar>
              <w:top w:w="35" w:type="dxa"/>
              <w:left w:w="55" w:type="dxa"/>
              <w:bottom w:w="35" w:type="dxa"/>
              <w:right w:w="55" w:type="dxa"/>
            </w:tcMar>
            <w:vAlign w:val="center"/>
          </w:tcPr>
          <w:p w14:paraId="147A934F" w14:textId="77777777" w:rsidR="008D0AC9" w:rsidRDefault="00000000">
            <w:pPr>
              <w:spacing w:after="0"/>
            </w:pPr>
            <w:r>
              <w:rPr>
                <w:sz w:val="16"/>
              </w:rPr>
              <w:t>☐ Professional association or academic society</w:t>
            </w:r>
          </w:p>
        </w:tc>
        <w:tc>
          <w:tcPr>
            <w:tcW w:w="5169" w:type="dxa"/>
            <w:tcMar>
              <w:top w:w="35" w:type="dxa"/>
              <w:left w:w="55" w:type="dxa"/>
              <w:bottom w:w="35" w:type="dxa"/>
              <w:right w:w="55" w:type="dxa"/>
            </w:tcMar>
            <w:vAlign w:val="center"/>
          </w:tcPr>
          <w:p w14:paraId="3D720CAD" w14:textId="77777777" w:rsidR="008D0AC9" w:rsidRDefault="00000000">
            <w:pPr>
              <w:spacing w:after="0"/>
            </w:pPr>
            <w:r>
              <w:rPr>
                <w:sz w:val="16"/>
              </w:rPr>
              <w:t>☐ Other (please specify)</w:t>
            </w:r>
          </w:p>
        </w:tc>
      </w:tr>
    </w:tbl>
    <w:p w14:paraId="1BDDF015" w14:textId="77777777" w:rsidR="008D0AC9" w:rsidRDefault="008D0AC9">
      <w:pPr>
        <w:spacing w:after="0"/>
      </w:pPr>
    </w:p>
    <w:p w14:paraId="2C5013E5" w14:textId="77777777" w:rsidR="008D0AC9" w:rsidRDefault="00000000">
      <w:r>
        <w:br w:type="page"/>
      </w:r>
    </w:p>
    <w:p w14:paraId="17180FDC" w14:textId="77777777" w:rsidR="008D0AC9" w:rsidRDefault="00000000">
      <w:pPr>
        <w:keepNext/>
        <w:spacing w:before="100" w:after="80"/>
      </w:pPr>
      <w:r>
        <w:rPr>
          <w:b/>
          <w:color w:val="0B5CAD"/>
          <w:sz w:val="29"/>
        </w:rPr>
        <w:lastRenderedPageBreak/>
        <w:t>B. Primary Contact and Submission Authority</w:t>
      </w:r>
    </w:p>
    <w:tbl>
      <w:tblPr>
        <w:tblW w:w="0" w:type="auto"/>
        <w:jc w:val="center"/>
        <w:tblLayout w:type="fixed"/>
        <w:tblLook w:val="04A0" w:firstRow="1" w:lastRow="0" w:firstColumn="1" w:lastColumn="0" w:noHBand="0" w:noVBand="1"/>
      </w:tblPr>
      <w:tblGrid>
        <w:gridCol w:w="5169"/>
        <w:gridCol w:w="5169"/>
      </w:tblGrid>
      <w:tr w:rsidR="008D0AC9" w14:paraId="01BCF247" w14:textId="77777777">
        <w:trPr>
          <w:jc w:val="center"/>
        </w:trPr>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11253255" w14:textId="77777777" w:rsidR="008D0AC9" w:rsidRDefault="00000000">
            <w:pPr>
              <w:spacing w:after="0"/>
            </w:pPr>
            <w:r>
              <w:rPr>
                <w:b/>
                <w:color w:val="1F2937"/>
                <w:sz w:val="17"/>
              </w:rPr>
              <w:t>Primary contact name</w:t>
            </w:r>
          </w:p>
          <w:p w14:paraId="5B089E53" w14:textId="77777777" w:rsidR="008D0AC9" w:rsidRDefault="00000000">
            <w:pPr>
              <w:spacing w:before="20" w:after="0"/>
            </w:pPr>
            <w:r>
              <w:rPr>
                <w:i/>
                <w:color w:val="7B8794"/>
                <w:sz w:val="16"/>
              </w:rPr>
              <w:t>Click or tap here to enter text.</w:t>
            </w:r>
          </w:p>
        </w:tc>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74AEBFE0" w14:textId="77777777" w:rsidR="008D0AC9" w:rsidRDefault="00000000">
            <w:pPr>
              <w:spacing w:after="0"/>
            </w:pPr>
            <w:r>
              <w:rPr>
                <w:b/>
                <w:color w:val="1F2937"/>
                <w:sz w:val="17"/>
              </w:rPr>
              <w:t>Professional title / position</w:t>
            </w:r>
          </w:p>
          <w:p w14:paraId="6F03D987" w14:textId="77777777" w:rsidR="008D0AC9" w:rsidRDefault="00000000">
            <w:pPr>
              <w:spacing w:before="20" w:after="0"/>
            </w:pPr>
            <w:r>
              <w:rPr>
                <w:i/>
                <w:color w:val="7B8794"/>
                <w:sz w:val="16"/>
              </w:rPr>
              <w:t>Click or tap here to enter text.</w:t>
            </w:r>
          </w:p>
        </w:tc>
      </w:tr>
      <w:tr w:rsidR="008D0AC9" w14:paraId="006D8C8F" w14:textId="77777777">
        <w:trPr>
          <w:jc w:val="center"/>
        </w:trPr>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48A7465D" w14:textId="77777777" w:rsidR="008D0AC9" w:rsidRDefault="00000000">
            <w:pPr>
              <w:spacing w:after="0"/>
            </w:pPr>
            <w:r>
              <w:rPr>
                <w:b/>
                <w:color w:val="1F2937"/>
                <w:sz w:val="17"/>
              </w:rPr>
              <w:t>Department / unit</w:t>
            </w:r>
          </w:p>
          <w:p w14:paraId="54433CF2" w14:textId="77777777" w:rsidR="008D0AC9" w:rsidRDefault="00000000">
            <w:pPr>
              <w:spacing w:before="20" w:after="0"/>
            </w:pPr>
            <w:r>
              <w:rPr>
                <w:i/>
                <w:color w:val="7B8794"/>
                <w:sz w:val="16"/>
              </w:rPr>
              <w:t>Click or tap here to enter text.</w:t>
            </w:r>
          </w:p>
        </w:tc>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3285F49E" w14:textId="77777777" w:rsidR="008D0AC9" w:rsidRDefault="00000000">
            <w:pPr>
              <w:spacing w:after="0"/>
            </w:pPr>
            <w:r>
              <w:rPr>
                <w:b/>
                <w:color w:val="1F2937"/>
                <w:sz w:val="17"/>
              </w:rPr>
              <w:t>Institutional email</w:t>
            </w:r>
          </w:p>
          <w:p w14:paraId="58063008" w14:textId="77777777" w:rsidR="008D0AC9" w:rsidRDefault="00000000">
            <w:pPr>
              <w:spacing w:before="20" w:after="0"/>
            </w:pPr>
            <w:r>
              <w:rPr>
                <w:i/>
                <w:color w:val="7B8794"/>
                <w:sz w:val="16"/>
              </w:rPr>
              <w:t>Click or tap here to enter text.</w:t>
            </w:r>
          </w:p>
        </w:tc>
      </w:tr>
      <w:tr w:rsidR="008D0AC9" w14:paraId="37C368AD" w14:textId="77777777">
        <w:trPr>
          <w:jc w:val="center"/>
        </w:trPr>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05B601C6" w14:textId="77777777" w:rsidR="008D0AC9" w:rsidRDefault="00000000">
            <w:pPr>
              <w:spacing w:after="0"/>
            </w:pPr>
            <w:r>
              <w:rPr>
                <w:b/>
                <w:color w:val="1F2937"/>
                <w:sz w:val="17"/>
              </w:rPr>
              <w:t>Telephone / preferred contact method</w:t>
            </w:r>
          </w:p>
          <w:p w14:paraId="326EC8C5" w14:textId="77777777" w:rsidR="008D0AC9" w:rsidRDefault="00000000">
            <w:pPr>
              <w:spacing w:before="20" w:after="0"/>
            </w:pPr>
            <w:r>
              <w:rPr>
                <w:i/>
                <w:color w:val="7B8794"/>
                <w:sz w:val="16"/>
              </w:rPr>
              <w:t>Click or tap here to enter text.</w:t>
            </w:r>
          </w:p>
        </w:tc>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5F19099C" w14:textId="77777777" w:rsidR="008D0AC9" w:rsidRDefault="00000000">
            <w:pPr>
              <w:spacing w:after="0"/>
            </w:pPr>
            <w:r>
              <w:rPr>
                <w:b/>
                <w:color w:val="1F2937"/>
                <w:sz w:val="17"/>
              </w:rPr>
              <w:t>Time zone</w:t>
            </w:r>
          </w:p>
          <w:p w14:paraId="5E9290A1" w14:textId="77777777" w:rsidR="008D0AC9" w:rsidRDefault="00000000">
            <w:pPr>
              <w:spacing w:before="20" w:after="0"/>
            </w:pPr>
            <w:r>
              <w:rPr>
                <w:i/>
                <w:color w:val="7B8794"/>
                <w:sz w:val="16"/>
              </w:rPr>
              <w:t>Click or tap here to enter text.</w:t>
            </w:r>
          </w:p>
        </w:tc>
      </w:tr>
      <w:tr w:rsidR="008D0AC9" w14:paraId="4A9D4DE1" w14:textId="77777777">
        <w:trPr>
          <w:jc w:val="center"/>
        </w:trPr>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5E9375CF" w14:textId="77777777" w:rsidR="008D0AC9" w:rsidRDefault="00000000">
            <w:pPr>
              <w:spacing w:after="0"/>
            </w:pPr>
            <w:r>
              <w:rPr>
                <w:b/>
                <w:color w:val="1F2937"/>
                <w:sz w:val="17"/>
              </w:rPr>
              <w:t>Principal investigator / laboratory head</w:t>
            </w:r>
            <w:r>
              <w:rPr>
                <w:i/>
                <w:color w:val="6B7280"/>
                <w:sz w:val="14"/>
              </w:rPr>
              <w:t xml:space="preserve">  If applicable.</w:t>
            </w:r>
          </w:p>
          <w:p w14:paraId="5A1B728B" w14:textId="77777777" w:rsidR="008D0AC9" w:rsidRDefault="00000000">
            <w:pPr>
              <w:spacing w:before="20" w:after="0"/>
            </w:pPr>
            <w:r>
              <w:rPr>
                <w:i/>
                <w:color w:val="7B8794"/>
                <w:sz w:val="16"/>
              </w:rPr>
              <w:t>Click or tap here to enter text.</w:t>
            </w:r>
          </w:p>
        </w:tc>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6A06315C" w14:textId="77777777" w:rsidR="008D0AC9" w:rsidRDefault="00000000">
            <w:pPr>
              <w:spacing w:after="0"/>
            </w:pPr>
            <w:r>
              <w:rPr>
                <w:b/>
                <w:color w:val="1F2937"/>
                <w:sz w:val="17"/>
              </w:rPr>
              <w:t>Authorized institutional representative</w:t>
            </w:r>
            <w:r>
              <w:rPr>
                <w:i/>
                <w:color w:val="6B7280"/>
                <w:sz w:val="14"/>
              </w:rPr>
              <w:t xml:space="preserve">  If different from primary contact.</w:t>
            </w:r>
          </w:p>
          <w:p w14:paraId="0AA081B9" w14:textId="77777777" w:rsidR="008D0AC9" w:rsidRDefault="00000000">
            <w:pPr>
              <w:spacing w:before="20" w:after="0"/>
            </w:pPr>
            <w:r>
              <w:rPr>
                <w:i/>
                <w:color w:val="7B8794"/>
                <w:sz w:val="16"/>
              </w:rPr>
              <w:t>Click or tap here to enter text.</w:t>
            </w:r>
          </w:p>
        </w:tc>
      </w:tr>
    </w:tbl>
    <w:p w14:paraId="0FC18902" w14:textId="77777777" w:rsidR="008D0AC9" w:rsidRDefault="008D0AC9">
      <w:pPr>
        <w:spacing w:after="0"/>
      </w:pPr>
    </w:p>
    <w:p w14:paraId="0EB1C428" w14:textId="77777777" w:rsidR="008D0AC9" w:rsidRDefault="00000000">
      <w:pPr>
        <w:keepNext/>
        <w:spacing w:before="60" w:after="40"/>
      </w:pPr>
      <w:r>
        <w:rPr>
          <w:b/>
          <w:color w:val="1F2937"/>
          <w:sz w:val="20"/>
        </w:rPr>
        <w:t>Authority to submit this opportunity</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0339"/>
      </w:tblGrid>
      <w:tr w:rsidR="008D0AC9" w14:paraId="3BF1FC3C" w14:textId="77777777">
        <w:trPr>
          <w:jc w:val="center"/>
        </w:trPr>
        <w:tc>
          <w:tcPr>
            <w:tcW w:w="10339" w:type="dxa"/>
            <w:tcMar>
              <w:top w:w="35" w:type="dxa"/>
              <w:left w:w="55" w:type="dxa"/>
              <w:bottom w:w="35" w:type="dxa"/>
              <w:right w:w="55" w:type="dxa"/>
            </w:tcMar>
            <w:vAlign w:val="center"/>
          </w:tcPr>
          <w:p w14:paraId="54BEEF5F" w14:textId="77777777" w:rsidR="008D0AC9" w:rsidRDefault="00000000">
            <w:pPr>
              <w:spacing w:after="0"/>
            </w:pPr>
            <w:r>
              <w:rPr>
                <w:sz w:val="16"/>
              </w:rPr>
              <w:t>☐ I am authorized to submit this opportunity on behalf of the institution, department, laboratory, or team.</w:t>
            </w:r>
          </w:p>
        </w:tc>
      </w:tr>
      <w:tr w:rsidR="008D0AC9" w14:paraId="698272FC" w14:textId="77777777">
        <w:trPr>
          <w:jc w:val="center"/>
        </w:trPr>
        <w:tc>
          <w:tcPr>
            <w:tcW w:w="10339" w:type="dxa"/>
            <w:tcMar>
              <w:top w:w="35" w:type="dxa"/>
              <w:left w:w="55" w:type="dxa"/>
              <w:bottom w:w="35" w:type="dxa"/>
              <w:right w:w="55" w:type="dxa"/>
            </w:tcMar>
            <w:vAlign w:val="center"/>
          </w:tcPr>
          <w:p w14:paraId="4D6652C7" w14:textId="77777777" w:rsidR="008D0AC9" w:rsidRDefault="00000000">
            <w:pPr>
              <w:spacing w:after="0"/>
            </w:pPr>
            <w:r>
              <w:rPr>
                <w:sz w:val="16"/>
              </w:rPr>
              <w:t>☐ I am submitting for preliminary discussion and formal internal approval is still required.</w:t>
            </w:r>
          </w:p>
        </w:tc>
      </w:tr>
      <w:tr w:rsidR="008D0AC9" w14:paraId="344B082A" w14:textId="77777777">
        <w:trPr>
          <w:jc w:val="center"/>
        </w:trPr>
        <w:tc>
          <w:tcPr>
            <w:tcW w:w="10339" w:type="dxa"/>
            <w:tcMar>
              <w:top w:w="35" w:type="dxa"/>
              <w:left w:w="55" w:type="dxa"/>
              <w:bottom w:w="35" w:type="dxa"/>
              <w:right w:w="55" w:type="dxa"/>
            </w:tcMar>
            <w:vAlign w:val="center"/>
          </w:tcPr>
          <w:p w14:paraId="4C820D74" w14:textId="77777777" w:rsidR="008D0AC9" w:rsidRDefault="00000000">
            <w:pPr>
              <w:spacing w:after="0"/>
            </w:pPr>
            <w:r>
              <w:rPr>
                <w:sz w:val="16"/>
              </w:rPr>
              <w:t>☐ I am a designated coordinator or representative with permission to submit this information.</w:t>
            </w:r>
          </w:p>
        </w:tc>
      </w:tr>
      <w:tr w:rsidR="008D0AC9" w14:paraId="303B18F6" w14:textId="77777777">
        <w:trPr>
          <w:jc w:val="center"/>
        </w:trPr>
        <w:tc>
          <w:tcPr>
            <w:tcW w:w="10339" w:type="dxa"/>
            <w:tcMar>
              <w:top w:w="35" w:type="dxa"/>
              <w:left w:w="55" w:type="dxa"/>
              <w:bottom w:w="35" w:type="dxa"/>
              <w:right w:w="55" w:type="dxa"/>
            </w:tcMar>
            <w:vAlign w:val="center"/>
          </w:tcPr>
          <w:p w14:paraId="3D84F1C0" w14:textId="77777777" w:rsidR="008D0AC9" w:rsidRDefault="00000000">
            <w:pPr>
              <w:spacing w:after="0"/>
            </w:pPr>
            <w:r>
              <w:rPr>
                <w:sz w:val="16"/>
              </w:rPr>
              <w:t>☐ Other (please explain below).</w:t>
            </w:r>
          </w:p>
        </w:tc>
      </w:tr>
    </w:tbl>
    <w:p w14:paraId="66395069" w14:textId="77777777" w:rsidR="008D0AC9" w:rsidRDefault="008D0AC9">
      <w:pPr>
        <w:spacing w:after="0"/>
      </w:pPr>
    </w:p>
    <w:tbl>
      <w:tblPr>
        <w:tblW w:w="0" w:type="auto"/>
        <w:jc w:val="center"/>
        <w:tblLayout w:type="fixed"/>
        <w:tblLook w:val="04A0" w:firstRow="1" w:lastRow="0" w:firstColumn="1" w:lastColumn="0" w:noHBand="0" w:noVBand="1"/>
      </w:tblPr>
      <w:tblGrid>
        <w:gridCol w:w="10339"/>
      </w:tblGrid>
      <w:tr w:rsidR="008D0AC9" w14:paraId="0D580C4D" w14:textId="77777777">
        <w:trPr>
          <w:jc w:val="center"/>
        </w:trPr>
        <w:tc>
          <w:tcPr>
            <w:tcW w:w="1033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3FCEAB14" w14:textId="77777777" w:rsidR="008D0AC9" w:rsidRDefault="00000000">
            <w:pPr>
              <w:spacing w:after="0"/>
            </w:pPr>
            <w:r>
              <w:rPr>
                <w:b/>
                <w:color w:val="1F2937"/>
                <w:sz w:val="17"/>
              </w:rPr>
              <w:t>Explain the submitter's authority, role, or required approval process</w:t>
            </w:r>
          </w:p>
          <w:p w14:paraId="7685FD6C" w14:textId="77777777" w:rsidR="008D0AC9" w:rsidRDefault="00000000">
            <w:pPr>
              <w:spacing w:before="20" w:after="0"/>
            </w:pPr>
            <w:r>
              <w:rPr>
                <w:i/>
                <w:color w:val="7B8794"/>
                <w:sz w:val="16"/>
              </w:rPr>
              <w:t>Click or tap here to enter text.</w:t>
            </w:r>
          </w:p>
        </w:tc>
      </w:tr>
    </w:tbl>
    <w:p w14:paraId="05DCA764" w14:textId="77777777" w:rsidR="008D0AC9" w:rsidRDefault="008D0AC9">
      <w:pPr>
        <w:spacing w:after="0"/>
      </w:pPr>
    </w:p>
    <w:p w14:paraId="7D0E4A64" w14:textId="77777777" w:rsidR="008D0AC9" w:rsidRDefault="00000000">
      <w:pPr>
        <w:keepNext/>
        <w:spacing w:before="100" w:after="80"/>
      </w:pPr>
      <w:r>
        <w:rPr>
          <w:b/>
          <w:color w:val="0B5CAD"/>
          <w:sz w:val="29"/>
        </w:rPr>
        <w:t>C. Opportunity Overview</w:t>
      </w:r>
    </w:p>
    <w:tbl>
      <w:tblPr>
        <w:tblW w:w="0" w:type="auto"/>
        <w:jc w:val="center"/>
        <w:tblLayout w:type="fixed"/>
        <w:tblLook w:val="04A0" w:firstRow="1" w:lastRow="0" w:firstColumn="1" w:lastColumn="0" w:noHBand="0" w:noVBand="1"/>
      </w:tblPr>
      <w:tblGrid>
        <w:gridCol w:w="5169"/>
        <w:gridCol w:w="5169"/>
      </w:tblGrid>
      <w:tr w:rsidR="008D0AC9" w14:paraId="482A6168" w14:textId="77777777">
        <w:trPr>
          <w:jc w:val="center"/>
        </w:trPr>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2848DED5" w14:textId="77777777" w:rsidR="008D0AC9" w:rsidRDefault="00000000">
            <w:pPr>
              <w:spacing w:after="0"/>
            </w:pPr>
            <w:r>
              <w:rPr>
                <w:b/>
                <w:color w:val="1F2937"/>
                <w:sz w:val="17"/>
              </w:rPr>
              <w:t>Opportunity title</w:t>
            </w:r>
            <w:r>
              <w:rPr>
                <w:i/>
                <w:color w:val="6B7280"/>
                <w:sz w:val="14"/>
              </w:rPr>
              <w:t xml:space="preserve">  Working title is acceptable.</w:t>
            </w:r>
          </w:p>
          <w:p w14:paraId="0E9958A4" w14:textId="77777777" w:rsidR="008D0AC9" w:rsidRDefault="00000000">
            <w:pPr>
              <w:spacing w:before="20" w:after="0"/>
            </w:pPr>
            <w:r>
              <w:rPr>
                <w:i/>
                <w:color w:val="7B8794"/>
                <w:sz w:val="16"/>
              </w:rPr>
              <w:t>Click or tap here to enter text.</w:t>
            </w:r>
          </w:p>
        </w:tc>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2BEA3517" w14:textId="77777777" w:rsidR="008D0AC9" w:rsidRDefault="00000000">
            <w:pPr>
              <w:spacing w:after="0"/>
            </w:pPr>
            <w:r>
              <w:rPr>
                <w:b/>
                <w:color w:val="1F2937"/>
                <w:sz w:val="17"/>
              </w:rPr>
              <w:t>Current status</w:t>
            </w:r>
            <w:r>
              <w:rPr>
                <w:i/>
                <w:color w:val="6B7280"/>
                <w:sz w:val="14"/>
              </w:rPr>
              <w:t xml:space="preserve">  Open / Planned / Rolling / Other</w:t>
            </w:r>
          </w:p>
          <w:p w14:paraId="53037EF5" w14:textId="77777777" w:rsidR="008D0AC9" w:rsidRDefault="00000000">
            <w:pPr>
              <w:spacing w:before="20" w:after="0"/>
            </w:pPr>
            <w:r>
              <w:rPr>
                <w:i/>
                <w:color w:val="7B8794"/>
                <w:sz w:val="16"/>
              </w:rPr>
              <w:t>Click or tap here to enter text.</w:t>
            </w:r>
          </w:p>
        </w:tc>
      </w:tr>
      <w:tr w:rsidR="008D0AC9" w14:paraId="0377E040" w14:textId="77777777">
        <w:trPr>
          <w:jc w:val="center"/>
        </w:trPr>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1CE7BBE8" w14:textId="77777777" w:rsidR="008D0AC9" w:rsidRDefault="00000000">
            <w:pPr>
              <w:spacing w:after="0"/>
            </w:pPr>
            <w:r>
              <w:rPr>
                <w:b/>
                <w:color w:val="1F2937"/>
                <w:sz w:val="17"/>
              </w:rPr>
              <w:t>Host department / laboratory / team</w:t>
            </w:r>
          </w:p>
          <w:p w14:paraId="0120870E" w14:textId="77777777" w:rsidR="008D0AC9" w:rsidRDefault="00000000">
            <w:pPr>
              <w:spacing w:before="20" w:after="0"/>
            </w:pPr>
            <w:r>
              <w:rPr>
                <w:i/>
                <w:color w:val="7B8794"/>
                <w:sz w:val="16"/>
              </w:rPr>
              <w:t>Click or tap here to enter text.</w:t>
            </w:r>
          </w:p>
        </w:tc>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57E9DA68" w14:textId="77777777" w:rsidR="008D0AC9" w:rsidRDefault="00000000">
            <w:pPr>
              <w:spacing w:after="0"/>
            </w:pPr>
            <w:r>
              <w:rPr>
                <w:b/>
                <w:color w:val="1F2937"/>
                <w:sz w:val="17"/>
              </w:rPr>
              <w:t>Number of openings / participants sought</w:t>
            </w:r>
            <w:r>
              <w:rPr>
                <w:i/>
                <w:color w:val="6B7280"/>
                <w:sz w:val="14"/>
              </w:rPr>
              <w:t xml:space="preserve">  If known.</w:t>
            </w:r>
          </w:p>
          <w:p w14:paraId="416CBC12" w14:textId="77777777" w:rsidR="008D0AC9" w:rsidRDefault="00000000">
            <w:pPr>
              <w:spacing w:before="20" w:after="0"/>
            </w:pPr>
            <w:r>
              <w:rPr>
                <w:i/>
                <w:color w:val="7B8794"/>
                <w:sz w:val="16"/>
              </w:rPr>
              <w:t>Click or tap here to enter text.</w:t>
            </w:r>
          </w:p>
        </w:tc>
      </w:tr>
    </w:tbl>
    <w:p w14:paraId="28E2A555" w14:textId="77777777" w:rsidR="008D0AC9" w:rsidRDefault="008D0AC9">
      <w:pPr>
        <w:spacing w:after="0"/>
      </w:pPr>
    </w:p>
    <w:p w14:paraId="19ED7C8E" w14:textId="77777777" w:rsidR="008D0AC9" w:rsidRDefault="00000000">
      <w:pPr>
        <w:keepNext/>
        <w:spacing w:before="60" w:after="40"/>
      </w:pPr>
      <w:r>
        <w:rPr>
          <w:b/>
          <w:color w:val="1F2937"/>
          <w:sz w:val="20"/>
        </w:rPr>
        <w:t>Opportunity type  Select all that apply.</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169"/>
        <w:gridCol w:w="5169"/>
      </w:tblGrid>
      <w:tr w:rsidR="008D0AC9" w14:paraId="7B15F3FA" w14:textId="77777777">
        <w:trPr>
          <w:jc w:val="center"/>
        </w:trPr>
        <w:tc>
          <w:tcPr>
            <w:tcW w:w="5169" w:type="dxa"/>
            <w:tcMar>
              <w:top w:w="35" w:type="dxa"/>
              <w:left w:w="55" w:type="dxa"/>
              <w:bottom w:w="35" w:type="dxa"/>
              <w:right w:w="55" w:type="dxa"/>
            </w:tcMar>
            <w:vAlign w:val="center"/>
          </w:tcPr>
          <w:p w14:paraId="46D022C9" w14:textId="77777777" w:rsidR="008D0AC9" w:rsidRDefault="00000000">
            <w:pPr>
              <w:spacing w:after="0"/>
            </w:pPr>
            <w:r>
              <w:rPr>
                <w:sz w:val="16"/>
              </w:rPr>
              <w:t>☐ Faculty / research position</w:t>
            </w:r>
          </w:p>
        </w:tc>
        <w:tc>
          <w:tcPr>
            <w:tcW w:w="5169" w:type="dxa"/>
            <w:tcMar>
              <w:top w:w="35" w:type="dxa"/>
              <w:left w:w="55" w:type="dxa"/>
              <w:bottom w:w="35" w:type="dxa"/>
              <w:right w:w="55" w:type="dxa"/>
            </w:tcMar>
            <w:vAlign w:val="center"/>
          </w:tcPr>
          <w:p w14:paraId="39D352A2" w14:textId="77777777" w:rsidR="008D0AC9" w:rsidRDefault="00000000">
            <w:pPr>
              <w:spacing w:after="0"/>
            </w:pPr>
            <w:r>
              <w:rPr>
                <w:sz w:val="16"/>
              </w:rPr>
              <w:t>☐ Postdoctoral position</w:t>
            </w:r>
          </w:p>
        </w:tc>
      </w:tr>
      <w:tr w:rsidR="008D0AC9" w14:paraId="31D4B1F1" w14:textId="77777777">
        <w:trPr>
          <w:jc w:val="center"/>
        </w:trPr>
        <w:tc>
          <w:tcPr>
            <w:tcW w:w="5169" w:type="dxa"/>
            <w:tcMar>
              <w:top w:w="35" w:type="dxa"/>
              <w:left w:w="55" w:type="dxa"/>
              <w:bottom w:w="35" w:type="dxa"/>
              <w:right w:w="55" w:type="dxa"/>
            </w:tcMar>
            <w:vAlign w:val="center"/>
          </w:tcPr>
          <w:p w14:paraId="143DC9F0" w14:textId="77777777" w:rsidR="008D0AC9" w:rsidRDefault="00000000">
            <w:pPr>
              <w:spacing w:after="0"/>
            </w:pPr>
            <w:r>
              <w:rPr>
                <w:sz w:val="16"/>
              </w:rPr>
              <w:t>☐ Visiting scholar opportunity</w:t>
            </w:r>
          </w:p>
        </w:tc>
        <w:tc>
          <w:tcPr>
            <w:tcW w:w="5169" w:type="dxa"/>
            <w:tcMar>
              <w:top w:w="35" w:type="dxa"/>
              <w:left w:w="55" w:type="dxa"/>
              <w:bottom w:w="35" w:type="dxa"/>
              <w:right w:w="55" w:type="dxa"/>
            </w:tcMar>
            <w:vAlign w:val="center"/>
          </w:tcPr>
          <w:p w14:paraId="2178C971" w14:textId="77777777" w:rsidR="008D0AC9" w:rsidRDefault="00000000">
            <w:pPr>
              <w:spacing w:after="0"/>
            </w:pPr>
            <w:r>
              <w:rPr>
                <w:sz w:val="16"/>
              </w:rPr>
              <w:t>☐ Graduate / PhD research opportunity</w:t>
            </w:r>
          </w:p>
        </w:tc>
      </w:tr>
      <w:tr w:rsidR="008D0AC9" w14:paraId="24EA856C" w14:textId="77777777">
        <w:trPr>
          <w:jc w:val="center"/>
        </w:trPr>
        <w:tc>
          <w:tcPr>
            <w:tcW w:w="5169" w:type="dxa"/>
            <w:tcMar>
              <w:top w:w="35" w:type="dxa"/>
              <w:left w:w="55" w:type="dxa"/>
              <w:bottom w:w="35" w:type="dxa"/>
              <w:right w:w="55" w:type="dxa"/>
            </w:tcMar>
            <w:vAlign w:val="center"/>
          </w:tcPr>
          <w:p w14:paraId="47BB45BD" w14:textId="77777777" w:rsidR="008D0AC9" w:rsidRDefault="00000000">
            <w:pPr>
              <w:spacing w:after="0"/>
            </w:pPr>
            <w:r>
              <w:rPr>
                <w:sz w:val="16"/>
              </w:rPr>
              <w:t>☐ Research assistant / trainee opportunity</w:t>
            </w:r>
          </w:p>
        </w:tc>
        <w:tc>
          <w:tcPr>
            <w:tcW w:w="5169" w:type="dxa"/>
            <w:tcMar>
              <w:top w:w="35" w:type="dxa"/>
              <w:left w:w="55" w:type="dxa"/>
              <w:bottom w:w="35" w:type="dxa"/>
              <w:right w:w="55" w:type="dxa"/>
            </w:tcMar>
            <w:vAlign w:val="center"/>
          </w:tcPr>
          <w:p w14:paraId="766F3FAB" w14:textId="77777777" w:rsidR="008D0AC9" w:rsidRDefault="00000000">
            <w:pPr>
              <w:spacing w:after="0"/>
            </w:pPr>
            <w:r>
              <w:rPr>
                <w:sz w:val="16"/>
              </w:rPr>
              <w:t>☐ Short-term training / fellowship</w:t>
            </w:r>
          </w:p>
        </w:tc>
      </w:tr>
      <w:tr w:rsidR="008D0AC9" w14:paraId="3162D3CA" w14:textId="77777777">
        <w:trPr>
          <w:jc w:val="center"/>
        </w:trPr>
        <w:tc>
          <w:tcPr>
            <w:tcW w:w="5169" w:type="dxa"/>
            <w:tcMar>
              <w:top w:w="35" w:type="dxa"/>
              <w:left w:w="55" w:type="dxa"/>
              <w:bottom w:w="35" w:type="dxa"/>
              <w:right w:w="55" w:type="dxa"/>
            </w:tcMar>
            <w:vAlign w:val="center"/>
          </w:tcPr>
          <w:p w14:paraId="540D5547" w14:textId="77777777" w:rsidR="008D0AC9" w:rsidRDefault="00000000">
            <w:pPr>
              <w:spacing w:after="0"/>
            </w:pPr>
            <w:r>
              <w:rPr>
                <w:sz w:val="16"/>
              </w:rPr>
              <w:t>☐ Collaborative research opportunity</w:t>
            </w:r>
          </w:p>
        </w:tc>
        <w:tc>
          <w:tcPr>
            <w:tcW w:w="5169" w:type="dxa"/>
            <w:tcMar>
              <w:top w:w="35" w:type="dxa"/>
              <w:left w:w="55" w:type="dxa"/>
              <w:bottom w:w="35" w:type="dxa"/>
              <w:right w:w="55" w:type="dxa"/>
            </w:tcMar>
            <w:vAlign w:val="center"/>
          </w:tcPr>
          <w:p w14:paraId="1E8D64DA" w14:textId="77777777" w:rsidR="008D0AC9" w:rsidRDefault="00000000">
            <w:pPr>
              <w:spacing w:after="0"/>
            </w:pPr>
            <w:r>
              <w:rPr>
                <w:sz w:val="16"/>
              </w:rPr>
              <w:t>☐ Joint grant / project collaborator</w:t>
            </w:r>
          </w:p>
        </w:tc>
      </w:tr>
      <w:tr w:rsidR="008D0AC9" w14:paraId="6E379294" w14:textId="77777777">
        <w:trPr>
          <w:jc w:val="center"/>
        </w:trPr>
        <w:tc>
          <w:tcPr>
            <w:tcW w:w="5169" w:type="dxa"/>
            <w:tcMar>
              <w:top w:w="35" w:type="dxa"/>
              <w:left w:w="55" w:type="dxa"/>
              <w:bottom w:w="35" w:type="dxa"/>
              <w:right w:w="55" w:type="dxa"/>
            </w:tcMar>
            <w:vAlign w:val="center"/>
          </w:tcPr>
          <w:p w14:paraId="3763C8FF" w14:textId="77777777" w:rsidR="008D0AC9" w:rsidRDefault="00000000">
            <w:pPr>
              <w:spacing w:after="0"/>
            </w:pPr>
            <w:r>
              <w:rPr>
                <w:sz w:val="16"/>
              </w:rPr>
              <w:t>☐ Technical / innovation collaboration</w:t>
            </w:r>
          </w:p>
        </w:tc>
        <w:tc>
          <w:tcPr>
            <w:tcW w:w="5169" w:type="dxa"/>
            <w:tcMar>
              <w:top w:w="35" w:type="dxa"/>
              <w:left w:w="55" w:type="dxa"/>
              <w:bottom w:w="35" w:type="dxa"/>
              <w:right w:w="55" w:type="dxa"/>
            </w:tcMar>
            <w:vAlign w:val="center"/>
          </w:tcPr>
          <w:p w14:paraId="0A22A599" w14:textId="77777777" w:rsidR="008D0AC9" w:rsidRDefault="00000000">
            <w:pPr>
              <w:spacing w:after="0"/>
            </w:pPr>
            <w:r>
              <w:rPr>
                <w:sz w:val="16"/>
              </w:rPr>
              <w:t>☐ Other (please specify)</w:t>
            </w:r>
          </w:p>
        </w:tc>
      </w:tr>
    </w:tbl>
    <w:p w14:paraId="64FF3A37" w14:textId="77777777" w:rsidR="008D0AC9" w:rsidRDefault="008D0AC9">
      <w:pPr>
        <w:spacing w:after="0"/>
      </w:pPr>
    </w:p>
    <w:tbl>
      <w:tblPr>
        <w:tblW w:w="0" w:type="auto"/>
        <w:jc w:val="center"/>
        <w:tblLayout w:type="fixed"/>
        <w:tblLook w:val="04A0" w:firstRow="1" w:lastRow="0" w:firstColumn="1" w:lastColumn="0" w:noHBand="0" w:noVBand="1"/>
      </w:tblPr>
      <w:tblGrid>
        <w:gridCol w:w="10339"/>
      </w:tblGrid>
      <w:tr w:rsidR="008D0AC9" w14:paraId="4582E36B" w14:textId="77777777">
        <w:trPr>
          <w:jc w:val="center"/>
        </w:trPr>
        <w:tc>
          <w:tcPr>
            <w:tcW w:w="1033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2E6932F6" w14:textId="77777777" w:rsidR="008D0AC9" w:rsidRDefault="00000000">
            <w:pPr>
              <w:spacing w:after="0"/>
            </w:pPr>
            <w:r>
              <w:rPr>
                <w:b/>
                <w:color w:val="1F2937"/>
                <w:sz w:val="17"/>
              </w:rPr>
              <w:t>Research area / discipline / keywords</w:t>
            </w:r>
            <w:r>
              <w:rPr>
                <w:i/>
                <w:color w:val="6B7280"/>
                <w:sz w:val="14"/>
              </w:rPr>
              <w:t xml:space="preserve">  List the main field(s), specialty, disease area, technology, or methodology.</w:t>
            </w:r>
          </w:p>
          <w:p w14:paraId="14D4DF30" w14:textId="77777777" w:rsidR="008D0AC9" w:rsidRDefault="00000000">
            <w:pPr>
              <w:spacing w:before="20" w:after="0"/>
            </w:pPr>
            <w:r>
              <w:rPr>
                <w:i/>
                <w:color w:val="7B8794"/>
                <w:sz w:val="16"/>
              </w:rPr>
              <w:t>Click or tap here to enter text.</w:t>
            </w:r>
          </w:p>
        </w:tc>
      </w:tr>
    </w:tbl>
    <w:p w14:paraId="495B5570" w14:textId="77777777" w:rsidR="008D0AC9" w:rsidRDefault="008D0AC9">
      <w:pPr>
        <w:spacing w:after="0"/>
      </w:pPr>
    </w:p>
    <w:tbl>
      <w:tblPr>
        <w:tblW w:w="0" w:type="auto"/>
        <w:jc w:val="center"/>
        <w:tblLayout w:type="fixed"/>
        <w:tblLook w:val="04A0" w:firstRow="1" w:lastRow="0" w:firstColumn="1" w:lastColumn="0" w:noHBand="0" w:noVBand="1"/>
      </w:tblPr>
      <w:tblGrid>
        <w:gridCol w:w="10339"/>
      </w:tblGrid>
      <w:tr w:rsidR="008D0AC9" w14:paraId="6CF0D240" w14:textId="77777777">
        <w:trPr>
          <w:jc w:val="center"/>
        </w:trPr>
        <w:tc>
          <w:tcPr>
            <w:tcW w:w="1033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4FE99429" w14:textId="77777777" w:rsidR="008D0AC9" w:rsidRDefault="00000000">
            <w:pPr>
              <w:spacing w:after="0"/>
            </w:pPr>
            <w:r>
              <w:rPr>
                <w:b/>
                <w:color w:val="1F2937"/>
                <w:sz w:val="17"/>
              </w:rPr>
              <w:t>Brief description of the opportunity</w:t>
            </w:r>
            <w:r>
              <w:rPr>
                <w:i/>
                <w:color w:val="6B7280"/>
                <w:sz w:val="14"/>
              </w:rPr>
              <w:t xml:space="preserve">  Describe the opportunity, objectives, host environment, expected activities, and why suitable candidates or collaborators are being sought.</w:t>
            </w:r>
          </w:p>
          <w:p w14:paraId="4EE5C701" w14:textId="77777777" w:rsidR="008D0AC9" w:rsidRDefault="00000000">
            <w:pPr>
              <w:spacing w:before="20" w:after="0"/>
            </w:pPr>
            <w:r>
              <w:rPr>
                <w:i/>
                <w:color w:val="7B8794"/>
                <w:sz w:val="16"/>
              </w:rPr>
              <w:t>Click or tap here to enter text.</w:t>
            </w:r>
          </w:p>
          <w:p w14:paraId="60105098" w14:textId="77777777" w:rsidR="008D0AC9" w:rsidRDefault="00000000">
            <w:pPr>
              <w:spacing w:after="0" w:line="192" w:lineRule="auto"/>
            </w:pPr>
            <w:r>
              <w:t xml:space="preserve"> </w:t>
            </w:r>
          </w:p>
        </w:tc>
      </w:tr>
    </w:tbl>
    <w:p w14:paraId="6DBEC4D4" w14:textId="77777777" w:rsidR="008D0AC9" w:rsidRDefault="008D0AC9">
      <w:pPr>
        <w:spacing w:after="0"/>
      </w:pPr>
    </w:p>
    <w:p w14:paraId="4A91E24A" w14:textId="77777777" w:rsidR="008D0AC9" w:rsidRDefault="00000000">
      <w:r>
        <w:br w:type="page"/>
      </w:r>
    </w:p>
    <w:p w14:paraId="59A312AA" w14:textId="77777777" w:rsidR="008D0AC9" w:rsidRDefault="00000000">
      <w:pPr>
        <w:keepNext/>
        <w:spacing w:before="100" w:after="80"/>
      </w:pPr>
      <w:r>
        <w:rPr>
          <w:b/>
          <w:color w:val="0B5CAD"/>
          <w:sz w:val="29"/>
        </w:rPr>
        <w:lastRenderedPageBreak/>
        <w:t>D. Candidate / Collaborator Profile and Requirements</w:t>
      </w:r>
    </w:p>
    <w:p w14:paraId="600FDF2B" w14:textId="77777777" w:rsidR="008D0AC9" w:rsidRDefault="00000000">
      <w:pPr>
        <w:keepNext/>
        <w:spacing w:before="60" w:after="40"/>
      </w:pPr>
      <w:r>
        <w:rPr>
          <w:b/>
          <w:color w:val="1F2937"/>
          <w:sz w:val="20"/>
        </w:rPr>
        <w:t>Target career stage or participant profile</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169"/>
        <w:gridCol w:w="5169"/>
      </w:tblGrid>
      <w:tr w:rsidR="008D0AC9" w14:paraId="31F9ABD9" w14:textId="77777777">
        <w:trPr>
          <w:jc w:val="center"/>
        </w:trPr>
        <w:tc>
          <w:tcPr>
            <w:tcW w:w="5169" w:type="dxa"/>
            <w:tcMar>
              <w:top w:w="35" w:type="dxa"/>
              <w:left w:w="55" w:type="dxa"/>
              <w:bottom w:w="35" w:type="dxa"/>
              <w:right w:w="55" w:type="dxa"/>
            </w:tcMar>
            <w:vAlign w:val="center"/>
          </w:tcPr>
          <w:p w14:paraId="5BF16589" w14:textId="77777777" w:rsidR="008D0AC9" w:rsidRDefault="00000000">
            <w:pPr>
              <w:spacing w:after="0"/>
            </w:pPr>
            <w:r>
              <w:rPr>
                <w:sz w:val="16"/>
              </w:rPr>
              <w:t>☐ Undergraduate / trainee</w:t>
            </w:r>
          </w:p>
        </w:tc>
        <w:tc>
          <w:tcPr>
            <w:tcW w:w="5169" w:type="dxa"/>
            <w:tcMar>
              <w:top w:w="35" w:type="dxa"/>
              <w:left w:w="55" w:type="dxa"/>
              <w:bottom w:w="35" w:type="dxa"/>
              <w:right w:w="55" w:type="dxa"/>
            </w:tcMar>
            <w:vAlign w:val="center"/>
          </w:tcPr>
          <w:p w14:paraId="56D12EB5" w14:textId="77777777" w:rsidR="008D0AC9" w:rsidRDefault="00000000">
            <w:pPr>
              <w:spacing w:after="0"/>
            </w:pPr>
            <w:r>
              <w:rPr>
                <w:sz w:val="16"/>
              </w:rPr>
              <w:t>☐ Master's student</w:t>
            </w:r>
          </w:p>
        </w:tc>
      </w:tr>
      <w:tr w:rsidR="008D0AC9" w14:paraId="169CBF6F" w14:textId="77777777">
        <w:trPr>
          <w:jc w:val="center"/>
        </w:trPr>
        <w:tc>
          <w:tcPr>
            <w:tcW w:w="5169" w:type="dxa"/>
            <w:tcMar>
              <w:top w:w="35" w:type="dxa"/>
              <w:left w:w="55" w:type="dxa"/>
              <w:bottom w:w="35" w:type="dxa"/>
              <w:right w:w="55" w:type="dxa"/>
            </w:tcMar>
            <w:vAlign w:val="center"/>
          </w:tcPr>
          <w:p w14:paraId="5242725B" w14:textId="77777777" w:rsidR="008D0AC9" w:rsidRDefault="00000000">
            <w:pPr>
              <w:spacing w:after="0"/>
            </w:pPr>
            <w:r>
              <w:rPr>
                <w:sz w:val="16"/>
              </w:rPr>
              <w:t>☐ PhD student / doctoral researcher</w:t>
            </w:r>
          </w:p>
        </w:tc>
        <w:tc>
          <w:tcPr>
            <w:tcW w:w="5169" w:type="dxa"/>
            <w:tcMar>
              <w:top w:w="35" w:type="dxa"/>
              <w:left w:w="55" w:type="dxa"/>
              <w:bottom w:w="35" w:type="dxa"/>
              <w:right w:w="55" w:type="dxa"/>
            </w:tcMar>
            <w:vAlign w:val="center"/>
          </w:tcPr>
          <w:p w14:paraId="5A29F4AF" w14:textId="77777777" w:rsidR="008D0AC9" w:rsidRDefault="00000000">
            <w:pPr>
              <w:spacing w:after="0"/>
            </w:pPr>
            <w:r>
              <w:rPr>
                <w:sz w:val="16"/>
              </w:rPr>
              <w:t>☐ Postdoctoral researcher</w:t>
            </w:r>
          </w:p>
        </w:tc>
      </w:tr>
      <w:tr w:rsidR="008D0AC9" w14:paraId="3BCB265E" w14:textId="77777777">
        <w:trPr>
          <w:jc w:val="center"/>
        </w:trPr>
        <w:tc>
          <w:tcPr>
            <w:tcW w:w="5169" w:type="dxa"/>
            <w:tcMar>
              <w:top w:w="35" w:type="dxa"/>
              <w:left w:w="55" w:type="dxa"/>
              <w:bottom w:w="35" w:type="dxa"/>
              <w:right w:w="55" w:type="dxa"/>
            </w:tcMar>
            <w:vAlign w:val="center"/>
          </w:tcPr>
          <w:p w14:paraId="1668C158" w14:textId="77777777" w:rsidR="008D0AC9" w:rsidRDefault="00000000">
            <w:pPr>
              <w:spacing w:after="0"/>
            </w:pPr>
            <w:r>
              <w:rPr>
                <w:sz w:val="16"/>
              </w:rPr>
              <w:t>☐ Early-career investigator</w:t>
            </w:r>
          </w:p>
        </w:tc>
        <w:tc>
          <w:tcPr>
            <w:tcW w:w="5169" w:type="dxa"/>
            <w:tcMar>
              <w:top w:w="35" w:type="dxa"/>
              <w:left w:w="55" w:type="dxa"/>
              <w:bottom w:w="35" w:type="dxa"/>
              <w:right w:w="55" w:type="dxa"/>
            </w:tcMar>
            <w:vAlign w:val="center"/>
          </w:tcPr>
          <w:p w14:paraId="4BCE1367" w14:textId="77777777" w:rsidR="008D0AC9" w:rsidRDefault="00000000">
            <w:pPr>
              <w:spacing w:after="0"/>
            </w:pPr>
            <w:r>
              <w:rPr>
                <w:sz w:val="16"/>
              </w:rPr>
              <w:t>☐ Established investigator / principal investigator</w:t>
            </w:r>
          </w:p>
        </w:tc>
      </w:tr>
      <w:tr w:rsidR="008D0AC9" w14:paraId="69E56232" w14:textId="77777777">
        <w:trPr>
          <w:jc w:val="center"/>
        </w:trPr>
        <w:tc>
          <w:tcPr>
            <w:tcW w:w="5169" w:type="dxa"/>
            <w:tcMar>
              <w:top w:w="35" w:type="dxa"/>
              <w:left w:w="55" w:type="dxa"/>
              <w:bottom w:w="35" w:type="dxa"/>
              <w:right w:w="55" w:type="dxa"/>
            </w:tcMar>
            <w:vAlign w:val="center"/>
          </w:tcPr>
          <w:p w14:paraId="7B8BB6B7" w14:textId="77777777" w:rsidR="008D0AC9" w:rsidRDefault="00000000">
            <w:pPr>
              <w:spacing w:after="0"/>
            </w:pPr>
            <w:r>
              <w:rPr>
                <w:sz w:val="16"/>
              </w:rPr>
              <w:t>☐ Clinician / clinical researcher</w:t>
            </w:r>
          </w:p>
        </w:tc>
        <w:tc>
          <w:tcPr>
            <w:tcW w:w="5169" w:type="dxa"/>
            <w:tcMar>
              <w:top w:w="35" w:type="dxa"/>
              <w:left w:w="55" w:type="dxa"/>
              <w:bottom w:w="35" w:type="dxa"/>
              <w:right w:w="55" w:type="dxa"/>
            </w:tcMar>
            <w:vAlign w:val="center"/>
          </w:tcPr>
          <w:p w14:paraId="39ED9121" w14:textId="77777777" w:rsidR="008D0AC9" w:rsidRDefault="00000000">
            <w:pPr>
              <w:spacing w:after="0"/>
            </w:pPr>
            <w:r>
              <w:rPr>
                <w:sz w:val="16"/>
              </w:rPr>
              <w:t>☐ Technical or platform specialist</w:t>
            </w:r>
          </w:p>
        </w:tc>
      </w:tr>
      <w:tr w:rsidR="008D0AC9" w14:paraId="50C39A81" w14:textId="77777777">
        <w:trPr>
          <w:jc w:val="center"/>
        </w:trPr>
        <w:tc>
          <w:tcPr>
            <w:tcW w:w="5169" w:type="dxa"/>
            <w:tcMar>
              <w:top w:w="35" w:type="dxa"/>
              <w:left w:w="55" w:type="dxa"/>
              <w:bottom w:w="35" w:type="dxa"/>
              <w:right w:w="55" w:type="dxa"/>
            </w:tcMar>
            <w:vAlign w:val="center"/>
          </w:tcPr>
          <w:p w14:paraId="1FF515BF" w14:textId="77777777" w:rsidR="008D0AC9" w:rsidRDefault="00000000">
            <w:pPr>
              <w:spacing w:after="0"/>
            </w:pPr>
            <w:r>
              <w:rPr>
                <w:sz w:val="16"/>
              </w:rPr>
              <w:t>☐ Industry / innovation professional</w:t>
            </w:r>
          </w:p>
        </w:tc>
        <w:tc>
          <w:tcPr>
            <w:tcW w:w="5169" w:type="dxa"/>
            <w:tcMar>
              <w:top w:w="35" w:type="dxa"/>
              <w:left w:w="55" w:type="dxa"/>
              <w:bottom w:w="35" w:type="dxa"/>
              <w:right w:w="55" w:type="dxa"/>
            </w:tcMar>
            <w:vAlign w:val="center"/>
          </w:tcPr>
          <w:p w14:paraId="18500459" w14:textId="77777777" w:rsidR="008D0AC9" w:rsidRDefault="00000000">
            <w:pPr>
              <w:spacing w:after="0"/>
            </w:pPr>
            <w:r>
              <w:rPr>
                <w:sz w:val="16"/>
              </w:rPr>
              <w:t>☐ Other (please specify)</w:t>
            </w:r>
          </w:p>
        </w:tc>
      </w:tr>
    </w:tbl>
    <w:p w14:paraId="7B0B2E56" w14:textId="77777777" w:rsidR="008D0AC9" w:rsidRDefault="008D0AC9">
      <w:pPr>
        <w:spacing w:after="0"/>
      </w:pPr>
    </w:p>
    <w:tbl>
      <w:tblPr>
        <w:tblW w:w="0" w:type="auto"/>
        <w:jc w:val="center"/>
        <w:tblLayout w:type="fixed"/>
        <w:tblLook w:val="04A0" w:firstRow="1" w:lastRow="0" w:firstColumn="1" w:lastColumn="0" w:noHBand="0" w:noVBand="1"/>
      </w:tblPr>
      <w:tblGrid>
        <w:gridCol w:w="5169"/>
        <w:gridCol w:w="5169"/>
      </w:tblGrid>
      <w:tr w:rsidR="008D0AC9" w14:paraId="48024661" w14:textId="77777777">
        <w:trPr>
          <w:jc w:val="center"/>
        </w:trPr>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76FD9386" w14:textId="77777777" w:rsidR="008D0AC9" w:rsidRDefault="00000000">
            <w:pPr>
              <w:spacing w:after="0"/>
            </w:pPr>
            <w:r>
              <w:rPr>
                <w:b/>
                <w:color w:val="1F2937"/>
                <w:sz w:val="17"/>
              </w:rPr>
              <w:t>Minimum degree or training level</w:t>
            </w:r>
            <w:r>
              <w:rPr>
                <w:i/>
                <w:color w:val="6B7280"/>
                <w:sz w:val="14"/>
              </w:rPr>
              <w:t xml:space="preserve">  If applicable.</w:t>
            </w:r>
          </w:p>
          <w:p w14:paraId="7911664D" w14:textId="77777777" w:rsidR="008D0AC9" w:rsidRDefault="00000000">
            <w:pPr>
              <w:spacing w:before="20" w:after="0"/>
            </w:pPr>
            <w:r>
              <w:rPr>
                <w:i/>
                <w:color w:val="7B8794"/>
                <w:sz w:val="16"/>
              </w:rPr>
              <w:t>Click or tap here to enter text.</w:t>
            </w:r>
          </w:p>
        </w:tc>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2B8E8419" w14:textId="77777777" w:rsidR="008D0AC9" w:rsidRDefault="00000000">
            <w:pPr>
              <w:spacing w:after="0"/>
            </w:pPr>
            <w:r>
              <w:rPr>
                <w:b/>
                <w:color w:val="1F2937"/>
                <w:sz w:val="17"/>
              </w:rPr>
              <w:t>Preferred disciplinary background</w:t>
            </w:r>
          </w:p>
          <w:p w14:paraId="156E6AC2" w14:textId="77777777" w:rsidR="008D0AC9" w:rsidRDefault="00000000">
            <w:pPr>
              <w:spacing w:before="20" w:after="0"/>
            </w:pPr>
            <w:r>
              <w:rPr>
                <w:i/>
                <w:color w:val="7B8794"/>
                <w:sz w:val="16"/>
              </w:rPr>
              <w:t>Click or tap here to enter text.</w:t>
            </w:r>
          </w:p>
        </w:tc>
      </w:tr>
      <w:tr w:rsidR="008D0AC9" w14:paraId="1FC724CF" w14:textId="77777777">
        <w:trPr>
          <w:jc w:val="center"/>
        </w:trPr>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1A52D008" w14:textId="77777777" w:rsidR="008D0AC9" w:rsidRDefault="00000000">
            <w:pPr>
              <w:spacing w:after="0"/>
            </w:pPr>
            <w:r>
              <w:rPr>
                <w:b/>
                <w:color w:val="1F2937"/>
                <w:sz w:val="17"/>
              </w:rPr>
              <w:t>Language requirements</w:t>
            </w:r>
            <w:r>
              <w:rPr>
                <w:i/>
                <w:color w:val="6B7280"/>
                <w:sz w:val="14"/>
              </w:rPr>
              <w:t xml:space="preserve">  If any.</w:t>
            </w:r>
          </w:p>
          <w:p w14:paraId="76037FBF" w14:textId="77777777" w:rsidR="008D0AC9" w:rsidRDefault="00000000">
            <w:pPr>
              <w:spacing w:before="20" w:after="0"/>
            </w:pPr>
            <w:r>
              <w:rPr>
                <w:i/>
                <w:color w:val="7B8794"/>
                <w:sz w:val="16"/>
              </w:rPr>
              <w:t>Click or tap here to enter text.</w:t>
            </w:r>
          </w:p>
        </w:tc>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7F48AF1B" w14:textId="77777777" w:rsidR="008D0AC9" w:rsidRDefault="00000000">
            <w:pPr>
              <w:spacing w:after="0"/>
            </w:pPr>
            <w:r>
              <w:rPr>
                <w:b/>
                <w:color w:val="1F2937"/>
                <w:sz w:val="17"/>
              </w:rPr>
              <w:t>Eligibility or geographic restrictions</w:t>
            </w:r>
            <w:r>
              <w:rPr>
                <w:i/>
                <w:color w:val="6B7280"/>
                <w:sz w:val="14"/>
              </w:rPr>
              <w:t xml:space="preserve">  If any.</w:t>
            </w:r>
          </w:p>
          <w:p w14:paraId="22728E3B" w14:textId="77777777" w:rsidR="008D0AC9" w:rsidRDefault="00000000">
            <w:pPr>
              <w:spacing w:before="20" w:after="0"/>
            </w:pPr>
            <w:r>
              <w:rPr>
                <w:i/>
                <w:color w:val="7B8794"/>
                <w:sz w:val="16"/>
              </w:rPr>
              <w:t>Click or tap here to enter text.</w:t>
            </w:r>
          </w:p>
        </w:tc>
      </w:tr>
    </w:tbl>
    <w:p w14:paraId="35DBD598" w14:textId="77777777" w:rsidR="008D0AC9" w:rsidRDefault="008D0AC9">
      <w:pPr>
        <w:spacing w:after="0"/>
      </w:pPr>
    </w:p>
    <w:tbl>
      <w:tblPr>
        <w:tblW w:w="0" w:type="auto"/>
        <w:jc w:val="center"/>
        <w:tblLayout w:type="fixed"/>
        <w:tblLook w:val="04A0" w:firstRow="1" w:lastRow="0" w:firstColumn="1" w:lastColumn="0" w:noHBand="0" w:noVBand="1"/>
      </w:tblPr>
      <w:tblGrid>
        <w:gridCol w:w="10339"/>
      </w:tblGrid>
      <w:tr w:rsidR="008D0AC9" w14:paraId="41041FD9" w14:textId="77777777">
        <w:trPr>
          <w:jc w:val="center"/>
        </w:trPr>
        <w:tc>
          <w:tcPr>
            <w:tcW w:w="1033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4D9DEB21" w14:textId="77777777" w:rsidR="008D0AC9" w:rsidRDefault="00000000">
            <w:pPr>
              <w:spacing w:after="0"/>
            </w:pPr>
            <w:r>
              <w:rPr>
                <w:b/>
                <w:color w:val="1F2937"/>
                <w:sz w:val="17"/>
              </w:rPr>
              <w:t>Required skills, methods, qualifications, or experience</w:t>
            </w:r>
          </w:p>
          <w:p w14:paraId="3E5232B2" w14:textId="77777777" w:rsidR="008D0AC9" w:rsidRDefault="00000000">
            <w:pPr>
              <w:spacing w:before="20" w:after="0"/>
            </w:pPr>
            <w:r>
              <w:rPr>
                <w:i/>
                <w:color w:val="7B8794"/>
                <w:sz w:val="16"/>
              </w:rPr>
              <w:t>Click or tap here to enter text.</w:t>
            </w:r>
          </w:p>
          <w:p w14:paraId="726FAB1B" w14:textId="77777777" w:rsidR="008D0AC9" w:rsidRDefault="00000000">
            <w:pPr>
              <w:spacing w:after="0" w:line="192" w:lineRule="auto"/>
            </w:pPr>
            <w:r>
              <w:t xml:space="preserve"> </w:t>
            </w:r>
          </w:p>
        </w:tc>
      </w:tr>
    </w:tbl>
    <w:p w14:paraId="5646972E" w14:textId="77777777" w:rsidR="008D0AC9" w:rsidRDefault="008D0AC9">
      <w:pPr>
        <w:spacing w:after="0"/>
      </w:pPr>
    </w:p>
    <w:tbl>
      <w:tblPr>
        <w:tblW w:w="0" w:type="auto"/>
        <w:jc w:val="center"/>
        <w:tblLayout w:type="fixed"/>
        <w:tblLook w:val="04A0" w:firstRow="1" w:lastRow="0" w:firstColumn="1" w:lastColumn="0" w:noHBand="0" w:noVBand="1"/>
      </w:tblPr>
      <w:tblGrid>
        <w:gridCol w:w="10339"/>
      </w:tblGrid>
      <w:tr w:rsidR="008D0AC9" w14:paraId="36E4E7A6" w14:textId="77777777">
        <w:trPr>
          <w:jc w:val="center"/>
        </w:trPr>
        <w:tc>
          <w:tcPr>
            <w:tcW w:w="1033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6D22A742" w14:textId="77777777" w:rsidR="008D0AC9" w:rsidRDefault="00000000">
            <w:pPr>
              <w:spacing w:after="0"/>
            </w:pPr>
            <w:r>
              <w:rPr>
                <w:b/>
                <w:color w:val="1F2937"/>
                <w:sz w:val="17"/>
              </w:rPr>
              <w:t>Preferred or additional qualifications</w:t>
            </w:r>
          </w:p>
          <w:p w14:paraId="6577903A" w14:textId="77777777" w:rsidR="008D0AC9" w:rsidRDefault="00000000">
            <w:pPr>
              <w:spacing w:before="20" w:after="0"/>
            </w:pPr>
            <w:r>
              <w:rPr>
                <w:i/>
                <w:color w:val="7B8794"/>
                <w:sz w:val="16"/>
              </w:rPr>
              <w:t>Click or tap here to enter text.</w:t>
            </w:r>
          </w:p>
        </w:tc>
      </w:tr>
    </w:tbl>
    <w:p w14:paraId="06979856" w14:textId="77777777" w:rsidR="008D0AC9" w:rsidRDefault="008D0AC9">
      <w:pPr>
        <w:spacing w:after="0"/>
      </w:pPr>
    </w:p>
    <w:p w14:paraId="00BBC43B" w14:textId="77777777" w:rsidR="008D0AC9" w:rsidRDefault="00000000">
      <w:pPr>
        <w:keepNext/>
        <w:spacing w:before="100" w:after="80"/>
      </w:pPr>
      <w:r>
        <w:rPr>
          <w:b/>
          <w:color w:val="0B5CAD"/>
          <w:sz w:val="29"/>
        </w:rPr>
        <w:t>E. Position / Program Details</w:t>
      </w:r>
    </w:p>
    <w:tbl>
      <w:tblPr>
        <w:tblW w:w="0" w:type="auto"/>
        <w:jc w:val="center"/>
        <w:tblLayout w:type="fixed"/>
        <w:tblLook w:val="04A0" w:firstRow="1" w:lastRow="0" w:firstColumn="1" w:lastColumn="0" w:noHBand="0" w:noVBand="1"/>
      </w:tblPr>
      <w:tblGrid>
        <w:gridCol w:w="5169"/>
        <w:gridCol w:w="5169"/>
      </w:tblGrid>
      <w:tr w:rsidR="008D0AC9" w14:paraId="004227B9" w14:textId="77777777">
        <w:trPr>
          <w:jc w:val="center"/>
        </w:trPr>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3E63CC9F" w14:textId="77777777" w:rsidR="008D0AC9" w:rsidRDefault="00000000">
            <w:pPr>
              <w:spacing w:after="0"/>
            </w:pPr>
            <w:r>
              <w:rPr>
                <w:b/>
                <w:color w:val="1F2937"/>
                <w:sz w:val="17"/>
              </w:rPr>
              <w:t>Primary location</w:t>
            </w:r>
            <w:r>
              <w:rPr>
                <w:i/>
                <w:color w:val="6B7280"/>
                <w:sz w:val="14"/>
              </w:rPr>
              <w:t xml:space="preserve">  Country / city / institution</w:t>
            </w:r>
          </w:p>
          <w:p w14:paraId="15ADCAA7" w14:textId="77777777" w:rsidR="008D0AC9" w:rsidRDefault="00000000">
            <w:pPr>
              <w:spacing w:before="20" w:after="0"/>
            </w:pPr>
            <w:r>
              <w:rPr>
                <w:i/>
                <w:color w:val="7B8794"/>
                <w:sz w:val="16"/>
              </w:rPr>
              <w:t>Click or tap here to enter text.</w:t>
            </w:r>
          </w:p>
        </w:tc>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47443445" w14:textId="77777777" w:rsidR="008D0AC9" w:rsidRDefault="00000000">
            <w:pPr>
              <w:spacing w:after="0"/>
            </w:pPr>
            <w:r>
              <w:rPr>
                <w:b/>
                <w:color w:val="1F2937"/>
                <w:sz w:val="17"/>
              </w:rPr>
              <w:t>Work / participation mode</w:t>
            </w:r>
            <w:r>
              <w:rPr>
                <w:i/>
                <w:color w:val="6B7280"/>
                <w:sz w:val="14"/>
              </w:rPr>
              <w:t xml:space="preserve">  On-site / Hybrid / Remote / To be determined</w:t>
            </w:r>
          </w:p>
          <w:p w14:paraId="1E961F79" w14:textId="77777777" w:rsidR="008D0AC9" w:rsidRDefault="00000000">
            <w:pPr>
              <w:spacing w:before="20" w:after="0"/>
            </w:pPr>
            <w:r>
              <w:rPr>
                <w:i/>
                <w:color w:val="7B8794"/>
                <w:sz w:val="16"/>
              </w:rPr>
              <w:t>Click or tap here to enter text.</w:t>
            </w:r>
          </w:p>
        </w:tc>
      </w:tr>
      <w:tr w:rsidR="008D0AC9" w14:paraId="408F71E1" w14:textId="77777777">
        <w:trPr>
          <w:jc w:val="center"/>
        </w:trPr>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04FA919E" w14:textId="77777777" w:rsidR="008D0AC9" w:rsidRDefault="00000000">
            <w:pPr>
              <w:spacing w:after="0"/>
            </w:pPr>
            <w:r>
              <w:rPr>
                <w:b/>
                <w:color w:val="1F2937"/>
                <w:sz w:val="17"/>
              </w:rPr>
              <w:t>Expected start date</w:t>
            </w:r>
          </w:p>
          <w:p w14:paraId="1BB110BA" w14:textId="77777777" w:rsidR="008D0AC9" w:rsidRDefault="00000000">
            <w:pPr>
              <w:spacing w:before="20" w:after="0"/>
            </w:pPr>
            <w:r>
              <w:rPr>
                <w:i/>
                <w:color w:val="7B8794"/>
                <w:sz w:val="16"/>
              </w:rPr>
              <w:t>Click or tap here to enter text.</w:t>
            </w:r>
          </w:p>
        </w:tc>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72DB6580" w14:textId="77777777" w:rsidR="008D0AC9" w:rsidRDefault="00000000">
            <w:pPr>
              <w:spacing w:after="0"/>
            </w:pPr>
            <w:r>
              <w:rPr>
                <w:b/>
                <w:color w:val="1F2937"/>
                <w:sz w:val="17"/>
              </w:rPr>
              <w:t>Application deadline</w:t>
            </w:r>
            <w:r>
              <w:rPr>
                <w:i/>
                <w:color w:val="6B7280"/>
                <w:sz w:val="14"/>
              </w:rPr>
              <w:t xml:space="preserve">  Or rolling review.</w:t>
            </w:r>
          </w:p>
          <w:p w14:paraId="65D1E6C8" w14:textId="77777777" w:rsidR="008D0AC9" w:rsidRDefault="00000000">
            <w:pPr>
              <w:spacing w:before="20" w:after="0"/>
            </w:pPr>
            <w:r>
              <w:rPr>
                <w:i/>
                <w:color w:val="7B8794"/>
                <w:sz w:val="16"/>
              </w:rPr>
              <w:t>Click or tap here to enter text.</w:t>
            </w:r>
          </w:p>
        </w:tc>
      </w:tr>
      <w:tr w:rsidR="008D0AC9" w14:paraId="5EF430DF" w14:textId="77777777">
        <w:trPr>
          <w:jc w:val="center"/>
        </w:trPr>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5A109BCE" w14:textId="77777777" w:rsidR="008D0AC9" w:rsidRDefault="00000000">
            <w:pPr>
              <w:spacing w:after="0"/>
            </w:pPr>
            <w:r>
              <w:rPr>
                <w:b/>
                <w:color w:val="1F2937"/>
                <w:sz w:val="17"/>
              </w:rPr>
              <w:t>Expected duration</w:t>
            </w:r>
          </w:p>
          <w:p w14:paraId="4A360A39" w14:textId="77777777" w:rsidR="008D0AC9" w:rsidRDefault="00000000">
            <w:pPr>
              <w:spacing w:before="20" w:after="0"/>
            </w:pPr>
            <w:r>
              <w:rPr>
                <w:i/>
                <w:color w:val="7B8794"/>
                <w:sz w:val="16"/>
              </w:rPr>
              <w:t>Click or tap here to enter text.</w:t>
            </w:r>
          </w:p>
        </w:tc>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16330520" w14:textId="77777777" w:rsidR="008D0AC9" w:rsidRDefault="00000000">
            <w:pPr>
              <w:spacing w:after="0"/>
            </w:pPr>
            <w:r>
              <w:rPr>
                <w:b/>
                <w:color w:val="1F2937"/>
                <w:sz w:val="17"/>
              </w:rPr>
              <w:t>Time commitment</w:t>
            </w:r>
            <w:r>
              <w:rPr>
                <w:i/>
                <w:color w:val="6B7280"/>
                <w:sz w:val="14"/>
              </w:rPr>
              <w:t xml:space="preserve">  Full-time / Part-time / Flexible / Other</w:t>
            </w:r>
          </w:p>
          <w:p w14:paraId="3E585CFD" w14:textId="77777777" w:rsidR="008D0AC9" w:rsidRDefault="00000000">
            <w:pPr>
              <w:spacing w:before="20" w:after="0"/>
            </w:pPr>
            <w:r>
              <w:rPr>
                <w:i/>
                <w:color w:val="7B8794"/>
                <w:sz w:val="16"/>
              </w:rPr>
              <w:t>Click or tap here to enter text.</w:t>
            </w:r>
          </w:p>
        </w:tc>
      </w:tr>
    </w:tbl>
    <w:p w14:paraId="5903C87B" w14:textId="77777777" w:rsidR="008D0AC9" w:rsidRDefault="008D0AC9">
      <w:pPr>
        <w:spacing w:after="0"/>
      </w:pPr>
    </w:p>
    <w:p w14:paraId="012EFEFD" w14:textId="77777777" w:rsidR="008D0AC9" w:rsidRDefault="00000000">
      <w:pPr>
        <w:keepNext/>
        <w:spacing w:before="60" w:after="40"/>
      </w:pPr>
      <w:r>
        <w:rPr>
          <w:b/>
          <w:color w:val="1F2937"/>
          <w:sz w:val="20"/>
        </w:rPr>
        <w:t>Funding / compensation / scholarship status</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169"/>
        <w:gridCol w:w="5169"/>
      </w:tblGrid>
      <w:tr w:rsidR="008D0AC9" w14:paraId="0AFB20DB" w14:textId="77777777">
        <w:trPr>
          <w:jc w:val="center"/>
        </w:trPr>
        <w:tc>
          <w:tcPr>
            <w:tcW w:w="5169" w:type="dxa"/>
            <w:tcMar>
              <w:top w:w="35" w:type="dxa"/>
              <w:left w:w="55" w:type="dxa"/>
              <w:bottom w:w="35" w:type="dxa"/>
              <w:right w:w="55" w:type="dxa"/>
            </w:tcMar>
            <w:vAlign w:val="center"/>
          </w:tcPr>
          <w:p w14:paraId="02F8DD65" w14:textId="77777777" w:rsidR="008D0AC9" w:rsidRDefault="00000000">
            <w:pPr>
              <w:spacing w:after="0"/>
            </w:pPr>
            <w:r>
              <w:rPr>
                <w:sz w:val="16"/>
              </w:rPr>
              <w:t>☐ Salary or employment compensation available</w:t>
            </w:r>
          </w:p>
        </w:tc>
        <w:tc>
          <w:tcPr>
            <w:tcW w:w="5169" w:type="dxa"/>
            <w:tcMar>
              <w:top w:w="35" w:type="dxa"/>
              <w:left w:w="55" w:type="dxa"/>
              <w:bottom w:w="35" w:type="dxa"/>
              <w:right w:w="55" w:type="dxa"/>
            </w:tcMar>
            <w:vAlign w:val="center"/>
          </w:tcPr>
          <w:p w14:paraId="205228FC" w14:textId="77777777" w:rsidR="008D0AC9" w:rsidRDefault="00000000">
            <w:pPr>
              <w:spacing w:after="0"/>
            </w:pPr>
            <w:r>
              <w:rPr>
                <w:sz w:val="16"/>
              </w:rPr>
              <w:t>☐ Stipend available</w:t>
            </w:r>
          </w:p>
        </w:tc>
      </w:tr>
      <w:tr w:rsidR="008D0AC9" w14:paraId="70E95DCB" w14:textId="77777777">
        <w:trPr>
          <w:jc w:val="center"/>
        </w:trPr>
        <w:tc>
          <w:tcPr>
            <w:tcW w:w="5169" w:type="dxa"/>
            <w:tcMar>
              <w:top w:w="35" w:type="dxa"/>
              <w:left w:w="55" w:type="dxa"/>
              <w:bottom w:w="35" w:type="dxa"/>
              <w:right w:w="55" w:type="dxa"/>
            </w:tcMar>
            <w:vAlign w:val="center"/>
          </w:tcPr>
          <w:p w14:paraId="5F281975" w14:textId="77777777" w:rsidR="008D0AC9" w:rsidRDefault="00000000">
            <w:pPr>
              <w:spacing w:after="0"/>
            </w:pPr>
            <w:r>
              <w:rPr>
                <w:sz w:val="16"/>
              </w:rPr>
              <w:t>☐ Scholarship or fellowship support available</w:t>
            </w:r>
          </w:p>
        </w:tc>
        <w:tc>
          <w:tcPr>
            <w:tcW w:w="5169" w:type="dxa"/>
            <w:tcMar>
              <w:top w:w="35" w:type="dxa"/>
              <w:left w:w="55" w:type="dxa"/>
              <w:bottom w:w="35" w:type="dxa"/>
              <w:right w:w="55" w:type="dxa"/>
            </w:tcMar>
            <w:vAlign w:val="center"/>
          </w:tcPr>
          <w:p w14:paraId="20657FED" w14:textId="77777777" w:rsidR="008D0AC9" w:rsidRDefault="00000000">
            <w:pPr>
              <w:spacing w:after="0"/>
            </w:pPr>
            <w:r>
              <w:rPr>
                <w:sz w:val="16"/>
              </w:rPr>
              <w:t>☐ Project or grant funding available</w:t>
            </w:r>
          </w:p>
        </w:tc>
      </w:tr>
      <w:tr w:rsidR="008D0AC9" w14:paraId="727C310F" w14:textId="77777777">
        <w:trPr>
          <w:jc w:val="center"/>
        </w:trPr>
        <w:tc>
          <w:tcPr>
            <w:tcW w:w="5169" w:type="dxa"/>
            <w:tcMar>
              <w:top w:w="35" w:type="dxa"/>
              <w:left w:w="55" w:type="dxa"/>
              <w:bottom w:w="35" w:type="dxa"/>
              <w:right w:w="55" w:type="dxa"/>
            </w:tcMar>
            <w:vAlign w:val="center"/>
          </w:tcPr>
          <w:p w14:paraId="43C02583" w14:textId="77777777" w:rsidR="008D0AC9" w:rsidRDefault="00000000">
            <w:pPr>
              <w:spacing w:after="0"/>
            </w:pPr>
            <w:r>
              <w:rPr>
                <w:sz w:val="16"/>
              </w:rPr>
              <w:t>☐ Host-institution support available</w:t>
            </w:r>
          </w:p>
        </w:tc>
        <w:tc>
          <w:tcPr>
            <w:tcW w:w="5169" w:type="dxa"/>
            <w:tcMar>
              <w:top w:w="35" w:type="dxa"/>
              <w:left w:w="55" w:type="dxa"/>
              <w:bottom w:w="35" w:type="dxa"/>
              <w:right w:w="55" w:type="dxa"/>
            </w:tcMar>
            <w:vAlign w:val="center"/>
          </w:tcPr>
          <w:p w14:paraId="3D6BFAAA" w14:textId="77777777" w:rsidR="008D0AC9" w:rsidRDefault="00000000">
            <w:pPr>
              <w:spacing w:after="0"/>
            </w:pPr>
            <w:r>
              <w:rPr>
                <w:sz w:val="16"/>
              </w:rPr>
              <w:t>☐ External funding expected or required</w:t>
            </w:r>
          </w:p>
        </w:tc>
      </w:tr>
      <w:tr w:rsidR="008D0AC9" w14:paraId="31B34E7C" w14:textId="77777777">
        <w:trPr>
          <w:jc w:val="center"/>
        </w:trPr>
        <w:tc>
          <w:tcPr>
            <w:tcW w:w="5169" w:type="dxa"/>
            <w:tcMar>
              <w:top w:w="35" w:type="dxa"/>
              <w:left w:w="55" w:type="dxa"/>
              <w:bottom w:w="35" w:type="dxa"/>
              <w:right w:w="55" w:type="dxa"/>
            </w:tcMar>
            <w:vAlign w:val="center"/>
          </w:tcPr>
          <w:p w14:paraId="2172FC78" w14:textId="77777777" w:rsidR="008D0AC9" w:rsidRDefault="00000000">
            <w:pPr>
              <w:spacing w:after="0"/>
            </w:pPr>
            <w:r>
              <w:rPr>
                <w:sz w:val="16"/>
              </w:rPr>
              <w:t>☐ Self-funded participation may be considered</w:t>
            </w:r>
          </w:p>
        </w:tc>
        <w:tc>
          <w:tcPr>
            <w:tcW w:w="5169" w:type="dxa"/>
            <w:tcMar>
              <w:top w:w="35" w:type="dxa"/>
              <w:left w:w="55" w:type="dxa"/>
              <w:bottom w:w="35" w:type="dxa"/>
              <w:right w:w="55" w:type="dxa"/>
            </w:tcMar>
            <w:vAlign w:val="center"/>
          </w:tcPr>
          <w:p w14:paraId="534C5059" w14:textId="77777777" w:rsidR="008D0AC9" w:rsidRDefault="00000000">
            <w:pPr>
              <w:spacing w:after="0"/>
            </w:pPr>
            <w:r>
              <w:rPr>
                <w:sz w:val="16"/>
              </w:rPr>
              <w:t>☐ Funding model to be determined</w:t>
            </w:r>
          </w:p>
        </w:tc>
      </w:tr>
      <w:tr w:rsidR="008D0AC9" w14:paraId="4303B330" w14:textId="77777777">
        <w:trPr>
          <w:jc w:val="center"/>
        </w:trPr>
        <w:tc>
          <w:tcPr>
            <w:tcW w:w="5169" w:type="dxa"/>
            <w:tcMar>
              <w:top w:w="35" w:type="dxa"/>
              <w:left w:w="55" w:type="dxa"/>
              <w:bottom w:w="35" w:type="dxa"/>
              <w:right w:w="55" w:type="dxa"/>
            </w:tcMar>
            <w:vAlign w:val="center"/>
          </w:tcPr>
          <w:p w14:paraId="46D6B0F4" w14:textId="77777777" w:rsidR="008D0AC9" w:rsidRDefault="00000000">
            <w:pPr>
              <w:spacing w:after="0"/>
            </w:pPr>
            <w:r>
              <w:rPr>
                <w:sz w:val="16"/>
              </w:rPr>
              <w:t>☐ Not applicable to this opportunity</w:t>
            </w:r>
          </w:p>
        </w:tc>
        <w:tc>
          <w:tcPr>
            <w:tcW w:w="5169" w:type="dxa"/>
            <w:tcMar>
              <w:top w:w="35" w:type="dxa"/>
              <w:left w:w="55" w:type="dxa"/>
              <w:bottom w:w="35" w:type="dxa"/>
              <w:right w:w="55" w:type="dxa"/>
            </w:tcMar>
            <w:vAlign w:val="center"/>
          </w:tcPr>
          <w:p w14:paraId="354F6C8A" w14:textId="77777777" w:rsidR="008D0AC9" w:rsidRDefault="00000000">
            <w:pPr>
              <w:spacing w:after="0"/>
            </w:pPr>
            <w:r>
              <w:rPr>
                <w:sz w:val="16"/>
              </w:rPr>
              <w:t>☐ Other (please specify)</w:t>
            </w:r>
          </w:p>
        </w:tc>
      </w:tr>
    </w:tbl>
    <w:p w14:paraId="7FFE1618" w14:textId="77777777" w:rsidR="008D0AC9" w:rsidRDefault="008D0AC9">
      <w:pPr>
        <w:spacing w:after="0"/>
      </w:pPr>
    </w:p>
    <w:tbl>
      <w:tblPr>
        <w:tblW w:w="0" w:type="auto"/>
        <w:jc w:val="center"/>
        <w:tblLayout w:type="fixed"/>
        <w:tblLook w:val="04A0" w:firstRow="1" w:lastRow="0" w:firstColumn="1" w:lastColumn="0" w:noHBand="0" w:noVBand="1"/>
      </w:tblPr>
      <w:tblGrid>
        <w:gridCol w:w="5169"/>
        <w:gridCol w:w="5169"/>
      </w:tblGrid>
      <w:tr w:rsidR="008D0AC9" w14:paraId="53ECA92A" w14:textId="77777777">
        <w:trPr>
          <w:jc w:val="center"/>
        </w:trPr>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51A298DE" w14:textId="77777777" w:rsidR="008D0AC9" w:rsidRDefault="00000000">
            <w:pPr>
              <w:spacing w:after="0"/>
            </w:pPr>
            <w:r>
              <w:rPr>
                <w:b/>
                <w:color w:val="1F2937"/>
                <w:sz w:val="17"/>
              </w:rPr>
              <w:t>Approximate funding / compensation information</w:t>
            </w:r>
            <w:r>
              <w:rPr>
                <w:i/>
                <w:color w:val="6B7280"/>
                <w:sz w:val="14"/>
              </w:rPr>
              <w:t xml:space="preserve">  Optional; include currency and range only if authorized.</w:t>
            </w:r>
          </w:p>
          <w:p w14:paraId="65CF6A1E" w14:textId="77777777" w:rsidR="008D0AC9" w:rsidRDefault="00000000">
            <w:pPr>
              <w:spacing w:before="20" w:after="0"/>
            </w:pPr>
            <w:r>
              <w:rPr>
                <w:i/>
                <w:color w:val="7B8794"/>
                <w:sz w:val="16"/>
              </w:rPr>
              <w:t>Click or tap here to enter text.</w:t>
            </w:r>
          </w:p>
        </w:tc>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6126E932" w14:textId="77777777" w:rsidR="008D0AC9" w:rsidRDefault="00000000">
            <w:pPr>
              <w:spacing w:after="0"/>
            </w:pPr>
            <w:r>
              <w:rPr>
                <w:b/>
                <w:color w:val="1F2937"/>
                <w:sz w:val="17"/>
              </w:rPr>
              <w:t>Immigration / visa support status</w:t>
            </w:r>
            <w:r>
              <w:rPr>
                <w:i/>
                <w:color w:val="6B7280"/>
                <w:sz w:val="14"/>
              </w:rPr>
              <w:t xml:space="preserve">  Available / Possible / Not available / Uncertain / Not applicable</w:t>
            </w:r>
          </w:p>
          <w:p w14:paraId="2CCD1D60" w14:textId="77777777" w:rsidR="008D0AC9" w:rsidRDefault="00000000">
            <w:pPr>
              <w:spacing w:before="20" w:after="0"/>
            </w:pPr>
            <w:r>
              <w:rPr>
                <w:i/>
                <w:color w:val="7B8794"/>
                <w:sz w:val="16"/>
              </w:rPr>
              <w:t>Click or tap here to enter text.</w:t>
            </w:r>
          </w:p>
        </w:tc>
      </w:tr>
    </w:tbl>
    <w:p w14:paraId="3922A06D" w14:textId="77777777" w:rsidR="008D0AC9" w:rsidRDefault="008D0AC9">
      <w:pPr>
        <w:spacing w:after="0"/>
      </w:pPr>
    </w:p>
    <w:p w14:paraId="00714C38" w14:textId="77777777" w:rsidR="008D0AC9" w:rsidRDefault="00000000">
      <w:r>
        <w:br w:type="page"/>
      </w:r>
    </w:p>
    <w:p w14:paraId="1585B2EC" w14:textId="77777777" w:rsidR="008D0AC9" w:rsidRDefault="00000000">
      <w:pPr>
        <w:keepNext/>
        <w:spacing w:before="100" w:after="80"/>
      </w:pPr>
      <w:r>
        <w:rPr>
          <w:b/>
          <w:color w:val="0B5CAD"/>
          <w:sz w:val="29"/>
        </w:rPr>
        <w:lastRenderedPageBreak/>
        <w:t>F. Application and Contact Pathway</w:t>
      </w:r>
    </w:p>
    <w:p w14:paraId="452DD284" w14:textId="77777777" w:rsidR="008D0AC9" w:rsidRDefault="00000000">
      <w:pPr>
        <w:keepNext/>
        <w:spacing w:before="60" w:after="40"/>
      </w:pPr>
      <w:r>
        <w:rPr>
          <w:b/>
          <w:color w:val="1F2937"/>
          <w:sz w:val="20"/>
        </w:rPr>
        <w:t>Preferred application / enquiry pathway</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0339"/>
      </w:tblGrid>
      <w:tr w:rsidR="008D0AC9" w14:paraId="1E814875" w14:textId="77777777">
        <w:trPr>
          <w:jc w:val="center"/>
        </w:trPr>
        <w:tc>
          <w:tcPr>
            <w:tcW w:w="10339" w:type="dxa"/>
            <w:tcMar>
              <w:top w:w="35" w:type="dxa"/>
              <w:left w:w="55" w:type="dxa"/>
              <w:bottom w:w="35" w:type="dxa"/>
              <w:right w:w="55" w:type="dxa"/>
            </w:tcMar>
            <w:vAlign w:val="center"/>
          </w:tcPr>
          <w:p w14:paraId="09F1DB93" w14:textId="77777777" w:rsidR="008D0AC9" w:rsidRDefault="00000000">
            <w:pPr>
              <w:spacing w:after="0"/>
            </w:pPr>
            <w:r>
              <w:rPr>
                <w:sz w:val="16"/>
              </w:rPr>
              <w:t>☐ Direct application to the host institution or laboratory</w:t>
            </w:r>
          </w:p>
        </w:tc>
      </w:tr>
      <w:tr w:rsidR="008D0AC9" w14:paraId="1187CF9D" w14:textId="77777777">
        <w:trPr>
          <w:jc w:val="center"/>
        </w:trPr>
        <w:tc>
          <w:tcPr>
            <w:tcW w:w="10339" w:type="dxa"/>
            <w:tcMar>
              <w:top w:w="35" w:type="dxa"/>
              <w:left w:w="55" w:type="dxa"/>
              <w:bottom w:w="35" w:type="dxa"/>
              <w:right w:w="55" w:type="dxa"/>
            </w:tcMar>
            <w:vAlign w:val="center"/>
          </w:tcPr>
          <w:p w14:paraId="60C570DE" w14:textId="77777777" w:rsidR="008D0AC9" w:rsidRDefault="00000000">
            <w:pPr>
              <w:spacing w:after="0"/>
            </w:pPr>
            <w:r>
              <w:rPr>
                <w:sz w:val="16"/>
              </w:rPr>
              <w:t>☐ Application through an official institutional recruitment portal</w:t>
            </w:r>
          </w:p>
        </w:tc>
      </w:tr>
      <w:tr w:rsidR="008D0AC9" w14:paraId="534B2A61" w14:textId="77777777">
        <w:trPr>
          <w:jc w:val="center"/>
        </w:trPr>
        <w:tc>
          <w:tcPr>
            <w:tcW w:w="10339" w:type="dxa"/>
            <w:tcMar>
              <w:top w:w="35" w:type="dxa"/>
              <w:left w:w="55" w:type="dxa"/>
              <w:bottom w:w="35" w:type="dxa"/>
              <w:right w:w="55" w:type="dxa"/>
            </w:tcMar>
            <w:vAlign w:val="center"/>
          </w:tcPr>
          <w:p w14:paraId="22348125" w14:textId="77777777" w:rsidR="008D0AC9" w:rsidRDefault="00000000">
            <w:pPr>
              <w:spacing w:after="0"/>
            </w:pPr>
            <w:r>
              <w:rPr>
                <w:sz w:val="16"/>
              </w:rPr>
              <w:t>☐ Preliminary enquiry through NBIIC-HI before direct application</w:t>
            </w:r>
          </w:p>
        </w:tc>
      </w:tr>
      <w:tr w:rsidR="008D0AC9" w14:paraId="3DD4CC49" w14:textId="77777777">
        <w:trPr>
          <w:jc w:val="center"/>
        </w:trPr>
        <w:tc>
          <w:tcPr>
            <w:tcW w:w="10339" w:type="dxa"/>
            <w:tcMar>
              <w:top w:w="35" w:type="dxa"/>
              <w:left w:w="55" w:type="dxa"/>
              <w:bottom w:w="35" w:type="dxa"/>
              <w:right w:w="55" w:type="dxa"/>
            </w:tcMar>
            <w:vAlign w:val="center"/>
          </w:tcPr>
          <w:p w14:paraId="05A59F16" w14:textId="77777777" w:rsidR="008D0AC9" w:rsidRDefault="00000000">
            <w:pPr>
              <w:spacing w:after="0"/>
            </w:pPr>
            <w:r>
              <w:rPr>
                <w:sz w:val="16"/>
              </w:rPr>
              <w:t>☐ NBIIC-HI may facilitate an initial introduction to the host contact</w:t>
            </w:r>
          </w:p>
        </w:tc>
      </w:tr>
      <w:tr w:rsidR="008D0AC9" w14:paraId="530404C5" w14:textId="77777777">
        <w:trPr>
          <w:jc w:val="center"/>
        </w:trPr>
        <w:tc>
          <w:tcPr>
            <w:tcW w:w="10339" w:type="dxa"/>
            <w:tcMar>
              <w:top w:w="35" w:type="dxa"/>
              <w:left w:w="55" w:type="dxa"/>
              <w:bottom w:w="35" w:type="dxa"/>
              <w:right w:w="55" w:type="dxa"/>
            </w:tcMar>
            <w:vAlign w:val="center"/>
          </w:tcPr>
          <w:p w14:paraId="27ADD653" w14:textId="77777777" w:rsidR="008D0AC9" w:rsidRDefault="00000000">
            <w:pPr>
              <w:spacing w:after="0"/>
            </w:pPr>
            <w:r>
              <w:rPr>
                <w:sz w:val="16"/>
              </w:rPr>
              <w:t>☐ Other (please specify)</w:t>
            </w:r>
          </w:p>
        </w:tc>
      </w:tr>
    </w:tbl>
    <w:p w14:paraId="5C37D281" w14:textId="77777777" w:rsidR="008D0AC9" w:rsidRDefault="008D0AC9">
      <w:pPr>
        <w:spacing w:after="0"/>
      </w:pPr>
    </w:p>
    <w:p w14:paraId="64939001" w14:textId="77777777" w:rsidR="008D0AC9" w:rsidRDefault="00000000">
      <w:pPr>
        <w:keepNext/>
        <w:spacing w:before="60" w:after="40"/>
      </w:pPr>
      <w:r>
        <w:rPr>
          <w:b/>
          <w:color w:val="1F2937"/>
          <w:sz w:val="20"/>
        </w:rPr>
        <w:t>Requested application materials  Select all that apply.</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169"/>
        <w:gridCol w:w="5169"/>
      </w:tblGrid>
      <w:tr w:rsidR="008D0AC9" w14:paraId="716CA62C" w14:textId="77777777">
        <w:trPr>
          <w:jc w:val="center"/>
        </w:trPr>
        <w:tc>
          <w:tcPr>
            <w:tcW w:w="5169" w:type="dxa"/>
            <w:tcMar>
              <w:top w:w="35" w:type="dxa"/>
              <w:left w:w="55" w:type="dxa"/>
              <w:bottom w:w="35" w:type="dxa"/>
              <w:right w:w="55" w:type="dxa"/>
            </w:tcMar>
            <w:vAlign w:val="center"/>
          </w:tcPr>
          <w:p w14:paraId="0C085AD8" w14:textId="77777777" w:rsidR="008D0AC9" w:rsidRDefault="00000000">
            <w:pPr>
              <w:spacing w:after="0"/>
            </w:pPr>
            <w:r>
              <w:rPr>
                <w:sz w:val="16"/>
              </w:rPr>
              <w:t>☐ Curriculum vitae / resume</w:t>
            </w:r>
          </w:p>
        </w:tc>
        <w:tc>
          <w:tcPr>
            <w:tcW w:w="5169" w:type="dxa"/>
            <w:tcMar>
              <w:top w:w="35" w:type="dxa"/>
              <w:left w:w="55" w:type="dxa"/>
              <w:bottom w:w="35" w:type="dxa"/>
              <w:right w:w="55" w:type="dxa"/>
            </w:tcMar>
            <w:vAlign w:val="center"/>
          </w:tcPr>
          <w:p w14:paraId="3791DA33" w14:textId="77777777" w:rsidR="008D0AC9" w:rsidRDefault="00000000">
            <w:pPr>
              <w:spacing w:after="0"/>
            </w:pPr>
            <w:r>
              <w:rPr>
                <w:sz w:val="16"/>
              </w:rPr>
              <w:t>☐ Cover letter / statement of interest</w:t>
            </w:r>
          </w:p>
        </w:tc>
      </w:tr>
      <w:tr w:rsidR="008D0AC9" w14:paraId="7C0B41AC" w14:textId="77777777">
        <w:trPr>
          <w:jc w:val="center"/>
        </w:trPr>
        <w:tc>
          <w:tcPr>
            <w:tcW w:w="5169" w:type="dxa"/>
            <w:tcMar>
              <w:top w:w="35" w:type="dxa"/>
              <w:left w:w="55" w:type="dxa"/>
              <w:bottom w:w="35" w:type="dxa"/>
              <w:right w:w="55" w:type="dxa"/>
            </w:tcMar>
            <w:vAlign w:val="center"/>
          </w:tcPr>
          <w:p w14:paraId="702FE968" w14:textId="77777777" w:rsidR="008D0AC9" w:rsidRDefault="00000000">
            <w:pPr>
              <w:spacing w:after="0"/>
            </w:pPr>
            <w:r>
              <w:rPr>
                <w:sz w:val="16"/>
              </w:rPr>
              <w:t>☐ Research statement or proposal</w:t>
            </w:r>
          </w:p>
        </w:tc>
        <w:tc>
          <w:tcPr>
            <w:tcW w:w="5169" w:type="dxa"/>
            <w:tcMar>
              <w:top w:w="35" w:type="dxa"/>
              <w:left w:w="55" w:type="dxa"/>
              <w:bottom w:w="35" w:type="dxa"/>
              <w:right w:w="55" w:type="dxa"/>
            </w:tcMar>
            <w:vAlign w:val="center"/>
          </w:tcPr>
          <w:p w14:paraId="791A2BB2" w14:textId="77777777" w:rsidR="008D0AC9" w:rsidRDefault="00000000">
            <w:pPr>
              <w:spacing w:after="0"/>
            </w:pPr>
            <w:r>
              <w:rPr>
                <w:sz w:val="16"/>
              </w:rPr>
              <w:t>☐ Selected publications / portfolio</w:t>
            </w:r>
          </w:p>
        </w:tc>
      </w:tr>
      <w:tr w:rsidR="008D0AC9" w14:paraId="3363D51F" w14:textId="77777777">
        <w:trPr>
          <w:jc w:val="center"/>
        </w:trPr>
        <w:tc>
          <w:tcPr>
            <w:tcW w:w="5169" w:type="dxa"/>
            <w:tcMar>
              <w:top w:w="35" w:type="dxa"/>
              <w:left w:w="55" w:type="dxa"/>
              <w:bottom w:w="35" w:type="dxa"/>
              <w:right w:w="55" w:type="dxa"/>
            </w:tcMar>
            <w:vAlign w:val="center"/>
          </w:tcPr>
          <w:p w14:paraId="56E366FC" w14:textId="77777777" w:rsidR="008D0AC9" w:rsidRDefault="00000000">
            <w:pPr>
              <w:spacing w:after="0"/>
            </w:pPr>
            <w:r>
              <w:rPr>
                <w:sz w:val="16"/>
              </w:rPr>
              <w:t>☐ Academic transcripts</w:t>
            </w:r>
          </w:p>
        </w:tc>
        <w:tc>
          <w:tcPr>
            <w:tcW w:w="5169" w:type="dxa"/>
            <w:tcMar>
              <w:top w:w="35" w:type="dxa"/>
              <w:left w:w="55" w:type="dxa"/>
              <w:bottom w:w="35" w:type="dxa"/>
              <w:right w:w="55" w:type="dxa"/>
            </w:tcMar>
            <w:vAlign w:val="center"/>
          </w:tcPr>
          <w:p w14:paraId="6CF2A2FE" w14:textId="77777777" w:rsidR="008D0AC9" w:rsidRDefault="00000000">
            <w:pPr>
              <w:spacing w:after="0"/>
            </w:pPr>
            <w:r>
              <w:rPr>
                <w:sz w:val="16"/>
              </w:rPr>
              <w:t>☐ Reference letters / referee contacts</w:t>
            </w:r>
          </w:p>
        </w:tc>
      </w:tr>
      <w:tr w:rsidR="008D0AC9" w14:paraId="1175A9FB" w14:textId="77777777">
        <w:trPr>
          <w:jc w:val="center"/>
        </w:trPr>
        <w:tc>
          <w:tcPr>
            <w:tcW w:w="5169" w:type="dxa"/>
            <w:tcMar>
              <w:top w:w="35" w:type="dxa"/>
              <w:left w:w="55" w:type="dxa"/>
              <w:bottom w:w="35" w:type="dxa"/>
              <w:right w:w="55" w:type="dxa"/>
            </w:tcMar>
            <w:vAlign w:val="center"/>
          </w:tcPr>
          <w:p w14:paraId="17F3E101" w14:textId="77777777" w:rsidR="008D0AC9" w:rsidRDefault="00000000">
            <w:pPr>
              <w:spacing w:after="0"/>
            </w:pPr>
            <w:r>
              <w:rPr>
                <w:sz w:val="16"/>
              </w:rPr>
              <w:t>☐ Proof of funding / scholarship</w:t>
            </w:r>
          </w:p>
        </w:tc>
        <w:tc>
          <w:tcPr>
            <w:tcW w:w="5169" w:type="dxa"/>
            <w:tcMar>
              <w:top w:w="35" w:type="dxa"/>
              <w:left w:w="55" w:type="dxa"/>
              <w:bottom w:w="35" w:type="dxa"/>
              <w:right w:w="55" w:type="dxa"/>
            </w:tcMar>
            <w:vAlign w:val="center"/>
          </w:tcPr>
          <w:p w14:paraId="020B9592" w14:textId="77777777" w:rsidR="008D0AC9" w:rsidRDefault="00000000">
            <w:pPr>
              <w:spacing w:after="0"/>
            </w:pPr>
            <w:r>
              <w:rPr>
                <w:sz w:val="16"/>
              </w:rPr>
              <w:t>☐ Other supporting materials</w:t>
            </w:r>
          </w:p>
        </w:tc>
      </w:tr>
    </w:tbl>
    <w:p w14:paraId="6A06AE8B" w14:textId="77777777" w:rsidR="008D0AC9" w:rsidRDefault="008D0AC9">
      <w:pPr>
        <w:spacing w:after="0"/>
      </w:pPr>
    </w:p>
    <w:tbl>
      <w:tblPr>
        <w:tblW w:w="0" w:type="auto"/>
        <w:jc w:val="center"/>
        <w:tblLayout w:type="fixed"/>
        <w:tblLook w:val="04A0" w:firstRow="1" w:lastRow="0" w:firstColumn="1" w:lastColumn="0" w:noHBand="0" w:noVBand="1"/>
      </w:tblPr>
      <w:tblGrid>
        <w:gridCol w:w="5169"/>
        <w:gridCol w:w="5169"/>
      </w:tblGrid>
      <w:tr w:rsidR="008D0AC9" w14:paraId="69C7B0A1" w14:textId="77777777">
        <w:trPr>
          <w:jc w:val="center"/>
        </w:trPr>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1D62E95C" w14:textId="77777777" w:rsidR="008D0AC9" w:rsidRDefault="00000000">
            <w:pPr>
              <w:spacing w:after="0"/>
            </w:pPr>
            <w:r>
              <w:rPr>
                <w:b/>
                <w:color w:val="1F2937"/>
                <w:sz w:val="17"/>
              </w:rPr>
              <w:t>Official application or opportunity URL</w:t>
            </w:r>
            <w:r>
              <w:rPr>
                <w:i/>
                <w:color w:val="6B7280"/>
                <w:sz w:val="14"/>
              </w:rPr>
              <w:t xml:space="preserve">  If available.</w:t>
            </w:r>
          </w:p>
          <w:p w14:paraId="769F203F" w14:textId="77777777" w:rsidR="008D0AC9" w:rsidRDefault="00000000">
            <w:pPr>
              <w:spacing w:before="20" w:after="0"/>
            </w:pPr>
            <w:r>
              <w:rPr>
                <w:i/>
                <w:color w:val="7B8794"/>
                <w:sz w:val="16"/>
              </w:rPr>
              <w:t>Click or tap here to enter text.</w:t>
            </w:r>
          </w:p>
        </w:tc>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51A50912" w14:textId="77777777" w:rsidR="008D0AC9" w:rsidRDefault="00000000">
            <w:pPr>
              <w:spacing w:after="0"/>
            </w:pPr>
            <w:r>
              <w:rPr>
                <w:b/>
                <w:color w:val="1F2937"/>
                <w:sz w:val="17"/>
              </w:rPr>
              <w:t>Application email / host contact</w:t>
            </w:r>
          </w:p>
          <w:p w14:paraId="4359DEDE" w14:textId="77777777" w:rsidR="008D0AC9" w:rsidRDefault="00000000">
            <w:pPr>
              <w:spacing w:before="20" w:after="0"/>
            </w:pPr>
            <w:r>
              <w:rPr>
                <w:i/>
                <w:color w:val="7B8794"/>
                <w:sz w:val="16"/>
              </w:rPr>
              <w:t>Click or tap here to enter text.</w:t>
            </w:r>
          </w:p>
        </w:tc>
      </w:tr>
    </w:tbl>
    <w:p w14:paraId="2CD0035B" w14:textId="77777777" w:rsidR="008D0AC9" w:rsidRDefault="008D0AC9">
      <w:pPr>
        <w:spacing w:after="0"/>
      </w:pPr>
    </w:p>
    <w:tbl>
      <w:tblPr>
        <w:tblW w:w="0" w:type="auto"/>
        <w:jc w:val="center"/>
        <w:tblLayout w:type="fixed"/>
        <w:tblLook w:val="04A0" w:firstRow="1" w:lastRow="0" w:firstColumn="1" w:lastColumn="0" w:noHBand="0" w:noVBand="1"/>
      </w:tblPr>
      <w:tblGrid>
        <w:gridCol w:w="10339"/>
      </w:tblGrid>
      <w:tr w:rsidR="008D0AC9" w14:paraId="57B36685" w14:textId="77777777">
        <w:trPr>
          <w:jc w:val="center"/>
        </w:trPr>
        <w:tc>
          <w:tcPr>
            <w:tcW w:w="1033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431D7EFE" w14:textId="77777777" w:rsidR="008D0AC9" w:rsidRDefault="00000000">
            <w:pPr>
              <w:spacing w:after="0"/>
            </w:pPr>
            <w:r>
              <w:rPr>
                <w:b/>
                <w:color w:val="1F2937"/>
                <w:sz w:val="17"/>
              </w:rPr>
              <w:t>Application instructions or additional notes</w:t>
            </w:r>
          </w:p>
          <w:p w14:paraId="5D9DB44F" w14:textId="77777777" w:rsidR="008D0AC9" w:rsidRDefault="00000000">
            <w:pPr>
              <w:spacing w:before="20" w:after="0"/>
            </w:pPr>
            <w:r>
              <w:rPr>
                <w:i/>
                <w:color w:val="7B8794"/>
                <w:sz w:val="16"/>
              </w:rPr>
              <w:t>Click or tap here to enter text.</w:t>
            </w:r>
          </w:p>
          <w:p w14:paraId="061B12F8" w14:textId="77777777" w:rsidR="008D0AC9" w:rsidRDefault="00000000">
            <w:pPr>
              <w:spacing w:after="0" w:line="192" w:lineRule="auto"/>
            </w:pPr>
            <w:r>
              <w:t xml:space="preserve"> </w:t>
            </w:r>
          </w:p>
        </w:tc>
      </w:tr>
    </w:tbl>
    <w:p w14:paraId="1870DF86" w14:textId="77777777" w:rsidR="008D0AC9" w:rsidRDefault="008D0AC9">
      <w:pPr>
        <w:spacing w:after="0"/>
      </w:pPr>
    </w:p>
    <w:p w14:paraId="3D3BDE0A" w14:textId="77777777" w:rsidR="008D0AC9" w:rsidRDefault="00000000">
      <w:pPr>
        <w:keepNext/>
        <w:spacing w:before="100" w:after="80"/>
      </w:pPr>
      <w:r>
        <w:rPr>
          <w:b/>
          <w:color w:val="0B5CAD"/>
          <w:sz w:val="29"/>
        </w:rPr>
        <w:t>G. Publication and NBIIC-HI Coordination Authorization</w:t>
      </w:r>
    </w:p>
    <w:p w14:paraId="3CC1EE9D" w14:textId="77777777" w:rsidR="008D0AC9" w:rsidRDefault="00000000">
      <w:pPr>
        <w:keepNext/>
        <w:spacing w:before="60" w:after="40"/>
      </w:pPr>
      <w:r>
        <w:rPr>
          <w:b/>
          <w:color w:val="1F2937"/>
          <w:sz w:val="20"/>
        </w:rPr>
        <w:t>Requested NBIIC-HI support  Select all that apply.</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169"/>
        <w:gridCol w:w="5169"/>
      </w:tblGrid>
      <w:tr w:rsidR="008D0AC9" w14:paraId="6C364357" w14:textId="77777777">
        <w:trPr>
          <w:jc w:val="center"/>
        </w:trPr>
        <w:tc>
          <w:tcPr>
            <w:tcW w:w="5169" w:type="dxa"/>
            <w:tcMar>
              <w:top w:w="35" w:type="dxa"/>
              <w:left w:w="55" w:type="dxa"/>
              <w:bottom w:w="35" w:type="dxa"/>
              <w:right w:w="55" w:type="dxa"/>
            </w:tcMar>
            <w:vAlign w:val="center"/>
          </w:tcPr>
          <w:p w14:paraId="76EBD3B9" w14:textId="77777777" w:rsidR="008D0AC9" w:rsidRDefault="00000000">
            <w:pPr>
              <w:spacing w:after="0"/>
            </w:pPr>
            <w:r>
              <w:rPr>
                <w:sz w:val="15"/>
              </w:rPr>
              <w:t>☐ Website publication</w:t>
            </w:r>
          </w:p>
        </w:tc>
        <w:tc>
          <w:tcPr>
            <w:tcW w:w="5169" w:type="dxa"/>
            <w:tcMar>
              <w:top w:w="35" w:type="dxa"/>
              <w:left w:w="55" w:type="dxa"/>
              <w:bottom w:w="35" w:type="dxa"/>
              <w:right w:w="55" w:type="dxa"/>
            </w:tcMar>
            <w:vAlign w:val="center"/>
          </w:tcPr>
          <w:p w14:paraId="5026667A" w14:textId="77777777" w:rsidR="008D0AC9" w:rsidRDefault="00000000">
            <w:pPr>
              <w:spacing w:after="0"/>
            </w:pPr>
            <w:r>
              <w:rPr>
                <w:sz w:val="15"/>
              </w:rPr>
              <w:t>☐ Talent &amp; Collaboration Network circulation</w:t>
            </w:r>
          </w:p>
        </w:tc>
      </w:tr>
      <w:tr w:rsidR="008D0AC9" w14:paraId="32FD2820" w14:textId="77777777">
        <w:trPr>
          <w:jc w:val="center"/>
        </w:trPr>
        <w:tc>
          <w:tcPr>
            <w:tcW w:w="5169" w:type="dxa"/>
            <w:tcMar>
              <w:top w:w="35" w:type="dxa"/>
              <w:left w:w="55" w:type="dxa"/>
              <w:bottom w:w="35" w:type="dxa"/>
              <w:right w:w="55" w:type="dxa"/>
            </w:tcMar>
            <w:vAlign w:val="center"/>
          </w:tcPr>
          <w:p w14:paraId="78C24575" w14:textId="77777777" w:rsidR="008D0AC9" w:rsidRDefault="00000000">
            <w:pPr>
              <w:spacing w:after="0"/>
            </w:pPr>
            <w:r>
              <w:rPr>
                <w:sz w:val="15"/>
              </w:rPr>
              <w:t>☐ Curated international opportunity listing</w:t>
            </w:r>
          </w:p>
        </w:tc>
        <w:tc>
          <w:tcPr>
            <w:tcW w:w="5169" w:type="dxa"/>
            <w:tcMar>
              <w:top w:w="35" w:type="dxa"/>
              <w:left w:w="55" w:type="dxa"/>
              <w:bottom w:w="35" w:type="dxa"/>
              <w:right w:w="55" w:type="dxa"/>
            </w:tcMar>
            <w:vAlign w:val="center"/>
          </w:tcPr>
          <w:p w14:paraId="4FEF8639" w14:textId="77777777" w:rsidR="008D0AC9" w:rsidRDefault="00000000">
            <w:pPr>
              <w:spacing w:after="0"/>
            </w:pPr>
            <w:r>
              <w:rPr>
                <w:sz w:val="15"/>
              </w:rPr>
              <w:t>☐ Candidate / collaborator identification</w:t>
            </w:r>
          </w:p>
        </w:tc>
      </w:tr>
      <w:tr w:rsidR="008D0AC9" w14:paraId="1ADA32BC" w14:textId="77777777">
        <w:trPr>
          <w:jc w:val="center"/>
        </w:trPr>
        <w:tc>
          <w:tcPr>
            <w:tcW w:w="5169" w:type="dxa"/>
            <w:tcMar>
              <w:top w:w="35" w:type="dxa"/>
              <w:left w:w="55" w:type="dxa"/>
              <w:bottom w:w="35" w:type="dxa"/>
              <w:right w:w="55" w:type="dxa"/>
            </w:tcMar>
            <w:vAlign w:val="center"/>
          </w:tcPr>
          <w:p w14:paraId="34F93149" w14:textId="77777777" w:rsidR="008D0AC9" w:rsidRDefault="00000000">
            <w:pPr>
              <w:spacing w:after="0"/>
            </w:pPr>
            <w:r>
              <w:rPr>
                <w:sz w:val="15"/>
              </w:rPr>
              <w:t>☐ Preliminary candidate / institution communication</w:t>
            </w:r>
          </w:p>
        </w:tc>
        <w:tc>
          <w:tcPr>
            <w:tcW w:w="5169" w:type="dxa"/>
            <w:tcMar>
              <w:top w:w="35" w:type="dxa"/>
              <w:left w:w="55" w:type="dxa"/>
              <w:bottom w:w="35" w:type="dxa"/>
              <w:right w:w="55" w:type="dxa"/>
            </w:tcMar>
            <w:vAlign w:val="center"/>
          </w:tcPr>
          <w:p w14:paraId="56E4994E" w14:textId="77777777" w:rsidR="008D0AC9" w:rsidRDefault="00000000">
            <w:pPr>
              <w:spacing w:after="0"/>
            </w:pPr>
            <w:r>
              <w:rPr>
                <w:sz w:val="15"/>
              </w:rPr>
              <w:t>☐ Visiting scholar / training coordination</w:t>
            </w:r>
          </w:p>
        </w:tc>
      </w:tr>
      <w:tr w:rsidR="008D0AC9" w14:paraId="6FAFC466" w14:textId="77777777">
        <w:trPr>
          <w:jc w:val="center"/>
        </w:trPr>
        <w:tc>
          <w:tcPr>
            <w:tcW w:w="5169" w:type="dxa"/>
            <w:tcMar>
              <w:top w:w="35" w:type="dxa"/>
              <w:left w:w="55" w:type="dxa"/>
              <w:bottom w:w="35" w:type="dxa"/>
              <w:right w:w="55" w:type="dxa"/>
            </w:tcMar>
            <w:vAlign w:val="center"/>
          </w:tcPr>
          <w:p w14:paraId="3FD91144" w14:textId="77777777" w:rsidR="008D0AC9" w:rsidRDefault="00000000">
            <w:pPr>
              <w:spacing w:after="0"/>
            </w:pPr>
            <w:r>
              <w:rPr>
                <w:sz w:val="15"/>
              </w:rPr>
              <w:t>☐ Other (please specify)</w:t>
            </w:r>
          </w:p>
        </w:tc>
        <w:tc>
          <w:tcPr>
            <w:tcW w:w="5169" w:type="dxa"/>
            <w:tcMar>
              <w:top w:w="35" w:type="dxa"/>
              <w:left w:w="55" w:type="dxa"/>
              <w:bottom w:w="35" w:type="dxa"/>
              <w:right w:w="55" w:type="dxa"/>
            </w:tcMar>
            <w:vAlign w:val="center"/>
          </w:tcPr>
          <w:p w14:paraId="057835AC" w14:textId="77777777" w:rsidR="008D0AC9" w:rsidRDefault="008D0AC9">
            <w:pPr>
              <w:spacing w:after="0"/>
            </w:pPr>
          </w:p>
        </w:tc>
      </w:tr>
    </w:tbl>
    <w:p w14:paraId="450E70BE" w14:textId="77777777" w:rsidR="008D0AC9" w:rsidRDefault="008D0AC9">
      <w:pPr>
        <w:spacing w:after="0"/>
      </w:pPr>
    </w:p>
    <w:p w14:paraId="5608143F" w14:textId="77777777" w:rsidR="008D0AC9" w:rsidRDefault="00000000">
      <w:pPr>
        <w:keepNext/>
        <w:spacing w:before="60" w:after="40"/>
      </w:pPr>
      <w:r>
        <w:rPr>
          <w:b/>
          <w:color w:val="1F2937"/>
          <w:sz w:val="20"/>
        </w:rPr>
        <w:t>Publication authorization</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169"/>
        <w:gridCol w:w="5169"/>
      </w:tblGrid>
      <w:tr w:rsidR="008D0AC9" w14:paraId="7BE1A0F4" w14:textId="77777777">
        <w:trPr>
          <w:jc w:val="center"/>
        </w:trPr>
        <w:tc>
          <w:tcPr>
            <w:tcW w:w="5169" w:type="dxa"/>
            <w:tcMar>
              <w:top w:w="35" w:type="dxa"/>
              <w:left w:w="55" w:type="dxa"/>
              <w:bottom w:w="35" w:type="dxa"/>
              <w:right w:w="55" w:type="dxa"/>
            </w:tcMar>
            <w:vAlign w:val="center"/>
          </w:tcPr>
          <w:p w14:paraId="0EFD8BF5" w14:textId="77777777" w:rsidR="008D0AC9" w:rsidRDefault="00000000">
            <w:pPr>
              <w:spacing w:after="0"/>
            </w:pPr>
            <w:r>
              <w:rPr>
                <w:sz w:val="15"/>
              </w:rPr>
              <w:t>☐ May publish after NBIIC-HI review.</w:t>
            </w:r>
          </w:p>
        </w:tc>
        <w:tc>
          <w:tcPr>
            <w:tcW w:w="5169" w:type="dxa"/>
            <w:tcMar>
              <w:top w:w="35" w:type="dxa"/>
              <w:left w:w="55" w:type="dxa"/>
              <w:bottom w:w="35" w:type="dxa"/>
              <w:right w:w="55" w:type="dxa"/>
            </w:tcMar>
            <w:vAlign w:val="center"/>
          </w:tcPr>
          <w:p w14:paraId="2FEEEC07" w14:textId="77777777" w:rsidR="008D0AC9" w:rsidRDefault="00000000">
            <w:pPr>
              <w:spacing w:after="0"/>
            </w:pPr>
            <w:r>
              <w:rPr>
                <w:sz w:val="15"/>
              </w:rPr>
              <w:t>☐ Send a draft public listing for confirmation before publication.</w:t>
            </w:r>
          </w:p>
        </w:tc>
      </w:tr>
      <w:tr w:rsidR="008D0AC9" w14:paraId="3890E388" w14:textId="77777777">
        <w:trPr>
          <w:jc w:val="center"/>
        </w:trPr>
        <w:tc>
          <w:tcPr>
            <w:tcW w:w="5169" w:type="dxa"/>
            <w:tcMar>
              <w:top w:w="35" w:type="dxa"/>
              <w:left w:w="55" w:type="dxa"/>
              <w:bottom w:w="35" w:type="dxa"/>
              <w:right w:w="55" w:type="dxa"/>
            </w:tcMar>
            <w:vAlign w:val="center"/>
          </w:tcPr>
          <w:p w14:paraId="19E8BDBC" w14:textId="77777777" w:rsidR="008D0AC9" w:rsidRDefault="00000000">
            <w:pPr>
              <w:spacing w:after="0"/>
            </w:pPr>
            <w:r>
              <w:rPr>
                <w:sz w:val="15"/>
              </w:rPr>
              <w:t>☐ NBIIC-HI may make non-substantive edits for clarity and web consistency.</w:t>
            </w:r>
          </w:p>
        </w:tc>
        <w:tc>
          <w:tcPr>
            <w:tcW w:w="5169" w:type="dxa"/>
            <w:tcMar>
              <w:top w:w="35" w:type="dxa"/>
              <w:left w:w="55" w:type="dxa"/>
              <w:bottom w:w="35" w:type="dxa"/>
              <w:right w:w="55" w:type="dxa"/>
            </w:tcMar>
            <w:vAlign w:val="center"/>
          </w:tcPr>
          <w:p w14:paraId="10C389FA" w14:textId="77777777" w:rsidR="008D0AC9" w:rsidRDefault="00000000">
            <w:pPr>
              <w:spacing w:after="0"/>
            </w:pPr>
            <w:r>
              <w:rPr>
                <w:sz w:val="15"/>
              </w:rPr>
              <w:t>☐ Contact the submitter before sharing beyond the NBIIC-HI website.</w:t>
            </w:r>
          </w:p>
        </w:tc>
      </w:tr>
    </w:tbl>
    <w:p w14:paraId="2975BC96" w14:textId="77777777" w:rsidR="008D0AC9" w:rsidRDefault="008D0AC9">
      <w:pPr>
        <w:spacing w:after="0"/>
      </w:pPr>
    </w:p>
    <w:tbl>
      <w:tblPr>
        <w:tblW w:w="0" w:type="auto"/>
        <w:jc w:val="center"/>
        <w:tblLayout w:type="fixed"/>
        <w:tblLook w:val="04A0" w:firstRow="1" w:lastRow="0" w:firstColumn="1" w:lastColumn="0" w:noHBand="0" w:noVBand="1"/>
      </w:tblPr>
      <w:tblGrid>
        <w:gridCol w:w="5169"/>
        <w:gridCol w:w="5169"/>
      </w:tblGrid>
      <w:tr w:rsidR="008D0AC9" w14:paraId="5B300E28" w14:textId="77777777">
        <w:trPr>
          <w:jc w:val="center"/>
        </w:trPr>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24D09AB7" w14:textId="77777777" w:rsidR="008D0AC9" w:rsidRDefault="00000000">
            <w:pPr>
              <w:spacing w:after="0"/>
            </w:pPr>
            <w:r>
              <w:rPr>
                <w:b/>
                <w:color w:val="1F2937"/>
                <w:sz w:val="17"/>
              </w:rPr>
              <w:t>Preferred public contact information</w:t>
            </w:r>
            <w:r>
              <w:rPr>
                <w:i/>
                <w:color w:val="6B7280"/>
                <w:sz w:val="14"/>
              </w:rPr>
              <w:t xml:space="preserve">  Email / URL / contact person</w:t>
            </w:r>
          </w:p>
          <w:p w14:paraId="71CC183F" w14:textId="77777777" w:rsidR="008D0AC9" w:rsidRDefault="00000000">
            <w:pPr>
              <w:spacing w:before="20" w:after="0"/>
            </w:pPr>
            <w:r>
              <w:rPr>
                <w:i/>
                <w:color w:val="7B8794"/>
                <w:sz w:val="16"/>
              </w:rPr>
              <w:t>Click or tap here to enter text.</w:t>
            </w:r>
          </w:p>
        </w:tc>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3DCB2AD0" w14:textId="77777777" w:rsidR="008D0AC9" w:rsidRDefault="00000000">
            <w:pPr>
              <w:spacing w:after="0"/>
            </w:pPr>
            <w:r>
              <w:rPr>
                <w:b/>
                <w:color w:val="1F2937"/>
                <w:sz w:val="17"/>
              </w:rPr>
              <w:t>Preferred listing expiry or review date</w:t>
            </w:r>
            <w:r>
              <w:rPr>
                <w:i/>
                <w:color w:val="6B7280"/>
                <w:sz w:val="14"/>
              </w:rPr>
              <w:t xml:space="preserve">  If not specified, NBIIC-HI may request periodic reconfirmation.</w:t>
            </w:r>
          </w:p>
          <w:p w14:paraId="36364634" w14:textId="77777777" w:rsidR="008D0AC9" w:rsidRDefault="00000000">
            <w:pPr>
              <w:spacing w:before="20" w:after="0"/>
            </w:pPr>
            <w:r>
              <w:rPr>
                <w:i/>
                <w:color w:val="7B8794"/>
                <w:sz w:val="16"/>
              </w:rPr>
              <w:t>Click or tap here to enter text.</w:t>
            </w:r>
          </w:p>
        </w:tc>
      </w:tr>
    </w:tbl>
    <w:p w14:paraId="5D9C097E" w14:textId="77777777" w:rsidR="008D0AC9" w:rsidRDefault="008D0AC9">
      <w:pPr>
        <w:spacing w:after="0"/>
      </w:pPr>
    </w:p>
    <w:p w14:paraId="4625155E" w14:textId="77777777" w:rsidR="008D0AC9" w:rsidRDefault="00000000">
      <w:pPr>
        <w:keepNext/>
        <w:spacing w:before="100" w:after="80"/>
      </w:pPr>
      <w:r>
        <w:rPr>
          <w:b/>
          <w:color w:val="0B5CAD"/>
          <w:sz w:val="29"/>
        </w:rPr>
        <w:t>H. Supporting Materials</w:t>
      </w:r>
    </w:p>
    <w:p w14:paraId="17B194E3" w14:textId="77777777" w:rsidR="008D0AC9" w:rsidRDefault="00000000">
      <w:pPr>
        <w:keepNext/>
        <w:spacing w:before="60" w:after="40"/>
      </w:pPr>
      <w:r>
        <w:rPr>
          <w:b/>
          <w:color w:val="1F2937"/>
          <w:sz w:val="20"/>
        </w:rPr>
        <w:t>Documents or materials included with this submission</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3446"/>
        <w:gridCol w:w="3446"/>
        <w:gridCol w:w="3446"/>
      </w:tblGrid>
      <w:tr w:rsidR="008D0AC9" w14:paraId="186D3770" w14:textId="77777777">
        <w:trPr>
          <w:jc w:val="center"/>
        </w:trPr>
        <w:tc>
          <w:tcPr>
            <w:tcW w:w="3446" w:type="dxa"/>
            <w:tcMar>
              <w:top w:w="35" w:type="dxa"/>
              <w:left w:w="55" w:type="dxa"/>
              <w:bottom w:w="35" w:type="dxa"/>
              <w:right w:w="55" w:type="dxa"/>
            </w:tcMar>
            <w:vAlign w:val="center"/>
          </w:tcPr>
          <w:p w14:paraId="12A984DC" w14:textId="77777777" w:rsidR="008D0AC9" w:rsidRDefault="00000000">
            <w:pPr>
              <w:spacing w:after="0"/>
            </w:pPr>
            <w:r>
              <w:rPr>
                <w:sz w:val="15"/>
              </w:rPr>
              <w:t>☐ Official opportunity notice</w:t>
            </w:r>
          </w:p>
        </w:tc>
        <w:tc>
          <w:tcPr>
            <w:tcW w:w="3446" w:type="dxa"/>
            <w:tcMar>
              <w:top w:w="35" w:type="dxa"/>
              <w:left w:w="55" w:type="dxa"/>
              <w:bottom w:w="35" w:type="dxa"/>
              <w:right w:w="55" w:type="dxa"/>
            </w:tcMar>
            <w:vAlign w:val="center"/>
          </w:tcPr>
          <w:p w14:paraId="0C5AAED6" w14:textId="77777777" w:rsidR="008D0AC9" w:rsidRDefault="00000000">
            <w:pPr>
              <w:spacing w:after="0"/>
            </w:pPr>
            <w:r>
              <w:rPr>
                <w:sz w:val="15"/>
              </w:rPr>
              <w:t>☐ Institution / laboratory profile</w:t>
            </w:r>
          </w:p>
        </w:tc>
        <w:tc>
          <w:tcPr>
            <w:tcW w:w="3446" w:type="dxa"/>
            <w:tcMar>
              <w:top w:w="35" w:type="dxa"/>
              <w:left w:w="55" w:type="dxa"/>
              <w:bottom w:w="35" w:type="dxa"/>
              <w:right w:w="55" w:type="dxa"/>
            </w:tcMar>
            <w:vAlign w:val="center"/>
          </w:tcPr>
          <w:p w14:paraId="0DF20317" w14:textId="77777777" w:rsidR="008D0AC9" w:rsidRDefault="00000000">
            <w:pPr>
              <w:spacing w:after="0"/>
            </w:pPr>
            <w:r>
              <w:rPr>
                <w:sz w:val="15"/>
              </w:rPr>
              <w:t>☐ PI / host profile</w:t>
            </w:r>
          </w:p>
        </w:tc>
      </w:tr>
      <w:tr w:rsidR="008D0AC9" w14:paraId="24E01907" w14:textId="77777777">
        <w:trPr>
          <w:jc w:val="center"/>
        </w:trPr>
        <w:tc>
          <w:tcPr>
            <w:tcW w:w="3446" w:type="dxa"/>
            <w:tcMar>
              <w:top w:w="35" w:type="dxa"/>
              <w:left w:w="55" w:type="dxa"/>
              <w:bottom w:w="35" w:type="dxa"/>
              <w:right w:w="55" w:type="dxa"/>
            </w:tcMar>
            <w:vAlign w:val="center"/>
          </w:tcPr>
          <w:p w14:paraId="30F4925D" w14:textId="77777777" w:rsidR="008D0AC9" w:rsidRDefault="00000000">
            <w:pPr>
              <w:spacing w:after="0"/>
            </w:pPr>
            <w:r>
              <w:rPr>
                <w:sz w:val="15"/>
              </w:rPr>
              <w:t>☐ Official recruitment / program webpage</w:t>
            </w:r>
          </w:p>
        </w:tc>
        <w:tc>
          <w:tcPr>
            <w:tcW w:w="3446" w:type="dxa"/>
            <w:tcMar>
              <w:top w:w="35" w:type="dxa"/>
              <w:left w:w="55" w:type="dxa"/>
              <w:bottom w:w="35" w:type="dxa"/>
              <w:right w:w="55" w:type="dxa"/>
            </w:tcMar>
            <w:vAlign w:val="center"/>
          </w:tcPr>
          <w:p w14:paraId="319FC8FC" w14:textId="77777777" w:rsidR="008D0AC9" w:rsidRDefault="00000000">
            <w:pPr>
              <w:spacing w:after="0"/>
            </w:pPr>
            <w:r>
              <w:rPr>
                <w:sz w:val="15"/>
              </w:rPr>
              <w:t>☐ Funding / scholarship information</w:t>
            </w:r>
          </w:p>
        </w:tc>
        <w:tc>
          <w:tcPr>
            <w:tcW w:w="3446" w:type="dxa"/>
            <w:tcMar>
              <w:top w:w="35" w:type="dxa"/>
              <w:left w:w="55" w:type="dxa"/>
              <w:bottom w:w="35" w:type="dxa"/>
              <w:right w:w="55" w:type="dxa"/>
            </w:tcMar>
            <w:vAlign w:val="center"/>
          </w:tcPr>
          <w:p w14:paraId="59EE4529" w14:textId="77777777" w:rsidR="008D0AC9" w:rsidRDefault="00000000">
            <w:pPr>
              <w:spacing w:after="0"/>
            </w:pPr>
            <w:r>
              <w:rPr>
                <w:sz w:val="15"/>
              </w:rPr>
              <w:t>☐ Authorized logo / visual material</w:t>
            </w:r>
          </w:p>
        </w:tc>
      </w:tr>
      <w:tr w:rsidR="008D0AC9" w14:paraId="0CFE1CF1" w14:textId="77777777">
        <w:trPr>
          <w:jc w:val="center"/>
        </w:trPr>
        <w:tc>
          <w:tcPr>
            <w:tcW w:w="3446" w:type="dxa"/>
            <w:tcMar>
              <w:top w:w="35" w:type="dxa"/>
              <w:left w:w="55" w:type="dxa"/>
              <w:bottom w:w="35" w:type="dxa"/>
              <w:right w:w="55" w:type="dxa"/>
            </w:tcMar>
            <w:vAlign w:val="center"/>
          </w:tcPr>
          <w:p w14:paraId="442CE0EF" w14:textId="77777777" w:rsidR="008D0AC9" w:rsidRDefault="00000000">
            <w:pPr>
              <w:spacing w:after="0"/>
            </w:pPr>
            <w:r>
              <w:rPr>
                <w:sz w:val="15"/>
              </w:rPr>
              <w:t>☐ Additional program information</w:t>
            </w:r>
          </w:p>
        </w:tc>
        <w:tc>
          <w:tcPr>
            <w:tcW w:w="3446" w:type="dxa"/>
            <w:tcMar>
              <w:top w:w="35" w:type="dxa"/>
              <w:left w:w="55" w:type="dxa"/>
              <w:bottom w:w="35" w:type="dxa"/>
              <w:right w:w="55" w:type="dxa"/>
            </w:tcMar>
            <w:vAlign w:val="center"/>
          </w:tcPr>
          <w:p w14:paraId="08BDFDEE" w14:textId="77777777" w:rsidR="008D0AC9" w:rsidRDefault="00000000">
            <w:pPr>
              <w:spacing w:after="0"/>
            </w:pPr>
            <w:r>
              <w:rPr>
                <w:sz w:val="15"/>
              </w:rPr>
              <w:t>☐ No supporting documents</w:t>
            </w:r>
          </w:p>
        </w:tc>
        <w:tc>
          <w:tcPr>
            <w:tcW w:w="3446" w:type="dxa"/>
            <w:tcMar>
              <w:top w:w="35" w:type="dxa"/>
              <w:left w:w="55" w:type="dxa"/>
              <w:bottom w:w="35" w:type="dxa"/>
              <w:right w:w="55" w:type="dxa"/>
            </w:tcMar>
            <w:vAlign w:val="center"/>
          </w:tcPr>
          <w:p w14:paraId="7BC34369" w14:textId="77777777" w:rsidR="008D0AC9" w:rsidRDefault="00000000">
            <w:pPr>
              <w:spacing w:after="0"/>
            </w:pPr>
            <w:r>
              <w:rPr>
                <w:sz w:val="15"/>
              </w:rPr>
              <w:t>☐ Other (please specify)</w:t>
            </w:r>
          </w:p>
        </w:tc>
      </w:tr>
    </w:tbl>
    <w:p w14:paraId="0BA8FE87" w14:textId="77777777" w:rsidR="008D0AC9" w:rsidRDefault="008D0AC9">
      <w:pPr>
        <w:spacing w:after="0"/>
      </w:pPr>
    </w:p>
    <w:tbl>
      <w:tblPr>
        <w:tblW w:w="0" w:type="auto"/>
        <w:jc w:val="center"/>
        <w:tblLayout w:type="fixed"/>
        <w:tblLook w:val="04A0" w:firstRow="1" w:lastRow="0" w:firstColumn="1" w:lastColumn="0" w:noHBand="0" w:noVBand="1"/>
      </w:tblPr>
      <w:tblGrid>
        <w:gridCol w:w="10339"/>
      </w:tblGrid>
      <w:tr w:rsidR="008D0AC9" w14:paraId="38E2E8DE" w14:textId="77777777">
        <w:trPr>
          <w:jc w:val="center"/>
        </w:trPr>
        <w:tc>
          <w:tcPr>
            <w:tcW w:w="1033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6D3944A0" w14:textId="77777777" w:rsidR="008D0AC9" w:rsidRDefault="00000000">
            <w:pPr>
              <w:spacing w:after="0"/>
            </w:pPr>
            <w:r>
              <w:rPr>
                <w:b/>
                <w:color w:val="1F2937"/>
                <w:sz w:val="17"/>
              </w:rPr>
              <w:t>List and describe attached documents, links, or references</w:t>
            </w:r>
          </w:p>
          <w:p w14:paraId="490AA82F" w14:textId="77777777" w:rsidR="008D0AC9" w:rsidRDefault="00000000">
            <w:pPr>
              <w:spacing w:before="20" w:after="0"/>
            </w:pPr>
            <w:r>
              <w:rPr>
                <w:i/>
                <w:color w:val="7B8794"/>
                <w:sz w:val="16"/>
              </w:rPr>
              <w:t>Click or tap here to enter text.</w:t>
            </w:r>
          </w:p>
        </w:tc>
      </w:tr>
    </w:tbl>
    <w:p w14:paraId="4677C14C" w14:textId="5316ED38" w:rsidR="008D0AC9" w:rsidRPr="00F114E9" w:rsidRDefault="00000000" w:rsidP="00F114E9">
      <w:pPr>
        <w:spacing w:before="20" w:after="0"/>
        <w:rPr>
          <w:rFonts w:eastAsia="SimSun" w:hint="eastAsia"/>
          <w:lang w:eastAsia="zh-CN"/>
        </w:rPr>
      </w:pPr>
      <w:r>
        <w:rPr>
          <w:i/>
          <w:color w:val="6B7280"/>
          <w:sz w:val="14"/>
        </w:rPr>
        <w:t>Document handling: Submit only materials you are authorized to share; sensitive or confidential materials should use an appropriate secure process.</w:t>
      </w:r>
    </w:p>
    <w:p w14:paraId="7B3F51AE" w14:textId="77777777" w:rsidR="008D0AC9" w:rsidRDefault="00000000">
      <w:pPr>
        <w:keepNext/>
        <w:spacing w:before="100" w:after="80"/>
      </w:pPr>
      <w:r>
        <w:rPr>
          <w:b/>
          <w:color w:val="0B5CAD"/>
          <w:sz w:val="29"/>
        </w:rPr>
        <w:lastRenderedPageBreak/>
        <w:t>I. Declaration, Authorization, and Responsibility</w:t>
      </w:r>
    </w:p>
    <w:p w14:paraId="472D6E95" w14:textId="77777777" w:rsidR="008D0AC9" w:rsidRDefault="00000000">
      <w:pPr>
        <w:keepNext/>
        <w:spacing w:before="60" w:after="40"/>
      </w:pPr>
      <w:r>
        <w:rPr>
          <w:b/>
          <w:color w:val="1F2937"/>
          <w:sz w:val="20"/>
        </w:rPr>
        <w:t>Applicant declaration</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0339"/>
      </w:tblGrid>
      <w:tr w:rsidR="008D0AC9" w14:paraId="2BFF0FFF" w14:textId="77777777">
        <w:trPr>
          <w:jc w:val="center"/>
        </w:trPr>
        <w:tc>
          <w:tcPr>
            <w:tcW w:w="10339" w:type="dxa"/>
            <w:tcMar>
              <w:top w:w="35" w:type="dxa"/>
              <w:left w:w="55" w:type="dxa"/>
              <w:bottom w:w="35" w:type="dxa"/>
              <w:right w:w="55" w:type="dxa"/>
            </w:tcMar>
            <w:vAlign w:val="center"/>
          </w:tcPr>
          <w:p w14:paraId="34F81309" w14:textId="77777777" w:rsidR="008D0AC9" w:rsidRDefault="00000000">
            <w:pPr>
              <w:spacing w:after="0"/>
            </w:pPr>
            <w:r>
              <w:rPr>
                <w:sz w:val="16"/>
              </w:rPr>
              <w:t>☐ I confirm that the information provided is accurate to the best of my knowledge.</w:t>
            </w:r>
          </w:p>
        </w:tc>
      </w:tr>
      <w:tr w:rsidR="008D0AC9" w14:paraId="1728E19F" w14:textId="77777777">
        <w:trPr>
          <w:jc w:val="center"/>
        </w:trPr>
        <w:tc>
          <w:tcPr>
            <w:tcW w:w="10339" w:type="dxa"/>
            <w:tcMar>
              <w:top w:w="35" w:type="dxa"/>
              <w:left w:w="55" w:type="dxa"/>
              <w:bottom w:w="35" w:type="dxa"/>
              <w:right w:w="55" w:type="dxa"/>
            </w:tcMar>
            <w:vAlign w:val="center"/>
          </w:tcPr>
          <w:p w14:paraId="7315674D" w14:textId="77777777" w:rsidR="008D0AC9" w:rsidRDefault="00000000">
            <w:pPr>
              <w:spacing w:after="0"/>
            </w:pPr>
            <w:r>
              <w:rPr>
                <w:sz w:val="16"/>
              </w:rPr>
              <w:t>☐ I confirm that I am authorized to submit this opportunity or have clearly disclosed the approval still required.</w:t>
            </w:r>
          </w:p>
        </w:tc>
      </w:tr>
      <w:tr w:rsidR="008D0AC9" w14:paraId="21CE107C" w14:textId="77777777">
        <w:trPr>
          <w:jc w:val="center"/>
        </w:trPr>
        <w:tc>
          <w:tcPr>
            <w:tcW w:w="10339" w:type="dxa"/>
            <w:tcMar>
              <w:top w:w="35" w:type="dxa"/>
              <w:left w:w="55" w:type="dxa"/>
              <w:bottom w:w="35" w:type="dxa"/>
              <w:right w:w="55" w:type="dxa"/>
            </w:tcMar>
            <w:vAlign w:val="center"/>
          </w:tcPr>
          <w:p w14:paraId="166452ED" w14:textId="77777777" w:rsidR="008D0AC9" w:rsidRDefault="00000000">
            <w:pPr>
              <w:spacing w:after="0"/>
            </w:pPr>
            <w:r>
              <w:rPr>
                <w:sz w:val="16"/>
              </w:rPr>
              <w:t>☐ I authorize NBIIC-HI to contact the submitting organization regarding this opportunity and related collaboration pathways.</w:t>
            </w:r>
          </w:p>
        </w:tc>
      </w:tr>
      <w:tr w:rsidR="008D0AC9" w14:paraId="3C26A089" w14:textId="77777777">
        <w:trPr>
          <w:jc w:val="center"/>
        </w:trPr>
        <w:tc>
          <w:tcPr>
            <w:tcW w:w="10339" w:type="dxa"/>
            <w:tcMar>
              <w:top w:w="35" w:type="dxa"/>
              <w:left w:w="55" w:type="dxa"/>
              <w:bottom w:w="35" w:type="dxa"/>
              <w:right w:w="55" w:type="dxa"/>
            </w:tcMar>
            <w:vAlign w:val="center"/>
          </w:tcPr>
          <w:p w14:paraId="795B3C56" w14:textId="77777777" w:rsidR="008D0AC9" w:rsidRDefault="00000000">
            <w:pPr>
              <w:spacing w:after="0"/>
            </w:pPr>
            <w:r>
              <w:rPr>
                <w:sz w:val="16"/>
              </w:rPr>
              <w:t>☐ I understand that submission does not guarantee publication, candidate referral, candidate quality, appointment, funding, institutional endorsement, or any specific outcome.</w:t>
            </w:r>
          </w:p>
        </w:tc>
      </w:tr>
      <w:tr w:rsidR="008D0AC9" w14:paraId="070D2725" w14:textId="77777777">
        <w:trPr>
          <w:jc w:val="center"/>
        </w:trPr>
        <w:tc>
          <w:tcPr>
            <w:tcW w:w="10339" w:type="dxa"/>
            <w:tcMar>
              <w:top w:w="35" w:type="dxa"/>
              <w:left w:w="55" w:type="dxa"/>
              <w:bottom w:w="35" w:type="dxa"/>
              <w:right w:w="55" w:type="dxa"/>
            </w:tcMar>
            <w:vAlign w:val="center"/>
          </w:tcPr>
          <w:p w14:paraId="30E973D3" w14:textId="77777777" w:rsidR="008D0AC9" w:rsidRDefault="00000000">
            <w:pPr>
              <w:spacing w:after="0"/>
            </w:pPr>
            <w:r>
              <w:rPr>
                <w:sz w:val="16"/>
              </w:rPr>
              <w:t>☐ I understand that the host / recruiting institution remains solely responsible for eligibility criteria, recruitment, selection, interviews, appointment, compensation, supervision, employment, scholarship decisions, immigration or visa matters, and all applicable institutional and legal requirements.</w:t>
            </w:r>
          </w:p>
        </w:tc>
      </w:tr>
      <w:tr w:rsidR="008D0AC9" w14:paraId="7CB8FE56" w14:textId="77777777">
        <w:trPr>
          <w:jc w:val="center"/>
        </w:trPr>
        <w:tc>
          <w:tcPr>
            <w:tcW w:w="10339" w:type="dxa"/>
            <w:tcMar>
              <w:top w:w="35" w:type="dxa"/>
              <w:left w:w="55" w:type="dxa"/>
              <w:bottom w:w="35" w:type="dxa"/>
              <w:right w:w="55" w:type="dxa"/>
            </w:tcMar>
            <w:vAlign w:val="center"/>
          </w:tcPr>
          <w:p w14:paraId="1EA3607B" w14:textId="77777777" w:rsidR="008D0AC9" w:rsidRDefault="00000000">
            <w:pPr>
              <w:spacing w:after="0"/>
            </w:pPr>
            <w:r>
              <w:rPr>
                <w:sz w:val="16"/>
              </w:rPr>
              <w:t>☐ I confirm that no identifiable patient information or improperly disclosed confidential material is included in this submission.</w:t>
            </w:r>
          </w:p>
        </w:tc>
      </w:tr>
      <w:tr w:rsidR="008D0AC9" w14:paraId="4B3F6BB7" w14:textId="77777777">
        <w:trPr>
          <w:jc w:val="center"/>
        </w:trPr>
        <w:tc>
          <w:tcPr>
            <w:tcW w:w="10339" w:type="dxa"/>
            <w:tcMar>
              <w:top w:w="35" w:type="dxa"/>
              <w:left w:w="55" w:type="dxa"/>
              <w:bottom w:w="35" w:type="dxa"/>
              <w:right w:w="55" w:type="dxa"/>
            </w:tcMar>
            <w:vAlign w:val="center"/>
          </w:tcPr>
          <w:p w14:paraId="60021729" w14:textId="77777777" w:rsidR="008D0AC9" w:rsidRDefault="00000000">
            <w:pPr>
              <w:spacing w:after="0"/>
            </w:pPr>
            <w:r>
              <w:rPr>
                <w:sz w:val="16"/>
              </w:rPr>
              <w:t>☐ I understand that publication or circulation by NBIIC-HI does not authorize the submitting organization to claim a formal NBIIC-HI partnership, endorsement, appointment, or representation unless separately approved in writing.</w:t>
            </w:r>
          </w:p>
        </w:tc>
      </w:tr>
    </w:tbl>
    <w:p w14:paraId="5B1433EE" w14:textId="77777777" w:rsidR="008D0AC9" w:rsidRDefault="008D0AC9">
      <w:pPr>
        <w:spacing w:after="0"/>
      </w:pPr>
    </w:p>
    <w:tbl>
      <w:tblPr>
        <w:tblW w:w="0" w:type="auto"/>
        <w:jc w:val="center"/>
        <w:tblLayout w:type="fixed"/>
        <w:tblLook w:val="04A0" w:firstRow="1" w:lastRow="0" w:firstColumn="1" w:lastColumn="0" w:noHBand="0" w:noVBand="1"/>
      </w:tblPr>
      <w:tblGrid>
        <w:gridCol w:w="5169"/>
        <w:gridCol w:w="5169"/>
      </w:tblGrid>
      <w:tr w:rsidR="008D0AC9" w14:paraId="500BB0D3" w14:textId="77777777">
        <w:trPr>
          <w:jc w:val="center"/>
        </w:trPr>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3119133E" w14:textId="77777777" w:rsidR="008D0AC9" w:rsidRDefault="00000000">
            <w:pPr>
              <w:spacing w:after="0"/>
            </w:pPr>
            <w:r>
              <w:rPr>
                <w:b/>
                <w:color w:val="1F2937"/>
                <w:sz w:val="17"/>
              </w:rPr>
              <w:t>Name of authorized submitter / representative</w:t>
            </w:r>
          </w:p>
          <w:p w14:paraId="2A040CF0" w14:textId="77777777" w:rsidR="008D0AC9" w:rsidRDefault="00000000">
            <w:pPr>
              <w:spacing w:before="20" w:after="0"/>
            </w:pPr>
            <w:r>
              <w:rPr>
                <w:i/>
                <w:color w:val="7B8794"/>
                <w:sz w:val="16"/>
              </w:rPr>
              <w:t>Click or tap here to enter text.</w:t>
            </w:r>
          </w:p>
        </w:tc>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78711DBD" w14:textId="77777777" w:rsidR="008D0AC9" w:rsidRDefault="00000000">
            <w:pPr>
              <w:spacing w:after="0"/>
            </w:pPr>
            <w:r>
              <w:rPr>
                <w:b/>
                <w:color w:val="1F2937"/>
                <w:sz w:val="17"/>
              </w:rPr>
              <w:t>Title / position</w:t>
            </w:r>
          </w:p>
          <w:p w14:paraId="268ED199" w14:textId="77777777" w:rsidR="008D0AC9" w:rsidRDefault="00000000">
            <w:pPr>
              <w:spacing w:before="20" w:after="0"/>
            </w:pPr>
            <w:r>
              <w:rPr>
                <w:i/>
                <w:color w:val="7B8794"/>
                <w:sz w:val="16"/>
              </w:rPr>
              <w:t>Click or tap here to enter text.</w:t>
            </w:r>
          </w:p>
        </w:tc>
      </w:tr>
      <w:tr w:rsidR="008D0AC9" w14:paraId="79332B5E" w14:textId="77777777">
        <w:trPr>
          <w:jc w:val="center"/>
        </w:trPr>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6B8B6B1D" w14:textId="77777777" w:rsidR="008D0AC9" w:rsidRDefault="00000000">
            <w:pPr>
              <w:spacing w:after="0"/>
            </w:pPr>
            <w:r>
              <w:rPr>
                <w:b/>
                <w:color w:val="1F2937"/>
                <w:sz w:val="17"/>
              </w:rPr>
              <w:t>Organization / department / laboratory</w:t>
            </w:r>
          </w:p>
          <w:p w14:paraId="5E9916EB" w14:textId="77777777" w:rsidR="008D0AC9" w:rsidRDefault="00000000">
            <w:pPr>
              <w:spacing w:before="20" w:after="0"/>
            </w:pPr>
            <w:r>
              <w:rPr>
                <w:i/>
                <w:color w:val="7B8794"/>
                <w:sz w:val="16"/>
              </w:rPr>
              <w:t>Click or tap here to enter text.</w:t>
            </w:r>
          </w:p>
        </w:tc>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3211180E" w14:textId="77777777" w:rsidR="008D0AC9" w:rsidRDefault="00000000">
            <w:pPr>
              <w:spacing w:after="0"/>
            </w:pPr>
            <w:r>
              <w:rPr>
                <w:b/>
                <w:color w:val="1F2937"/>
                <w:sz w:val="17"/>
              </w:rPr>
              <w:t>Institutional email</w:t>
            </w:r>
          </w:p>
          <w:p w14:paraId="54D48D07" w14:textId="77777777" w:rsidR="008D0AC9" w:rsidRDefault="00000000">
            <w:pPr>
              <w:spacing w:before="20" w:after="0"/>
            </w:pPr>
            <w:r>
              <w:rPr>
                <w:i/>
                <w:color w:val="7B8794"/>
                <w:sz w:val="16"/>
              </w:rPr>
              <w:t>Click or tap here to enter text.</w:t>
            </w:r>
          </w:p>
        </w:tc>
      </w:tr>
      <w:tr w:rsidR="008D0AC9" w14:paraId="19E02BE9" w14:textId="77777777">
        <w:trPr>
          <w:jc w:val="center"/>
        </w:trPr>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3B13AF95" w14:textId="77777777" w:rsidR="008D0AC9" w:rsidRDefault="00000000">
            <w:pPr>
              <w:spacing w:after="0"/>
            </w:pPr>
            <w:r>
              <w:rPr>
                <w:b/>
                <w:color w:val="1F2937"/>
                <w:sz w:val="17"/>
              </w:rPr>
              <w:t>Signature</w:t>
            </w:r>
            <w:r>
              <w:rPr>
                <w:i/>
                <w:color w:val="6B7280"/>
                <w:sz w:val="14"/>
              </w:rPr>
              <w:t xml:space="preserve">  Typed or handwritten.</w:t>
            </w:r>
          </w:p>
          <w:p w14:paraId="7D43B979" w14:textId="77777777" w:rsidR="008D0AC9" w:rsidRDefault="00000000">
            <w:pPr>
              <w:spacing w:before="20" w:after="0"/>
            </w:pPr>
            <w:r>
              <w:rPr>
                <w:i/>
                <w:color w:val="7B8794"/>
                <w:sz w:val="16"/>
              </w:rPr>
              <w:t>Click or tap here to enter text.</w:t>
            </w:r>
          </w:p>
        </w:tc>
        <w:tc>
          <w:tcPr>
            <w:tcW w:w="516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2A2F48B3" w14:textId="77777777" w:rsidR="008D0AC9" w:rsidRDefault="00000000">
            <w:pPr>
              <w:spacing w:after="0"/>
            </w:pPr>
            <w:r>
              <w:rPr>
                <w:b/>
                <w:color w:val="1F2937"/>
                <w:sz w:val="17"/>
              </w:rPr>
              <w:t>Date</w:t>
            </w:r>
          </w:p>
          <w:p w14:paraId="7304CAAC" w14:textId="77777777" w:rsidR="008D0AC9" w:rsidRDefault="00000000">
            <w:pPr>
              <w:spacing w:before="20" w:after="0"/>
            </w:pPr>
            <w:r>
              <w:rPr>
                <w:i/>
                <w:color w:val="7B8794"/>
                <w:sz w:val="16"/>
              </w:rPr>
              <w:t>Click or tap here to enter text.</w:t>
            </w:r>
          </w:p>
        </w:tc>
      </w:tr>
    </w:tbl>
    <w:p w14:paraId="48015433" w14:textId="77777777" w:rsidR="008D0AC9" w:rsidRDefault="008D0AC9">
      <w:pPr>
        <w:spacing w:after="0"/>
      </w:pPr>
    </w:p>
    <w:p w14:paraId="7607F819" w14:textId="77777777" w:rsidR="008D0AC9" w:rsidRDefault="00000000">
      <w:pPr>
        <w:keepNext/>
        <w:spacing w:before="60" w:after="40"/>
      </w:pPr>
      <w:r>
        <w:rPr>
          <w:b/>
          <w:color w:val="0B5CAD"/>
          <w:sz w:val="20"/>
        </w:rPr>
        <w:t>Submission Instructions</w:t>
      </w:r>
    </w:p>
    <w:p w14:paraId="2AC5D38A" w14:textId="77777777" w:rsidR="008D0AC9" w:rsidRDefault="00000000">
      <w:pPr>
        <w:spacing w:after="40"/>
      </w:pPr>
      <w:r>
        <w:rPr>
          <w:color w:val="1F2937"/>
          <w:sz w:val="17"/>
        </w:rPr>
        <w:t xml:space="preserve">Please submit the completed form and permitted supporting documents to </w:t>
      </w:r>
      <w:r>
        <w:rPr>
          <w:b/>
          <w:color w:val="0B5CAD"/>
          <w:sz w:val="17"/>
        </w:rPr>
        <w:t>admin@nbiic.ca</w:t>
      </w:r>
      <w:r>
        <w:rPr>
          <w:color w:val="1F2937"/>
          <w:sz w:val="17"/>
        </w:rPr>
        <w:t xml:space="preserve"> using the subject line:</w:t>
      </w:r>
    </w:p>
    <w:p w14:paraId="025123BD" w14:textId="77777777" w:rsidR="008D0AC9" w:rsidRDefault="00000000">
      <w:pPr>
        <w:spacing w:after="40"/>
        <w:ind w:left="259"/>
      </w:pPr>
      <w:r>
        <w:rPr>
          <w:b/>
          <w:color w:val="1F2937"/>
          <w:sz w:val="17"/>
        </w:rPr>
        <w:t>Talent &amp; Collaboration Opportunity Submission - [Institution / Laboratory / Opportunity Title]</w:t>
      </w:r>
    </w:p>
    <w:p w14:paraId="7DD4AB86" w14:textId="77777777" w:rsidR="008D0AC9" w:rsidRDefault="00000000">
      <w:r>
        <w:rPr>
          <w:sz w:val="16"/>
        </w:rPr>
        <w:t>NBIIC-HI may request clarification, additional authorization, or updated information before publication or circulation. Opportunities may be edited for clarity without changing substantive meaning and may be deferred, declined, expired, or removed as appropriate.</w:t>
      </w:r>
    </w:p>
    <w:tbl>
      <w:tblPr>
        <w:tblW w:w="0" w:type="auto"/>
        <w:jc w:val="center"/>
        <w:tblLayout w:type="fixed"/>
        <w:tblLook w:val="04A0" w:firstRow="1" w:lastRow="0" w:firstColumn="1" w:lastColumn="0" w:noHBand="0" w:noVBand="1"/>
      </w:tblPr>
      <w:tblGrid>
        <w:gridCol w:w="10339"/>
      </w:tblGrid>
      <w:tr w:rsidR="008D0AC9" w14:paraId="03561DEF" w14:textId="77777777">
        <w:trPr>
          <w:jc w:val="center"/>
        </w:trPr>
        <w:tc>
          <w:tcPr>
            <w:tcW w:w="10339" w:type="dxa"/>
            <w:tcBorders>
              <w:top w:val="single" w:sz="6" w:space="0" w:color="D7B55B"/>
              <w:left w:val="single" w:sz="6" w:space="0" w:color="D7B55B"/>
              <w:bottom w:val="single" w:sz="6" w:space="0" w:color="D7B55B"/>
              <w:right w:val="single" w:sz="6" w:space="0" w:color="D7B55B"/>
            </w:tcBorders>
            <w:shd w:val="clear" w:color="auto" w:fill="FFF9E8"/>
            <w:tcMar>
              <w:top w:w="110" w:type="dxa"/>
              <w:left w:w="115" w:type="dxa"/>
              <w:bottom w:w="105" w:type="dxa"/>
              <w:right w:w="115" w:type="dxa"/>
            </w:tcMar>
          </w:tcPr>
          <w:p w14:paraId="62C537C7" w14:textId="77777777" w:rsidR="008D0AC9" w:rsidRDefault="00000000">
            <w:pPr>
              <w:spacing w:after="30"/>
            </w:pPr>
            <w:r>
              <w:rPr>
                <w:b/>
                <w:color w:val="8A5A0A"/>
                <w:sz w:val="17"/>
              </w:rPr>
              <w:t xml:space="preserve">Independent responsibilities. </w:t>
            </w:r>
            <w:r>
              <w:rPr>
                <w:color w:val="1F2937"/>
                <w:sz w:val="17"/>
              </w:rPr>
              <w:t>NBIIC-HI acts as a coordinating, information, and international networking platform unless a separate written arrangement states otherwise. The host or recruiting institution remains responsible for recruitment, selection, eligibility, compensation, appointment, supervision, immigration, employment, insurance, taxation, research ethics, professional licensing, and other applicable legal or institutional requirements.</w:t>
            </w:r>
          </w:p>
          <w:p w14:paraId="42F9C70D" w14:textId="77777777" w:rsidR="008D0AC9" w:rsidRDefault="00000000">
            <w:pPr>
              <w:spacing w:after="30"/>
            </w:pPr>
            <w:r>
              <w:rPr>
                <w:b/>
                <w:color w:val="8A5A0A"/>
                <w:sz w:val="17"/>
              </w:rPr>
              <w:t xml:space="preserve">No guarantee of progression. </w:t>
            </w:r>
            <w:r>
              <w:rPr>
                <w:color w:val="1F2937"/>
                <w:sz w:val="17"/>
              </w:rPr>
              <w:t>Publication, preliminary matching, or an introduction does not guarantee employment, admission, funding, collaboration, visa eligibility, institutional acceptance, or project participation.</w:t>
            </w:r>
          </w:p>
        </w:tc>
      </w:tr>
    </w:tbl>
    <w:p w14:paraId="19C715FF" w14:textId="77777777" w:rsidR="008D0AC9" w:rsidRDefault="008D0AC9">
      <w:pPr>
        <w:spacing w:after="0"/>
      </w:pPr>
    </w:p>
    <w:p w14:paraId="05A385A6" w14:textId="77777777" w:rsidR="008D0AC9" w:rsidRDefault="00000000">
      <w:pPr>
        <w:keepNext/>
        <w:spacing w:before="100" w:after="80"/>
      </w:pPr>
      <w:r>
        <w:rPr>
          <w:b/>
          <w:color w:val="0B5CAD"/>
          <w:sz w:val="29"/>
        </w:rPr>
        <w:t>For NBIIC-HI Office Use Only</w:t>
      </w:r>
    </w:p>
    <w:tbl>
      <w:tblPr>
        <w:tblW w:w="0" w:type="auto"/>
        <w:jc w:val="center"/>
        <w:tblLayout w:type="fixed"/>
        <w:tblLook w:val="04A0" w:firstRow="1" w:lastRow="0" w:firstColumn="1" w:lastColumn="0" w:noHBand="0" w:noVBand="1"/>
      </w:tblPr>
      <w:tblGrid>
        <w:gridCol w:w="3311"/>
        <w:gridCol w:w="3311"/>
        <w:gridCol w:w="3715"/>
      </w:tblGrid>
      <w:tr w:rsidR="008D0AC9" w14:paraId="14503A67" w14:textId="77777777">
        <w:trPr>
          <w:jc w:val="center"/>
        </w:trPr>
        <w:tc>
          <w:tcPr>
            <w:tcW w:w="3311"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6D4AD2A5" w14:textId="77777777" w:rsidR="008D0AC9" w:rsidRDefault="00000000">
            <w:pPr>
              <w:spacing w:after="0"/>
            </w:pPr>
            <w:r>
              <w:rPr>
                <w:b/>
                <w:color w:val="1F2937"/>
                <w:sz w:val="17"/>
              </w:rPr>
              <w:t>Date received</w:t>
            </w:r>
          </w:p>
          <w:p w14:paraId="6A7FFD9F" w14:textId="77777777" w:rsidR="008D0AC9" w:rsidRDefault="00000000">
            <w:pPr>
              <w:spacing w:before="20" w:after="0"/>
            </w:pPr>
            <w:r>
              <w:rPr>
                <w:i/>
                <w:color w:val="7B8794"/>
                <w:sz w:val="16"/>
              </w:rPr>
              <w:t>Click or tap here to enter text.</w:t>
            </w:r>
          </w:p>
        </w:tc>
        <w:tc>
          <w:tcPr>
            <w:tcW w:w="3311"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4B31BC5D" w14:textId="77777777" w:rsidR="008D0AC9" w:rsidRDefault="00000000">
            <w:pPr>
              <w:spacing w:after="0"/>
            </w:pPr>
            <w:r>
              <w:rPr>
                <w:b/>
                <w:color w:val="1F2937"/>
                <w:sz w:val="17"/>
              </w:rPr>
              <w:t>Internal reference number</w:t>
            </w:r>
          </w:p>
          <w:p w14:paraId="4E142270" w14:textId="77777777" w:rsidR="008D0AC9" w:rsidRDefault="00000000">
            <w:pPr>
              <w:spacing w:before="20" w:after="0"/>
            </w:pPr>
            <w:r>
              <w:rPr>
                <w:i/>
                <w:color w:val="7B8794"/>
                <w:sz w:val="16"/>
              </w:rPr>
              <w:t>Click or tap here to enter text.</w:t>
            </w:r>
          </w:p>
        </w:tc>
        <w:tc>
          <w:tcPr>
            <w:tcW w:w="3715"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7579F6AE" w14:textId="77777777" w:rsidR="008D0AC9" w:rsidRDefault="00000000">
            <w:pPr>
              <w:spacing w:after="0"/>
            </w:pPr>
            <w:r>
              <w:rPr>
                <w:b/>
                <w:color w:val="1F2937"/>
                <w:sz w:val="17"/>
              </w:rPr>
              <w:t>Assigned reviewer / coordinator</w:t>
            </w:r>
          </w:p>
          <w:p w14:paraId="62F962CD" w14:textId="77777777" w:rsidR="008D0AC9" w:rsidRDefault="00000000">
            <w:pPr>
              <w:spacing w:before="20" w:after="0"/>
            </w:pPr>
            <w:r>
              <w:rPr>
                <w:i/>
                <w:color w:val="7B8794"/>
                <w:sz w:val="16"/>
              </w:rPr>
              <w:t>Click or tap here to enter text.</w:t>
            </w:r>
          </w:p>
        </w:tc>
      </w:tr>
    </w:tbl>
    <w:p w14:paraId="64DD326B" w14:textId="77777777" w:rsidR="008D0AC9" w:rsidRDefault="008D0AC9">
      <w:pPr>
        <w:spacing w:after="0"/>
      </w:pPr>
    </w:p>
    <w:p w14:paraId="14E42B22" w14:textId="77777777" w:rsidR="008D0AC9" w:rsidRDefault="00000000">
      <w:pPr>
        <w:keepNext/>
        <w:spacing w:before="60" w:after="40"/>
      </w:pPr>
      <w:r>
        <w:rPr>
          <w:b/>
          <w:color w:val="1F2937"/>
          <w:sz w:val="20"/>
        </w:rPr>
        <w:t>Initial assessment</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169"/>
        <w:gridCol w:w="5169"/>
      </w:tblGrid>
      <w:tr w:rsidR="008D0AC9" w14:paraId="2598DD7B" w14:textId="77777777">
        <w:trPr>
          <w:jc w:val="center"/>
        </w:trPr>
        <w:tc>
          <w:tcPr>
            <w:tcW w:w="5169" w:type="dxa"/>
            <w:tcMar>
              <w:top w:w="35" w:type="dxa"/>
              <w:left w:w="55" w:type="dxa"/>
              <w:bottom w:w="35" w:type="dxa"/>
              <w:right w:w="55" w:type="dxa"/>
            </w:tcMar>
            <w:vAlign w:val="center"/>
          </w:tcPr>
          <w:p w14:paraId="10577F49" w14:textId="77777777" w:rsidR="008D0AC9" w:rsidRDefault="00000000">
            <w:pPr>
              <w:spacing w:after="0"/>
            </w:pPr>
            <w:r>
              <w:rPr>
                <w:sz w:val="16"/>
              </w:rPr>
              <w:t>☐ Ready for publication / circulation</w:t>
            </w:r>
          </w:p>
        </w:tc>
        <w:tc>
          <w:tcPr>
            <w:tcW w:w="5169" w:type="dxa"/>
            <w:tcMar>
              <w:top w:w="35" w:type="dxa"/>
              <w:left w:w="55" w:type="dxa"/>
              <w:bottom w:w="35" w:type="dxa"/>
              <w:right w:w="55" w:type="dxa"/>
            </w:tcMar>
            <w:vAlign w:val="center"/>
          </w:tcPr>
          <w:p w14:paraId="07BAD563" w14:textId="77777777" w:rsidR="008D0AC9" w:rsidRDefault="00000000">
            <w:pPr>
              <w:spacing w:after="0"/>
            </w:pPr>
            <w:r>
              <w:rPr>
                <w:sz w:val="16"/>
              </w:rPr>
              <w:t>☐ Further information or authorization required</w:t>
            </w:r>
          </w:p>
        </w:tc>
      </w:tr>
      <w:tr w:rsidR="008D0AC9" w14:paraId="55E2E4BA" w14:textId="77777777">
        <w:trPr>
          <w:jc w:val="center"/>
        </w:trPr>
        <w:tc>
          <w:tcPr>
            <w:tcW w:w="5169" w:type="dxa"/>
            <w:tcMar>
              <w:top w:w="35" w:type="dxa"/>
              <w:left w:w="55" w:type="dxa"/>
              <w:bottom w:w="35" w:type="dxa"/>
              <w:right w:w="55" w:type="dxa"/>
            </w:tcMar>
            <w:vAlign w:val="center"/>
          </w:tcPr>
          <w:p w14:paraId="74757918" w14:textId="77777777" w:rsidR="008D0AC9" w:rsidRDefault="00000000">
            <w:pPr>
              <w:spacing w:after="0"/>
            </w:pPr>
            <w:r>
              <w:rPr>
                <w:sz w:val="16"/>
              </w:rPr>
              <w:t>☐ Potential candidate matching pathway</w:t>
            </w:r>
          </w:p>
        </w:tc>
        <w:tc>
          <w:tcPr>
            <w:tcW w:w="5169" w:type="dxa"/>
            <w:tcMar>
              <w:top w:w="35" w:type="dxa"/>
              <w:left w:w="55" w:type="dxa"/>
              <w:bottom w:w="35" w:type="dxa"/>
              <w:right w:w="55" w:type="dxa"/>
            </w:tcMar>
            <w:vAlign w:val="center"/>
          </w:tcPr>
          <w:p w14:paraId="59B37D83" w14:textId="77777777" w:rsidR="008D0AC9" w:rsidRDefault="00000000">
            <w:pPr>
              <w:spacing w:after="0"/>
            </w:pPr>
            <w:r>
              <w:rPr>
                <w:sz w:val="16"/>
              </w:rPr>
              <w:t>☐ Potential visiting scholar / training pathway</w:t>
            </w:r>
          </w:p>
        </w:tc>
      </w:tr>
      <w:tr w:rsidR="008D0AC9" w14:paraId="41ECE2A3" w14:textId="77777777">
        <w:trPr>
          <w:jc w:val="center"/>
        </w:trPr>
        <w:tc>
          <w:tcPr>
            <w:tcW w:w="5169" w:type="dxa"/>
            <w:tcMar>
              <w:top w:w="35" w:type="dxa"/>
              <w:left w:w="55" w:type="dxa"/>
              <w:bottom w:w="35" w:type="dxa"/>
              <w:right w:w="55" w:type="dxa"/>
            </w:tcMar>
            <w:vAlign w:val="center"/>
          </w:tcPr>
          <w:p w14:paraId="7C6DA11D" w14:textId="77777777" w:rsidR="008D0AC9" w:rsidRDefault="00000000">
            <w:pPr>
              <w:spacing w:after="0"/>
            </w:pPr>
            <w:r>
              <w:rPr>
                <w:sz w:val="16"/>
              </w:rPr>
              <w:t>☐ Potential research collaborator pathway</w:t>
            </w:r>
          </w:p>
        </w:tc>
        <w:tc>
          <w:tcPr>
            <w:tcW w:w="5169" w:type="dxa"/>
            <w:tcMar>
              <w:top w:w="35" w:type="dxa"/>
              <w:left w:w="55" w:type="dxa"/>
              <w:bottom w:w="35" w:type="dxa"/>
              <w:right w:w="55" w:type="dxa"/>
            </w:tcMar>
            <w:vAlign w:val="center"/>
          </w:tcPr>
          <w:p w14:paraId="14CAC4CE" w14:textId="77777777" w:rsidR="008D0AC9" w:rsidRDefault="00000000">
            <w:pPr>
              <w:spacing w:after="0"/>
            </w:pPr>
            <w:r>
              <w:rPr>
                <w:sz w:val="16"/>
              </w:rPr>
              <w:t>☐ Potential talent-pool opportunity</w:t>
            </w:r>
          </w:p>
        </w:tc>
      </w:tr>
      <w:tr w:rsidR="008D0AC9" w14:paraId="2D5A07CF" w14:textId="77777777">
        <w:trPr>
          <w:jc w:val="center"/>
        </w:trPr>
        <w:tc>
          <w:tcPr>
            <w:tcW w:w="5169" w:type="dxa"/>
            <w:tcMar>
              <w:top w:w="35" w:type="dxa"/>
              <w:left w:w="55" w:type="dxa"/>
              <w:bottom w:w="35" w:type="dxa"/>
              <w:right w:w="55" w:type="dxa"/>
            </w:tcMar>
            <w:vAlign w:val="center"/>
          </w:tcPr>
          <w:p w14:paraId="37BF4BDA" w14:textId="77777777" w:rsidR="008D0AC9" w:rsidRDefault="00000000">
            <w:pPr>
              <w:spacing w:after="0"/>
            </w:pPr>
            <w:r>
              <w:rPr>
                <w:sz w:val="16"/>
              </w:rPr>
              <w:t>☐ Hold for future review</w:t>
            </w:r>
          </w:p>
        </w:tc>
        <w:tc>
          <w:tcPr>
            <w:tcW w:w="5169" w:type="dxa"/>
            <w:tcMar>
              <w:top w:w="35" w:type="dxa"/>
              <w:left w:w="55" w:type="dxa"/>
              <w:bottom w:w="35" w:type="dxa"/>
              <w:right w:w="55" w:type="dxa"/>
            </w:tcMar>
            <w:vAlign w:val="center"/>
          </w:tcPr>
          <w:p w14:paraId="40CDAC5B" w14:textId="77777777" w:rsidR="008D0AC9" w:rsidRDefault="00000000">
            <w:pPr>
              <w:spacing w:after="0"/>
            </w:pPr>
            <w:r>
              <w:rPr>
                <w:sz w:val="16"/>
              </w:rPr>
              <w:t>☐ Redirect to another NBIIC-HI form or program</w:t>
            </w:r>
          </w:p>
        </w:tc>
      </w:tr>
      <w:tr w:rsidR="008D0AC9" w14:paraId="01472072" w14:textId="77777777">
        <w:trPr>
          <w:jc w:val="center"/>
        </w:trPr>
        <w:tc>
          <w:tcPr>
            <w:tcW w:w="5169" w:type="dxa"/>
            <w:tcMar>
              <w:top w:w="35" w:type="dxa"/>
              <w:left w:w="55" w:type="dxa"/>
              <w:bottom w:w="35" w:type="dxa"/>
              <w:right w:w="55" w:type="dxa"/>
            </w:tcMar>
            <w:vAlign w:val="center"/>
          </w:tcPr>
          <w:p w14:paraId="71EA677D" w14:textId="77777777" w:rsidR="008D0AC9" w:rsidRDefault="00000000">
            <w:pPr>
              <w:spacing w:after="0"/>
            </w:pPr>
            <w:r>
              <w:rPr>
                <w:sz w:val="16"/>
              </w:rPr>
              <w:t>☐ Not suitable for publication or further development at this stage</w:t>
            </w:r>
          </w:p>
        </w:tc>
        <w:tc>
          <w:tcPr>
            <w:tcW w:w="5169" w:type="dxa"/>
            <w:tcMar>
              <w:top w:w="35" w:type="dxa"/>
              <w:left w:w="55" w:type="dxa"/>
              <w:bottom w:w="35" w:type="dxa"/>
              <w:right w:w="55" w:type="dxa"/>
            </w:tcMar>
            <w:vAlign w:val="center"/>
          </w:tcPr>
          <w:p w14:paraId="489117B4" w14:textId="77777777" w:rsidR="008D0AC9" w:rsidRDefault="008D0AC9">
            <w:pPr>
              <w:spacing w:after="0"/>
            </w:pPr>
          </w:p>
        </w:tc>
      </w:tr>
    </w:tbl>
    <w:p w14:paraId="20B476E7" w14:textId="77777777" w:rsidR="008D0AC9" w:rsidRDefault="008D0AC9">
      <w:pPr>
        <w:spacing w:after="0"/>
      </w:pPr>
    </w:p>
    <w:tbl>
      <w:tblPr>
        <w:tblW w:w="0" w:type="auto"/>
        <w:jc w:val="center"/>
        <w:tblLayout w:type="fixed"/>
        <w:tblLook w:val="04A0" w:firstRow="1" w:lastRow="0" w:firstColumn="1" w:lastColumn="0" w:noHBand="0" w:noVBand="1"/>
      </w:tblPr>
      <w:tblGrid>
        <w:gridCol w:w="10339"/>
      </w:tblGrid>
      <w:tr w:rsidR="008D0AC9" w14:paraId="7A093A14" w14:textId="77777777">
        <w:trPr>
          <w:jc w:val="center"/>
        </w:trPr>
        <w:tc>
          <w:tcPr>
            <w:tcW w:w="10339" w:type="dxa"/>
            <w:tcBorders>
              <w:top w:val="single" w:sz="4" w:space="0" w:color="B7CBDD"/>
              <w:left w:val="single" w:sz="4" w:space="0" w:color="B7CBDD"/>
              <w:bottom w:val="single" w:sz="4" w:space="0" w:color="B7CBDD"/>
              <w:right w:val="single" w:sz="4" w:space="0" w:color="B7CBDD"/>
            </w:tcBorders>
            <w:shd w:val="clear" w:color="auto" w:fill="F3F8FC"/>
            <w:tcMar>
              <w:top w:w="85" w:type="dxa"/>
              <w:left w:w="105" w:type="dxa"/>
              <w:bottom w:w="85" w:type="dxa"/>
              <w:right w:w="105" w:type="dxa"/>
            </w:tcMar>
            <w:vAlign w:val="center"/>
          </w:tcPr>
          <w:p w14:paraId="46424C51" w14:textId="77777777" w:rsidR="008D0AC9" w:rsidRDefault="00000000">
            <w:pPr>
              <w:spacing w:after="0"/>
            </w:pPr>
            <w:r>
              <w:rPr>
                <w:b/>
                <w:color w:val="1F2937"/>
                <w:sz w:val="17"/>
              </w:rPr>
              <w:t>Internal review notes, publication status, expiry / review date, and next action</w:t>
            </w:r>
          </w:p>
          <w:p w14:paraId="7876A0F1" w14:textId="77777777" w:rsidR="008D0AC9" w:rsidRDefault="00000000">
            <w:pPr>
              <w:spacing w:before="20" w:after="0"/>
            </w:pPr>
            <w:r>
              <w:rPr>
                <w:i/>
                <w:color w:val="7B8794"/>
                <w:sz w:val="16"/>
              </w:rPr>
              <w:t>Click or tap here to enter text.</w:t>
            </w:r>
          </w:p>
        </w:tc>
      </w:tr>
    </w:tbl>
    <w:p w14:paraId="4F060D45" w14:textId="77777777" w:rsidR="008D0AC9" w:rsidRDefault="008D0AC9">
      <w:pPr>
        <w:spacing w:after="0"/>
      </w:pPr>
    </w:p>
    <w:sectPr w:rsidR="008D0AC9" w:rsidSect="00034616">
      <w:headerReference w:type="default" r:id="rId8"/>
      <w:footerReference w:type="default" r:id="rId9"/>
      <w:pgSz w:w="12240" w:h="15840"/>
      <w:pgMar w:top="691" w:right="936" w:bottom="749"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DA70B" w14:textId="77777777" w:rsidR="00841608" w:rsidRDefault="00841608">
      <w:pPr>
        <w:spacing w:after="0"/>
      </w:pPr>
      <w:r>
        <w:separator/>
      </w:r>
    </w:p>
  </w:endnote>
  <w:endnote w:type="continuationSeparator" w:id="0">
    <w:p w14:paraId="04D11BFF" w14:textId="77777777" w:rsidR="00841608" w:rsidRDefault="0084160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4C9D6" w14:textId="77777777" w:rsidR="008D0AC9" w:rsidRDefault="008D0AC9">
    <w:pPr>
      <w:pStyle w:val="a7"/>
    </w:pPr>
  </w:p>
  <w:tbl>
    <w:tblPr>
      <w:tblW w:w="0" w:type="auto"/>
      <w:jc w:val="center"/>
      <w:tblLayout w:type="fixed"/>
      <w:tblLook w:val="04A0" w:firstRow="1" w:lastRow="0" w:firstColumn="1" w:lastColumn="0" w:noHBand="0" w:noVBand="1"/>
    </w:tblPr>
    <w:tblGrid>
      <w:gridCol w:w="3456"/>
      <w:gridCol w:w="3456"/>
      <w:gridCol w:w="3456"/>
    </w:tblGrid>
    <w:tr w:rsidR="008D0AC9" w14:paraId="5B41B427" w14:textId="77777777">
      <w:trPr>
        <w:jc w:val="center"/>
      </w:trPr>
      <w:tc>
        <w:tcPr>
          <w:tcW w:w="3456" w:type="dxa"/>
          <w:tcBorders>
            <w:top w:val="single" w:sz="6" w:space="0" w:color="C8D6E5"/>
            <w:left w:val="nil"/>
            <w:bottom w:val="nil"/>
            <w:right w:val="nil"/>
          </w:tcBorders>
          <w:tcMar>
            <w:top w:w="40" w:type="dxa"/>
            <w:left w:w="20" w:type="dxa"/>
            <w:bottom w:w="0" w:type="dxa"/>
            <w:right w:w="20" w:type="dxa"/>
          </w:tcMar>
        </w:tcPr>
        <w:p w14:paraId="6A5FFDFE" w14:textId="77777777" w:rsidR="008D0AC9" w:rsidRDefault="00000000">
          <w:r>
            <w:rPr>
              <w:color w:val="5A646E"/>
              <w:sz w:val="14"/>
            </w:rPr>
            <w:t>NBIIC-TCOF-01 | Version 1.0</w:t>
          </w:r>
        </w:p>
      </w:tc>
      <w:tc>
        <w:tcPr>
          <w:tcW w:w="3456" w:type="dxa"/>
          <w:tcBorders>
            <w:top w:val="single" w:sz="6" w:space="0" w:color="C8D6E5"/>
            <w:left w:val="nil"/>
            <w:bottom w:val="nil"/>
            <w:right w:val="nil"/>
          </w:tcBorders>
          <w:tcMar>
            <w:top w:w="40" w:type="dxa"/>
            <w:left w:w="20" w:type="dxa"/>
            <w:bottom w:w="0" w:type="dxa"/>
            <w:right w:w="20" w:type="dxa"/>
          </w:tcMar>
        </w:tcPr>
        <w:p w14:paraId="7F9FEA1D" w14:textId="77777777" w:rsidR="008D0AC9" w:rsidRDefault="00000000">
          <w:pPr>
            <w:jc w:val="center"/>
          </w:pPr>
          <w:r>
            <w:rPr>
              <w:color w:val="5A646E"/>
              <w:sz w:val="14"/>
            </w:rPr>
            <w:t>www.nbiic.ca</w:t>
          </w:r>
        </w:p>
      </w:tc>
      <w:tc>
        <w:tcPr>
          <w:tcW w:w="3456" w:type="dxa"/>
          <w:tcBorders>
            <w:top w:val="single" w:sz="6" w:space="0" w:color="C8D6E5"/>
            <w:left w:val="nil"/>
            <w:bottom w:val="nil"/>
            <w:right w:val="nil"/>
          </w:tcBorders>
          <w:tcMar>
            <w:top w:w="40" w:type="dxa"/>
            <w:left w:w="20" w:type="dxa"/>
            <w:bottom w:w="0" w:type="dxa"/>
            <w:right w:w="20" w:type="dxa"/>
          </w:tcMar>
        </w:tcPr>
        <w:p w14:paraId="34E54981" w14:textId="77777777" w:rsidR="008D0AC9" w:rsidRDefault="00000000">
          <w:pPr>
            <w:jc w:val="right"/>
          </w:pPr>
          <w:r>
            <w:rPr>
              <w:color w:val="5A646E"/>
              <w:sz w:val="14"/>
            </w:rPr>
            <w:t>admin@nbiic.ca</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DB7C2" w14:textId="77777777" w:rsidR="00841608" w:rsidRDefault="00841608">
      <w:pPr>
        <w:spacing w:after="0"/>
      </w:pPr>
      <w:r>
        <w:separator/>
      </w:r>
    </w:p>
  </w:footnote>
  <w:footnote w:type="continuationSeparator" w:id="0">
    <w:p w14:paraId="55E67801" w14:textId="77777777" w:rsidR="00841608" w:rsidRDefault="0084160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6AD9E" w14:textId="77777777" w:rsidR="008D0AC9" w:rsidRDefault="008D0AC9">
    <w:pPr>
      <w:pStyle w:val="a5"/>
    </w:pPr>
  </w:p>
  <w:tbl>
    <w:tblPr>
      <w:tblW w:w="0" w:type="auto"/>
      <w:jc w:val="center"/>
      <w:tblLayout w:type="fixed"/>
      <w:tblLook w:val="04A0" w:firstRow="1" w:lastRow="0" w:firstColumn="1" w:lastColumn="0" w:noHBand="0" w:noVBand="1"/>
    </w:tblPr>
    <w:tblGrid>
      <w:gridCol w:w="5184"/>
      <w:gridCol w:w="5184"/>
    </w:tblGrid>
    <w:tr w:rsidR="008D0AC9" w14:paraId="10FE288A" w14:textId="77777777">
      <w:trPr>
        <w:jc w:val="center"/>
      </w:trPr>
      <w:tc>
        <w:tcPr>
          <w:tcW w:w="5184" w:type="dxa"/>
          <w:tcBorders>
            <w:top w:val="nil"/>
            <w:left w:val="nil"/>
            <w:bottom w:val="single" w:sz="8" w:space="0" w:color="0057A8"/>
            <w:right w:val="nil"/>
          </w:tcBorders>
          <w:tcMar>
            <w:top w:w="20" w:type="dxa"/>
            <w:left w:w="30" w:type="dxa"/>
            <w:bottom w:w="35" w:type="dxa"/>
            <w:right w:w="30" w:type="dxa"/>
          </w:tcMar>
        </w:tcPr>
        <w:p w14:paraId="3E3F7F2F" w14:textId="77777777" w:rsidR="008D0AC9" w:rsidRDefault="00000000">
          <w:pPr>
            <w:jc w:val="center"/>
          </w:pPr>
          <w:r>
            <w:rPr>
              <w:noProof/>
            </w:rPr>
            <w:drawing>
              <wp:inline distT="0" distB="0" distL="0" distR="0" wp14:anchorId="14003F56" wp14:editId="688A93DE">
                <wp:extent cx="530352" cy="5303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透明Logo蓝色.png"/>
                        <pic:cNvPicPr/>
                      </pic:nvPicPr>
                      <pic:blipFill>
                        <a:blip r:embed="rId1"/>
                        <a:stretch>
                          <a:fillRect/>
                        </a:stretch>
                      </pic:blipFill>
                      <pic:spPr>
                        <a:xfrm>
                          <a:off x="0" y="0"/>
                          <a:ext cx="530352" cy="530352"/>
                        </a:xfrm>
                        <a:prstGeom prst="rect">
                          <a:avLst/>
                        </a:prstGeom>
                      </pic:spPr>
                    </pic:pic>
                  </a:graphicData>
                </a:graphic>
              </wp:inline>
            </w:drawing>
          </w:r>
        </w:p>
      </w:tc>
      <w:tc>
        <w:tcPr>
          <w:tcW w:w="5184" w:type="dxa"/>
          <w:tcBorders>
            <w:top w:val="nil"/>
            <w:left w:val="nil"/>
            <w:bottom w:val="single" w:sz="8" w:space="0" w:color="0057A8"/>
            <w:right w:val="nil"/>
          </w:tcBorders>
          <w:tcMar>
            <w:top w:w="20" w:type="dxa"/>
            <w:left w:w="30" w:type="dxa"/>
            <w:bottom w:w="35" w:type="dxa"/>
            <w:right w:w="30" w:type="dxa"/>
          </w:tcMar>
        </w:tcPr>
        <w:p w14:paraId="24FF006C" w14:textId="77777777" w:rsidR="008D0AC9" w:rsidRDefault="00000000">
          <w:pPr>
            <w:spacing w:after="0" w:line="259" w:lineRule="auto"/>
          </w:pPr>
          <w:r>
            <w:rPr>
              <w:b/>
              <w:color w:val="0057A8"/>
              <w:sz w:val="23"/>
            </w:rPr>
            <w:t>Norman Bethune International Institute of Canada</w:t>
          </w:r>
        </w:p>
        <w:p w14:paraId="65BFFA9C" w14:textId="77777777" w:rsidR="008D0AC9" w:rsidRDefault="00000000">
          <w:pPr>
            <w:spacing w:after="0" w:line="259" w:lineRule="auto"/>
          </w:pPr>
          <w:r>
            <w:rPr>
              <w:color w:val="4B5563"/>
              <w:sz w:val="17"/>
            </w:rPr>
            <w:t>Healthcare Innovation</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114130444">
    <w:abstractNumId w:val="8"/>
  </w:num>
  <w:num w:numId="2" w16cid:durableId="1627469587">
    <w:abstractNumId w:val="6"/>
  </w:num>
  <w:num w:numId="3" w16cid:durableId="432894952">
    <w:abstractNumId w:val="5"/>
  </w:num>
  <w:num w:numId="4" w16cid:durableId="182789591">
    <w:abstractNumId w:val="4"/>
  </w:num>
  <w:num w:numId="5" w16cid:durableId="1457673040">
    <w:abstractNumId w:val="7"/>
  </w:num>
  <w:num w:numId="6" w16cid:durableId="1297026485">
    <w:abstractNumId w:val="3"/>
  </w:num>
  <w:num w:numId="7" w16cid:durableId="1639413091">
    <w:abstractNumId w:val="2"/>
  </w:num>
  <w:num w:numId="8" w16cid:durableId="765812568">
    <w:abstractNumId w:val="1"/>
  </w:num>
  <w:num w:numId="9" w16cid:durableId="1759212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41608"/>
    <w:rsid w:val="008D0AC9"/>
    <w:rsid w:val="0098097E"/>
    <w:rsid w:val="00AA1D8D"/>
    <w:rsid w:val="00B47730"/>
    <w:rsid w:val="00CB0664"/>
    <w:rsid w:val="00D506F0"/>
    <w:rsid w:val="00F114E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4B1522F"/>
  <w14:defaultImageDpi w14:val="300"/>
  <w15:docId w15:val="{817CBC3F-EB81-4737-B107-14686B5E6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60" w:line="240" w:lineRule="auto"/>
    </w:pPr>
    <w:rPr>
      <w:rFonts w:ascii="Arial" w:eastAsia="Arial" w:hAnsi="Arial"/>
      <w:color w:val="465365"/>
      <w:sz w:val="19"/>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BIICSection">
    <w:name w:val="NBIIC Section"/>
    <w:pPr>
      <w:keepNext/>
    </w:pPr>
    <w:rPr>
      <w:rFonts w:ascii="Arial" w:hAnsi="Arial"/>
      <w:b/>
      <w:color w:val="0057A8"/>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1844</Words>
  <Characters>10517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12337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NBIIC-HI Institutional Partnership Application Form</dc:title>
  <dc:subject>Application form for long-term institutional and strategic collaboration with NBIIC-HI</dc:subject>
  <dc:creator>Norman Bethune International Institute of Canada for Healthcare Innovation</dc:creator>
  <cp:keywords>NBIIC-HI, institutional partnership, strategic collaboration, university, hospital, research institute, healthcare innovation</cp:keywords>
  <dc:description>Version 1.0 - July 2026</dc:description>
  <cp:lastModifiedBy>CHEN DENG</cp:lastModifiedBy>
  <cp:revision>3</cp:revision>
  <dcterms:created xsi:type="dcterms:W3CDTF">2013-12-23T23:15:00Z</dcterms:created>
  <dcterms:modified xsi:type="dcterms:W3CDTF">2026-08-25T05:10:00Z</dcterms:modified>
  <cp:category/>
</cp:coreProperties>
</file>