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5BBBB" w14:textId="77777777" w:rsidR="00BA5C4E" w:rsidRDefault="00000000">
      <w:pPr>
        <w:spacing w:before="80" w:after="20" w:line="252" w:lineRule="auto"/>
        <w:jc w:val="center"/>
      </w:pPr>
      <w:r>
        <w:rPr>
          <w:b/>
          <w:sz w:val="35"/>
        </w:rPr>
        <w:t>NBIIC-HI Visiting Scholar &amp; Research Training</w:t>
      </w:r>
    </w:p>
    <w:p w14:paraId="7B2FFC53" w14:textId="77777777" w:rsidR="00BA5C4E" w:rsidRDefault="00000000">
      <w:pPr>
        <w:spacing w:after="20" w:line="252" w:lineRule="auto"/>
        <w:jc w:val="center"/>
      </w:pPr>
      <w:r>
        <w:rPr>
          <w:b/>
          <w:sz w:val="35"/>
        </w:rPr>
        <w:t>Preliminary Enquiry Form</w:t>
      </w:r>
    </w:p>
    <w:p w14:paraId="7AF0050B" w14:textId="77777777" w:rsidR="00BA5C4E" w:rsidRDefault="00000000">
      <w:pPr>
        <w:spacing w:after="40" w:line="252" w:lineRule="auto"/>
        <w:jc w:val="center"/>
      </w:pPr>
      <w:r>
        <w:rPr>
          <w:b/>
          <w:sz w:val="31"/>
        </w:rPr>
        <w:t>访问学者与科研培训初步咨询表</w:t>
      </w:r>
    </w:p>
    <w:p w14:paraId="64FE71CD" w14:textId="77777777" w:rsidR="00BA5C4E" w:rsidRDefault="00000000">
      <w:pPr>
        <w:spacing w:after="140" w:line="252" w:lineRule="auto"/>
        <w:jc w:val="center"/>
      </w:pPr>
      <w:r>
        <w:rPr>
          <w:b/>
          <w:color w:val="0066B3"/>
          <w:sz w:val="21"/>
        </w:rPr>
        <w:t>Visiting Scholar • Research Training • Academic Exchange • Laboratory-Based Development</w:t>
      </w:r>
    </w:p>
    <w:tbl>
      <w:tblPr>
        <w:tblW w:w="0" w:type="auto"/>
        <w:jc w:val="center"/>
        <w:tblLook w:val="04A0" w:firstRow="1" w:lastRow="0" w:firstColumn="1" w:lastColumn="0" w:noHBand="0" w:noVBand="1"/>
      </w:tblPr>
      <w:tblGrid>
        <w:gridCol w:w="10454"/>
      </w:tblGrid>
      <w:tr w:rsidR="00BA5C4E" w14:paraId="63F8E1F8" w14:textId="77777777">
        <w:trPr>
          <w:jc w:val="center"/>
        </w:trPr>
        <w:tc>
          <w:tcPr>
            <w:tcW w:w="10454" w:type="dxa"/>
            <w:tcBorders>
              <w:top w:val="single" w:sz="10" w:space="0" w:color="0066B3"/>
              <w:left w:val="single" w:sz="10" w:space="0" w:color="0066B3"/>
              <w:bottom w:val="single" w:sz="10" w:space="0" w:color="0066B3"/>
              <w:right w:val="single" w:sz="10" w:space="0" w:color="0066B3"/>
            </w:tcBorders>
            <w:shd w:val="clear" w:color="auto" w:fill="EAF3FB"/>
            <w:tcMar>
              <w:top w:w="110" w:type="dxa"/>
              <w:left w:w="120" w:type="dxa"/>
              <w:bottom w:w="110" w:type="dxa"/>
              <w:right w:w="120" w:type="dxa"/>
            </w:tcMar>
          </w:tcPr>
          <w:p w14:paraId="1060BA97" w14:textId="77777777" w:rsidR="00BA5C4E" w:rsidRDefault="00000000">
            <w:pPr>
              <w:spacing w:after="60" w:line="252" w:lineRule="auto"/>
            </w:pPr>
            <w:r>
              <w:rPr>
                <w:b/>
                <w:color w:val="0066B3"/>
                <w:sz w:val="18"/>
              </w:rPr>
              <w:t xml:space="preserve">Purpose / </w:t>
            </w:r>
            <w:r>
              <w:rPr>
                <w:b/>
                <w:color w:val="0066B3"/>
                <w:sz w:val="18"/>
              </w:rPr>
              <w:t>用途</w:t>
            </w:r>
            <w:r>
              <w:rPr>
                <w:b/>
                <w:color w:val="0066B3"/>
                <w:sz w:val="18"/>
              </w:rPr>
              <w:t xml:space="preserve">. </w:t>
            </w:r>
            <w:r>
              <w:rPr>
                <w:sz w:val="18"/>
              </w:rPr>
              <w:t xml:space="preserve">This form is intended for individuals seeking preliminary assessment and coordination for visiting scholar, laboratory-based research training, short-term academic exchange, research observership, methods or technology training, or related international research-development pathways. </w:t>
            </w:r>
            <w:r>
              <w:rPr>
                <w:color w:val="6B7280"/>
                <w:sz w:val="17"/>
              </w:rPr>
              <w:t>本表供希望接受访问学者、实验室科研培训、短期学术交流、科研观摩、方法或技术培训及相关国际科研发展路径初步评估与协调的申请人使用。</w:t>
            </w:r>
          </w:p>
          <w:p w14:paraId="69E2E2A8" w14:textId="77777777" w:rsidR="00BA5C4E" w:rsidRDefault="00000000">
            <w:pPr>
              <w:spacing w:after="60" w:line="252" w:lineRule="auto"/>
            </w:pPr>
            <w:r>
              <w:rPr>
                <w:b/>
                <w:color w:val="0066B3"/>
                <w:sz w:val="18"/>
              </w:rPr>
              <w:t xml:space="preserve">Preliminary enquiry / </w:t>
            </w:r>
            <w:r>
              <w:rPr>
                <w:b/>
                <w:color w:val="0066B3"/>
                <w:sz w:val="18"/>
              </w:rPr>
              <w:t>初步咨询</w:t>
            </w:r>
            <w:r>
              <w:rPr>
                <w:b/>
                <w:color w:val="0066B3"/>
                <w:sz w:val="18"/>
              </w:rPr>
              <w:t xml:space="preserve">. </w:t>
            </w:r>
            <w:r>
              <w:rPr>
                <w:sz w:val="18"/>
              </w:rPr>
              <w:t xml:space="preserve">Submission is for initial assessment and pathway development only. It does not create an admission, appointment, employment, scholarship, funding, invitation, immigration, or visa commitment. </w:t>
            </w:r>
            <w:r>
              <w:rPr>
                <w:color w:val="6B7280"/>
                <w:sz w:val="17"/>
              </w:rPr>
              <w:t>提交仅用于初步评估与路径设计，不构成录取、聘任、劳动关系、奖学金、经费、邀请、移民或签证承诺。</w:t>
            </w:r>
          </w:p>
          <w:p w14:paraId="401E42E3" w14:textId="77777777" w:rsidR="00BA5C4E" w:rsidRDefault="00000000">
            <w:pPr>
              <w:spacing w:after="60" w:line="252" w:lineRule="auto"/>
            </w:pPr>
            <w:r>
              <w:rPr>
                <w:b/>
                <w:color w:val="0066B3"/>
                <w:sz w:val="18"/>
              </w:rPr>
              <w:t xml:space="preserve">Confidentiality / </w:t>
            </w:r>
            <w:r>
              <w:rPr>
                <w:b/>
                <w:color w:val="0066B3"/>
                <w:sz w:val="18"/>
              </w:rPr>
              <w:t>保密要求</w:t>
            </w:r>
            <w:r>
              <w:rPr>
                <w:b/>
                <w:color w:val="0066B3"/>
                <w:sz w:val="18"/>
              </w:rPr>
              <w:t xml:space="preserve">. </w:t>
            </w:r>
            <w:r>
              <w:rPr>
                <w:sz w:val="18"/>
              </w:rPr>
              <w:t xml:space="preserve">Provide concise, non-confidential information only. Do not include identifiable patient information, employer-confidential information, proprietary data, or unpublished material that you are not authorized to disclose. </w:t>
            </w:r>
            <w:r>
              <w:rPr>
                <w:color w:val="6B7280"/>
                <w:sz w:val="17"/>
              </w:rPr>
              <w:t>请仅提供简明且非保密的信息，不得包含可识别患者信息、所在单位保密信息、商业秘密或无权披露的未公开材料。</w:t>
            </w:r>
          </w:p>
        </w:tc>
      </w:tr>
    </w:tbl>
    <w:p w14:paraId="5E01C953" w14:textId="77777777" w:rsidR="00BA5C4E" w:rsidRDefault="00BA5C4E">
      <w:pPr>
        <w:spacing w:after="0"/>
      </w:pPr>
    </w:p>
    <w:p w14:paraId="05955404" w14:textId="77777777" w:rsidR="00BA5C4E" w:rsidRDefault="00000000">
      <w:pPr>
        <w:keepNext/>
        <w:spacing w:before="100" w:after="80" w:line="252" w:lineRule="auto"/>
      </w:pPr>
      <w:r>
        <w:rPr>
          <w:b/>
          <w:color w:val="0066B3"/>
          <w:sz w:val="30"/>
        </w:rPr>
        <w:t xml:space="preserve">A. Applicant Information  </w:t>
      </w:r>
      <w:r>
        <w:rPr>
          <w:b/>
          <w:color w:val="0066B3"/>
          <w:sz w:val="30"/>
        </w:rPr>
        <w:t>申请人信息</w:t>
      </w:r>
    </w:p>
    <w:tbl>
      <w:tblPr>
        <w:tblW w:w="0" w:type="auto"/>
        <w:jc w:val="center"/>
        <w:tblLayout w:type="fixed"/>
        <w:tblLook w:val="04A0" w:firstRow="1" w:lastRow="0" w:firstColumn="1" w:lastColumn="0" w:noHBand="0" w:noVBand="1"/>
      </w:tblPr>
      <w:tblGrid>
        <w:gridCol w:w="5112"/>
        <w:gridCol w:w="5112"/>
      </w:tblGrid>
      <w:tr w:rsidR="00BA5C4E" w14:paraId="50002109"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CC4CF48" w14:textId="77777777" w:rsidR="00BA5C4E" w:rsidRDefault="00000000">
            <w:pPr>
              <w:spacing w:after="20" w:line="252" w:lineRule="auto"/>
            </w:pPr>
            <w:r>
              <w:rPr>
                <w:b/>
                <w:sz w:val="18"/>
              </w:rPr>
              <w:t>Full legal name</w:t>
            </w:r>
            <w:r>
              <w:rPr>
                <w:b/>
                <w:color w:val="6B7280"/>
                <w:sz w:val="18"/>
              </w:rPr>
              <w:t xml:space="preserve"> / </w:t>
            </w:r>
            <w:r>
              <w:rPr>
                <w:b/>
                <w:color w:val="6B7280"/>
                <w:sz w:val="18"/>
              </w:rPr>
              <w:t>法定姓名</w:t>
            </w:r>
          </w:p>
          <w:p w14:paraId="3550CEFB"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78213425" w14:textId="77777777" w:rsidR="00BA5C4E" w:rsidRDefault="00000000">
            <w:pPr>
              <w:spacing w:after="20" w:line="252" w:lineRule="auto"/>
            </w:pPr>
            <w:r>
              <w:rPr>
                <w:b/>
                <w:sz w:val="18"/>
              </w:rPr>
              <w:t>Preferred English name</w:t>
            </w:r>
            <w:r>
              <w:rPr>
                <w:b/>
                <w:color w:val="6B7280"/>
                <w:sz w:val="18"/>
              </w:rPr>
              <w:t xml:space="preserve"> / </w:t>
            </w:r>
            <w:r>
              <w:rPr>
                <w:b/>
                <w:color w:val="6B7280"/>
                <w:sz w:val="18"/>
              </w:rPr>
              <w:t>常用英文姓名</w:t>
            </w:r>
          </w:p>
          <w:p w14:paraId="2CDA5BCA" w14:textId="77777777" w:rsidR="00BA5C4E" w:rsidRDefault="00000000">
            <w:pPr>
              <w:spacing w:after="0" w:line="252" w:lineRule="auto"/>
            </w:pPr>
            <w:r>
              <w:rPr>
                <w:i/>
                <w:color w:val="7C8796"/>
                <w:sz w:val="18"/>
              </w:rPr>
              <w:t>Click or tap here to enter text.</w:t>
            </w:r>
          </w:p>
        </w:tc>
      </w:tr>
      <w:tr w:rsidR="00BA5C4E" w14:paraId="2CE89C3E"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0002924" w14:textId="77777777" w:rsidR="00BA5C4E" w:rsidRDefault="00000000">
            <w:pPr>
              <w:spacing w:after="20" w:line="252" w:lineRule="auto"/>
            </w:pPr>
            <w:r>
              <w:rPr>
                <w:b/>
                <w:sz w:val="18"/>
              </w:rPr>
              <w:t>Highest degree</w:t>
            </w:r>
            <w:r>
              <w:rPr>
                <w:b/>
                <w:color w:val="6B7280"/>
                <w:sz w:val="18"/>
              </w:rPr>
              <w:t xml:space="preserve"> / </w:t>
            </w:r>
            <w:r>
              <w:rPr>
                <w:b/>
                <w:color w:val="6B7280"/>
                <w:sz w:val="18"/>
              </w:rPr>
              <w:t>最高学位</w:t>
            </w:r>
          </w:p>
          <w:p w14:paraId="11371FE0"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0ACE8708" w14:textId="77777777" w:rsidR="00BA5C4E" w:rsidRDefault="00000000">
            <w:pPr>
              <w:spacing w:after="20" w:line="252" w:lineRule="auto"/>
            </w:pPr>
            <w:r>
              <w:rPr>
                <w:b/>
                <w:sz w:val="18"/>
              </w:rPr>
              <w:t>Professional title / rank</w:t>
            </w:r>
            <w:r>
              <w:rPr>
                <w:b/>
                <w:color w:val="6B7280"/>
                <w:sz w:val="18"/>
              </w:rPr>
              <w:t xml:space="preserve"> / </w:t>
            </w:r>
            <w:r>
              <w:rPr>
                <w:b/>
                <w:color w:val="6B7280"/>
                <w:sz w:val="18"/>
              </w:rPr>
              <w:t>专业职称或职级</w:t>
            </w:r>
          </w:p>
          <w:p w14:paraId="301EE94B" w14:textId="77777777" w:rsidR="00BA5C4E" w:rsidRDefault="00000000">
            <w:pPr>
              <w:spacing w:after="0" w:line="252" w:lineRule="auto"/>
            </w:pPr>
            <w:r>
              <w:rPr>
                <w:i/>
                <w:color w:val="7C8796"/>
                <w:sz w:val="18"/>
              </w:rPr>
              <w:t>Click or tap here to enter text.</w:t>
            </w:r>
          </w:p>
        </w:tc>
      </w:tr>
      <w:tr w:rsidR="00BA5C4E" w14:paraId="16212A23"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72BEC0A0" w14:textId="77777777" w:rsidR="00BA5C4E" w:rsidRDefault="00000000">
            <w:pPr>
              <w:spacing w:after="20" w:line="252" w:lineRule="auto"/>
            </w:pPr>
            <w:r>
              <w:rPr>
                <w:b/>
                <w:sz w:val="18"/>
              </w:rPr>
              <w:t>Country / region and city</w:t>
            </w:r>
            <w:r>
              <w:rPr>
                <w:b/>
                <w:color w:val="6B7280"/>
                <w:sz w:val="18"/>
              </w:rPr>
              <w:t xml:space="preserve"> / </w:t>
            </w:r>
            <w:r>
              <w:rPr>
                <w:b/>
                <w:color w:val="6B7280"/>
                <w:sz w:val="18"/>
              </w:rPr>
              <w:t>所在国家、地区及城市</w:t>
            </w:r>
          </w:p>
          <w:p w14:paraId="1AF0AC9E"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E1AF1DB" w14:textId="77777777" w:rsidR="00BA5C4E" w:rsidRDefault="00000000">
            <w:pPr>
              <w:spacing w:after="20" w:line="252" w:lineRule="auto"/>
            </w:pPr>
            <w:r>
              <w:rPr>
                <w:b/>
                <w:sz w:val="18"/>
              </w:rPr>
              <w:t>Current institution / organization</w:t>
            </w:r>
            <w:r>
              <w:rPr>
                <w:b/>
                <w:color w:val="6B7280"/>
                <w:sz w:val="18"/>
              </w:rPr>
              <w:t xml:space="preserve"> / </w:t>
            </w:r>
            <w:r>
              <w:rPr>
                <w:b/>
                <w:color w:val="6B7280"/>
                <w:sz w:val="18"/>
              </w:rPr>
              <w:t>现工作单位</w:t>
            </w:r>
          </w:p>
          <w:p w14:paraId="0ABD2AD7" w14:textId="77777777" w:rsidR="00BA5C4E" w:rsidRDefault="00000000">
            <w:pPr>
              <w:spacing w:after="0" w:line="252" w:lineRule="auto"/>
            </w:pPr>
            <w:r>
              <w:rPr>
                <w:i/>
                <w:color w:val="7C8796"/>
                <w:sz w:val="18"/>
              </w:rPr>
              <w:t>Click or tap here to enter text.</w:t>
            </w:r>
          </w:p>
        </w:tc>
      </w:tr>
      <w:tr w:rsidR="00BA5C4E" w14:paraId="05728E41"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15A44C1" w14:textId="77777777" w:rsidR="00BA5C4E" w:rsidRDefault="00000000">
            <w:pPr>
              <w:spacing w:after="20" w:line="252" w:lineRule="auto"/>
            </w:pPr>
            <w:r>
              <w:rPr>
                <w:b/>
                <w:sz w:val="18"/>
              </w:rPr>
              <w:t>Department / division</w:t>
            </w:r>
            <w:r>
              <w:rPr>
                <w:b/>
                <w:color w:val="6B7280"/>
                <w:sz w:val="18"/>
              </w:rPr>
              <w:t xml:space="preserve"> / </w:t>
            </w:r>
            <w:r>
              <w:rPr>
                <w:b/>
                <w:color w:val="6B7280"/>
                <w:sz w:val="18"/>
              </w:rPr>
              <w:t>所在部门</w:t>
            </w:r>
          </w:p>
          <w:p w14:paraId="4F0C50E4"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6881E2F" w14:textId="77777777" w:rsidR="00BA5C4E" w:rsidRDefault="00000000">
            <w:pPr>
              <w:spacing w:after="20" w:line="252" w:lineRule="auto"/>
            </w:pPr>
            <w:r>
              <w:rPr>
                <w:b/>
                <w:sz w:val="18"/>
              </w:rPr>
              <w:t>Current position</w:t>
            </w:r>
            <w:r>
              <w:rPr>
                <w:b/>
                <w:color w:val="6B7280"/>
                <w:sz w:val="18"/>
              </w:rPr>
              <w:t xml:space="preserve"> / </w:t>
            </w:r>
            <w:r>
              <w:rPr>
                <w:b/>
                <w:color w:val="6B7280"/>
                <w:sz w:val="18"/>
              </w:rPr>
              <w:t>现任职务</w:t>
            </w:r>
          </w:p>
          <w:p w14:paraId="4EFAC55E" w14:textId="77777777" w:rsidR="00BA5C4E" w:rsidRDefault="00000000">
            <w:pPr>
              <w:spacing w:after="0" w:line="252" w:lineRule="auto"/>
            </w:pPr>
            <w:r>
              <w:rPr>
                <w:i/>
                <w:color w:val="7C8796"/>
                <w:sz w:val="18"/>
              </w:rPr>
              <w:t>Click or tap here to enter text.</w:t>
            </w:r>
          </w:p>
        </w:tc>
      </w:tr>
      <w:tr w:rsidR="00BA5C4E" w14:paraId="76C16DAA"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6C804B2" w14:textId="77777777" w:rsidR="00BA5C4E" w:rsidRDefault="00000000">
            <w:pPr>
              <w:spacing w:after="20" w:line="252" w:lineRule="auto"/>
            </w:pPr>
            <w:r>
              <w:rPr>
                <w:b/>
                <w:sz w:val="18"/>
              </w:rPr>
              <w:t>Primary email</w:t>
            </w:r>
            <w:r>
              <w:rPr>
                <w:b/>
                <w:color w:val="6B7280"/>
                <w:sz w:val="18"/>
              </w:rPr>
              <w:t xml:space="preserve"> / </w:t>
            </w:r>
            <w:r>
              <w:rPr>
                <w:b/>
                <w:color w:val="6B7280"/>
                <w:sz w:val="18"/>
              </w:rPr>
              <w:t>主要电子邮箱</w:t>
            </w:r>
          </w:p>
          <w:p w14:paraId="1268D32B"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A79DC6E" w14:textId="77777777" w:rsidR="00BA5C4E" w:rsidRDefault="00000000">
            <w:pPr>
              <w:spacing w:after="20" w:line="252" w:lineRule="auto"/>
            </w:pPr>
            <w:r>
              <w:rPr>
                <w:b/>
                <w:sz w:val="18"/>
              </w:rPr>
              <w:t>Telephone / WeChat / WhatsApp</w:t>
            </w:r>
            <w:r>
              <w:rPr>
                <w:b/>
                <w:color w:val="6B7280"/>
                <w:sz w:val="18"/>
              </w:rPr>
              <w:t xml:space="preserve"> / </w:t>
            </w:r>
            <w:r>
              <w:rPr>
                <w:b/>
                <w:color w:val="6B7280"/>
                <w:sz w:val="18"/>
              </w:rPr>
              <w:t>电话、微信或</w:t>
            </w:r>
            <w:r>
              <w:rPr>
                <w:b/>
                <w:color w:val="6B7280"/>
                <w:sz w:val="18"/>
              </w:rPr>
              <w:t xml:space="preserve"> WhatsApp</w:t>
            </w:r>
          </w:p>
          <w:p w14:paraId="100A5090" w14:textId="77777777" w:rsidR="00BA5C4E" w:rsidRDefault="00000000">
            <w:pPr>
              <w:spacing w:after="0" w:line="252" w:lineRule="auto"/>
            </w:pPr>
            <w:r>
              <w:rPr>
                <w:i/>
                <w:color w:val="7C8796"/>
                <w:sz w:val="18"/>
              </w:rPr>
              <w:t>Click or tap here to enter text.</w:t>
            </w:r>
          </w:p>
        </w:tc>
      </w:tr>
      <w:tr w:rsidR="00BA5C4E" w14:paraId="49A1EDFD"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75990C4A" w14:textId="77777777" w:rsidR="00BA5C4E" w:rsidRDefault="00000000">
            <w:pPr>
              <w:spacing w:after="20" w:line="252" w:lineRule="auto"/>
            </w:pPr>
            <w:r>
              <w:rPr>
                <w:b/>
                <w:sz w:val="18"/>
              </w:rPr>
              <w:t>ORCID / Google Scholar / institutional profile</w:t>
            </w:r>
            <w:r>
              <w:rPr>
                <w:b/>
                <w:color w:val="6B7280"/>
                <w:sz w:val="18"/>
              </w:rPr>
              <w:t xml:space="preserve"> / ORCID</w:t>
            </w:r>
            <w:r>
              <w:rPr>
                <w:b/>
                <w:color w:val="6B7280"/>
                <w:sz w:val="18"/>
              </w:rPr>
              <w:t>、</w:t>
            </w:r>
            <w:r>
              <w:rPr>
                <w:b/>
                <w:color w:val="6B7280"/>
                <w:sz w:val="18"/>
              </w:rPr>
              <w:t xml:space="preserve">Google Scholar </w:t>
            </w:r>
            <w:r>
              <w:rPr>
                <w:b/>
                <w:color w:val="6B7280"/>
                <w:sz w:val="18"/>
              </w:rPr>
              <w:t>或机构主页</w:t>
            </w:r>
          </w:p>
          <w:p w14:paraId="0B7964B4"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B18FD92" w14:textId="77777777" w:rsidR="00BA5C4E" w:rsidRDefault="00000000">
            <w:pPr>
              <w:spacing w:after="20" w:line="252" w:lineRule="auto"/>
            </w:pPr>
            <w:r>
              <w:rPr>
                <w:b/>
                <w:sz w:val="18"/>
              </w:rPr>
              <w:t>Working language(s)</w:t>
            </w:r>
            <w:r>
              <w:rPr>
                <w:b/>
                <w:color w:val="6B7280"/>
                <w:sz w:val="18"/>
              </w:rPr>
              <w:t xml:space="preserve"> / </w:t>
            </w:r>
            <w:r>
              <w:rPr>
                <w:b/>
                <w:color w:val="6B7280"/>
                <w:sz w:val="18"/>
              </w:rPr>
              <w:t>工作语言</w:t>
            </w:r>
          </w:p>
          <w:p w14:paraId="18C49C03" w14:textId="77777777" w:rsidR="00BA5C4E" w:rsidRDefault="00000000">
            <w:pPr>
              <w:spacing w:after="0" w:line="252" w:lineRule="auto"/>
            </w:pPr>
            <w:r>
              <w:rPr>
                <w:i/>
                <w:color w:val="7C8796"/>
                <w:sz w:val="18"/>
              </w:rPr>
              <w:t>Click or tap here to enter text.</w:t>
            </w:r>
          </w:p>
        </w:tc>
      </w:tr>
    </w:tbl>
    <w:p w14:paraId="6433E703" w14:textId="77777777" w:rsidR="00BA5C4E" w:rsidRDefault="00BA5C4E">
      <w:pPr>
        <w:spacing w:after="0"/>
      </w:pPr>
    </w:p>
    <w:p w14:paraId="363251B5" w14:textId="77777777" w:rsidR="00BA5C4E" w:rsidRDefault="00000000">
      <w:pPr>
        <w:keepNext/>
        <w:spacing w:before="100" w:after="80" w:line="252" w:lineRule="auto"/>
      </w:pPr>
      <w:r>
        <w:rPr>
          <w:b/>
          <w:color w:val="0066B3"/>
          <w:sz w:val="30"/>
        </w:rPr>
        <w:t xml:space="preserve">B. Preferred Pathway and Objectives  </w:t>
      </w:r>
      <w:r>
        <w:rPr>
          <w:b/>
          <w:color w:val="0066B3"/>
          <w:sz w:val="30"/>
        </w:rPr>
        <w:t>拟申请路径与目标</w:t>
      </w:r>
    </w:p>
    <w:p w14:paraId="43754AA5" w14:textId="77777777" w:rsidR="00BA5C4E" w:rsidRDefault="00000000">
      <w:pPr>
        <w:spacing w:before="40" w:after="40" w:line="252" w:lineRule="auto"/>
      </w:pPr>
      <w:r>
        <w:rPr>
          <w:b/>
          <w:sz w:val="20"/>
        </w:rPr>
        <w:t>Preferred pathway</w:t>
      </w:r>
      <w:r>
        <w:rPr>
          <w:b/>
          <w:color w:val="6B7280"/>
        </w:rPr>
        <w:t xml:space="preserve"> / </w:t>
      </w:r>
      <w:r>
        <w:rPr>
          <w:b/>
          <w:color w:val="6B7280"/>
        </w:rPr>
        <w:t>希望申请的路径</w:t>
      </w:r>
    </w:p>
    <w:tbl>
      <w:tblPr>
        <w:tblW w:w="0" w:type="auto"/>
        <w:jc w:val="center"/>
        <w:tblLayout w:type="fixed"/>
        <w:tblLook w:val="04A0" w:firstRow="1" w:lastRow="0" w:firstColumn="1" w:lastColumn="0" w:noHBand="0" w:noVBand="1"/>
      </w:tblPr>
      <w:tblGrid>
        <w:gridCol w:w="5112"/>
        <w:gridCol w:w="5112"/>
      </w:tblGrid>
      <w:tr w:rsidR="00BA5C4E" w14:paraId="40B620F0" w14:textId="77777777">
        <w:trPr>
          <w:jc w:val="center"/>
        </w:trPr>
        <w:tc>
          <w:tcPr>
            <w:tcW w:w="5112" w:type="dxa"/>
            <w:tcMar>
              <w:top w:w="25" w:type="dxa"/>
              <w:left w:w="25" w:type="dxa"/>
              <w:bottom w:w="25" w:type="dxa"/>
              <w:right w:w="25" w:type="dxa"/>
            </w:tcMar>
          </w:tcPr>
          <w:p w14:paraId="05BD7722" w14:textId="77777777" w:rsidR="00BA5C4E" w:rsidRDefault="00000000">
            <w:pPr>
              <w:spacing w:after="0" w:line="252" w:lineRule="auto"/>
            </w:pPr>
            <w:r>
              <w:rPr>
                <w:color w:val="6B7280"/>
                <w:sz w:val="20"/>
              </w:rPr>
              <w:t xml:space="preserve">☐ </w:t>
            </w:r>
            <w:r>
              <w:rPr>
                <w:sz w:val="18"/>
              </w:rPr>
              <w:t>Visiting Scholar</w:t>
            </w:r>
            <w:r>
              <w:rPr>
                <w:color w:val="6B7280"/>
                <w:sz w:val="17"/>
              </w:rPr>
              <w:t xml:space="preserve"> / </w:t>
            </w:r>
            <w:r>
              <w:rPr>
                <w:color w:val="6B7280"/>
                <w:sz w:val="17"/>
              </w:rPr>
              <w:t>访问学者</w:t>
            </w:r>
          </w:p>
        </w:tc>
        <w:tc>
          <w:tcPr>
            <w:tcW w:w="5112" w:type="dxa"/>
            <w:tcMar>
              <w:top w:w="25" w:type="dxa"/>
              <w:left w:w="25" w:type="dxa"/>
              <w:bottom w:w="25" w:type="dxa"/>
              <w:right w:w="25" w:type="dxa"/>
            </w:tcMar>
          </w:tcPr>
          <w:p w14:paraId="50900900" w14:textId="77777777" w:rsidR="00BA5C4E" w:rsidRDefault="00000000">
            <w:pPr>
              <w:spacing w:after="0" w:line="252" w:lineRule="auto"/>
            </w:pPr>
            <w:r>
              <w:rPr>
                <w:color w:val="6B7280"/>
                <w:sz w:val="20"/>
              </w:rPr>
              <w:t xml:space="preserve">☐ </w:t>
            </w:r>
            <w:r>
              <w:rPr>
                <w:sz w:val="18"/>
              </w:rPr>
              <w:t>Laboratory-Based Research Training</w:t>
            </w:r>
            <w:r>
              <w:rPr>
                <w:color w:val="6B7280"/>
                <w:sz w:val="17"/>
              </w:rPr>
              <w:t xml:space="preserve"> / </w:t>
            </w:r>
            <w:r>
              <w:rPr>
                <w:color w:val="6B7280"/>
                <w:sz w:val="17"/>
              </w:rPr>
              <w:t>实验室科研培训</w:t>
            </w:r>
          </w:p>
        </w:tc>
      </w:tr>
      <w:tr w:rsidR="00BA5C4E" w14:paraId="3D61937A" w14:textId="77777777">
        <w:trPr>
          <w:jc w:val="center"/>
        </w:trPr>
        <w:tc>
          <w:tcPr>
            <w:tcW w:w="5112" w:type="dxa"/>
            <w:tcMar>
              <w:top w:w="25" w:type="dxa"/>
              <w:left w:w="25" w:type="dxa"/>
              <w:bottom w:w="25" w:type="dxa"/>
              <w:right w:w="25" w:type="dxa"/>
            </w:tcMar>
          </w:tcPr>
          <w:p w14:paraId="261A6C28" w14:textId="77777777" w:rsidR="00BA5C4E" w:rsidRDefault="00000000">
            <w:pPr>
              <w:spacing w:after="0" w:line="252" w:lineRule="auto"/>
            </w:pPr>
            <w:r>
              <w:rPr>
                <w:color w:val="6B7280"/>
                <w:sz w:val="20"/>
              </w:rPr>
              <w:t xml:space="preserve">☐ </w:t>
            </w:r>
            <w:r>
              <w:rPr>
                <w:sz w:val="18"/>
              </w:rPr>
              <w:t>Short-Term Academic Exchange</w:t>
            </w:r>
            <w:r>
              <w:rPr>
                <w:color w:val="6B7280"/>
                <w:sz w:val="17"/>
              </w:rPr>
              <w:t xml:space="preserve"> / </w:t>
            </w:r>
            <w:r>
              <w:rPr>
                <w:color w:val="6B7280"/>
                <w:sz w:val="17"/>
              </w:rPr>
              <w:t>短期学术交流</w:t>
            </w:r>
          </w:p>
        </w:tc>
        <w:tc>
          <w:tcPr>
            <w:tcW w:w="5112" w:type="dxa"/>
            <w:tcMar>
              <w:top w:w="25" w:type="dxa"/>
              <w:left w:w="25" w:type="dxa"/>
              <w:bottom w:w="25" w:type="dxa"/>
              <w:right w:w="25" w:type="dxa"/>
            </w:tcMar>
          </w:tcPr>
          <w:p w14:paraId="5EB4139F" w14:textId="77777777" w:rsidR="00BA5C4E" w:rsidRDefault="00000000">
            <w:pPr>
              <w:spacing w:after="0" w:line="252" w:lineRule="auto"/>
            </w:pPr>
            <w:r>
              <w:rPr>
                <w:color w:val="6B7280"/>
                <w:sz w:val="20"/>
              </w:rPr>
              <w:t xml:space="preserve">☐ </w:t>
            </w:r>
            <w:r>
              <w:rPr>
                <w:sz w:val="18"/>
              </w:rPr>
              <w:t>Research Observership</w:t>
            </w:r>
            <w:r>
              <w:rPr>
                <w:color w:val="6B7280"/>
                <w:sz w:val="17"/>
              </w:rPr>
              <w:t xml:space="preserve"> / </w:t>
            </w:r>
            <w:r>
              <w:rPr>
                <w:color w:val="6B7280"/>
                <w:sz w:val="17"/>
              </w:rPr>
              <w:t>科研观摩</w:t>
            </w:r>
          </w:p>
        </w:tc>
      </w:tr>
      <w:tr w:rsidR="00BA5C4E" w14:paraId="46A2BF91" w14:textId="77777777">
        <w:trPr>
          <w:jc w:val="center"/>
        </w:trPr>
        <w:tc>
          <w:tcPr>
            <w:tcW w:w="5112" w:type="dxa"/>
            <w:tcMar>
              <w:top w:w="25" w:type="dxa"/>
              <w:left w:w="25" w:type="dxa"/>
              <w:bottom w:w="25" w:type="dxa"/>
              <w:right w:w="25" w:type="dxa"/>
            </w:tcMar>
          </w:tcPr>
          <w:p w14:paraId="63638B8E" w14:textId="77777777" w:rsidR="00BA5C4E" w:rsidRDefault="00000000">
            <w:pPr>
              <w:spacing w:after="0" w:line="252" w:lineRule="auto"/>
            </w:pPr>
            <w:r>
              <w:rPr>
                <w:color w:val="6B7280"/>
                <w:sz w:val="20"/>
              </w:rPr>
              <w:t xml:space="preserve">☐ </w:t>
            </w:r>
            <w:r>
              <w:rPr>
                <w:sz w:val="18"/>
              </w:rPr>
              <w:t>Methods / Technology Training</w:t>
            </w:r>
            <w:r>
              <w:rPr>
                <w:color w:val="6B7280"/>
                <w:sz w:val="17"/>
              </w:rPr>
              <w:t xml:space="preserve"> / </w:t>
            </w:r>
            <w:r>
              <w:rPr>
                <w:color w:val="6B7280"/>
                <w:sz w:val="17"/>
              </w:rPr>
              <w:t>方法或技术培训</w:t>
            </w:r>
          </w:p>
        </w:tc>
        <w:tc>
          <w:tcPr>
            <w:tcW w:w="5112" w:type="dxa"/>
            <w:tcMar>
              <w:top w:w="25" w:type="dxa"/>
              <w:left w:w="25" w:type="dxa"/>
              <w:bottom w:w="25" w:type="dxa"/>
              <w:right w:w="25" w:type="dxa"/>
            </w:tcMar>
          </w:tcPr>
          <w:p w14:paraId="7CEDB76D" w14:textId="77777777" w:rsidR="00BA5C4E" w:rsidRDefault="00000000">
            <w:pPr>
              <w:spacing w:after="0" w:line="252" w:lineRule="auto"/>
            </w:pPr>
            <w:r>
              <w:rPr>
                <w:color w:val="6B7280"/>
                <w:sz w:val="20"/>
              </w:rPr>
              <w:t xml:space="preserve">☐ </w:t>
            </w:r>
            <w:r>
              <w:rPr>
                <w:sz w:val="18"/>
              </w:rPr>
              <w:t>Collaborative Research Attachment</w:t>
            </w:r>
            <w:r>
              <w:rPr>
                <w:color w:val="6B7280"/>
                <w:sz w:val="17"/>
              </w:rPr>
              <w:t xml:space="preserve"> / </w:t>
            </w:r>
            <w:r>
              <w:rPr>
                <w:color w:val="6B7280"/>
                <w:sz w:val="17"/>
              </w:rPr>
              <w:t>合作研究交流</w:t>
            </w:r>
          </w:p>
        </w:tc>
      </w:tr>
      <w:tr w:rsidR="00BA5C4E" w14:paraId="1728D2DC" w14:textId="77777777">
        <w:trPr>
          <w:jc w:val="center"/>
        </w:trPr>
        <w:tc>
          <w:tcPr>
            <w:tcW w:w="5112" w:type="dxa"/>
            <w:tcMar>
              <w:top w:w="25" w:type="dxa"/>
              <w:left w:w="25" w:type="dxa"/>
              <w:bottom w:w="25" w:type="dxa"/>
              <w:right w:w="25" w:type="dxa"/>
            </w:tcMar>
          </w:tcPr>
          <w:p w14:paraId="6C9BF7F6" w14:textId="77777777" w:rsidR="00BA5C4E" w:rsidRDefault="00000000">
            <w:pPr>
              <w:spacing w:after="0" w:line="252" w:lineRule="auto"/>
            </w:pPr>
            <w:r>
              <w:rPr>
                <w:color w:val="6B7280"/>
                <w:sz w:val="20"/>
              </w:rPr>
              <w:t xml:space="preserve">☐ </w:t>
            </w:r>
            <w:r>
              <w:rPr>
                <w:sz w:val="18"/>
              </w:rPr>
              <w:t>Professional Development Placement</w:t>
            </w:r>
            <w:r>
              <w:rPr>
                <w:color w:val="6B7280"/>
                <w:sz w:val="17"/>
              </w:rPr>
              <w:t xml:space="preserve"> / </w:t>
            </w:r>
            <w:r>
              <w:rPr>
                <w:color w:val="6B7280"/>
                <w:sz w:val="17"/>
              </w:rPr>
              <w:t>专业发展交流</w:t>
            </w:r>
          </w:p>
        </w:tc>
        <w:tc>
          <w:tcPr>
            <w:tcW w:w="5112" w:type="dxa"/>
            <w:tcMar>
              <w:top w:w="25" w:type="dxa"/>
              <w:left w:w="25" w:type="dxa"/>
              <w:bottom w:w="25" w:type="dxa"/>
              <w:right w:w="25" w:type="dxa"/>
            </w:tcMar>
          </w:tcPr>
          <w:p w14:paraId="368493DA" w14:textId="77777777" w:rsidR="00BA5C4E" w:rsidRDefault="00000000">
            <w:pPr>
              <w:spacing w:after="0" w:line="252" w:lineRule="auto"/>
            </w:pPr>
            <w:r>
              <w:rPr>
                <w:color w:val="6B7280"/>
                <w:sz w:val="20"/>
              </w:rPr>
              <w:t xml:space="preserve">☐ </w:t>
            </w:r>
            <w:r>
              <w:rPr>
                <w:sz w:val="18"/>
              </w:rPr>
              <w:t>Other (please specify)</w:t>
            </w:r>
            <w:r>
              <w:rPr>
                <w:color w:val="6B7280"/>
                <w:sz w:val="17"/>
              </w:rPr>
              <w:t xml:space="preserve"> / </w:t>
            </w:r>
            <w:r>
              <w:rPr>
                <w:color w:val="6B7280"/>
                <w:sz w:val="17"/>
              </w:rPr>
              <w:t>其他（请说明）</w:t>
            </w:r>
          </w:p>
        </w:tc>
      </w:tr>
    </w:tbl>
    <w:p w14:paraId="142E1266" w14:textId="77777777" w:rsidR="00BA5C4E" w:rsidRDefault="00BA5C4E">
      <w:pPr>
        <w:spacing w:after="0"/>
      </w:pPr>
    </w:p>
    <w:tbl>
      <w:tblPr>
        <w:tblW w:w="0" w:type="auto"/>
        <w:jc w:val="center"/>
        <w:tblLayout w:type="fixed"/>
        <w:tblLook w:val="04A0" w:firstRow="1" w:lastRow="0" w:firstColumn="1" w:lastColumn="0" w:noHBand="0" w:noVBand="1"/>
      </w:tblPr>
      <w:tblGrid>
        <w:gridCol w:w="5112"/>
        <w:gridCol w:w="5112"/>
      </w:tblGrid>
      <w:tr w:rsidR="00BA5C4E" w14:paraId="700A3139"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68489AD" w14:textId="77777777" w:rsidR="00BA5C4E" w:rsidRDefault="00000000">
            <w:pPr>
              <w:spacing w:after="20" w:line="252" w:lineRule="auto"/>
            </w:pPr>
            <w:r>
              <w:rPr>
                <w:b/>
                <w:sz w:val="18"/>
              </w:rPr>
              <w:t>Primary research / professional field</w:t>
            </w:r>
            <w:r>
              <w:rPr>
                <w:b/>
                <w:color w:val="6B7280"/>
                <w:sz w:val="18"/>
              </w:rPr>
              <w:t xml:space="preserve"> / </w:t>
            </w:r>
            <w:r>
              <w:rPr>
                <w:b/>
                <w:color w:val="6B7280"/>
                <w:sz w:val="18"/>
              </w:rPr>
              <w:t>主要科研或专业领域</w:t>
            </w:r>
          </w:p>
          <w:p w14:paraId="65A29BA5"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A39F511" w14:textId="77777777" w:rsidR="00BA5C4E" w:rsidRDefault="00000000">
            <w:pPr>
              <w:spacing w:after="20" w:line="252" w:lineRule="auto"/>
            </w:pPr>
            <w:r>
              <w:rPr>
                <w:b/>
                <w:sz w:val="18"/>
              </w:rPr>
              <w:t>Specific topic or area of interest</w:t>
            </w:r>
            <w:r>
              <w:rPr>
                <w:b/>
                <w:color w:val="6B7280"/>
                <w:sz w:val="18"/>
              </w:rPr>
              <w:t xml:space="preserve"> / </w:t>
            </w:r>
            <w:r>
              <w:rPr>
                <w:b/>
                <w:color w:val="6B7280"/>
                <w:sz w:val="18"/>
              </w:rPr>
              <w:t>具体研究主题或兴趣方向</w:t>
            </w:r>
          </w:p>
          <w:p w14:paraId="0C7B44C7" w14:textId="77777777" w:rsidR="00BA5C4E" w:rsidRDefault="00000000">
            <w:pPr>
              <w:spacing w:after="0" w:line="252" w:lineRule="auto"/>
            </w:pPr>
            <w:r>
              <w:rPr>
                <w:i/>
                <w:color w:val="7C8796"/>
                <w:sz w:val="18"/>
              </w:rPr>
              <w:t>Click or tap here to enter text.</w:t>
            </w:r>
          </w:p>
        </w:tc>
      </w:tr>
      <w:tr w:rsidR="00BA5C4E" w14:paraId="249C510D"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20F5AFB" w14:textId="77777777" w:rsidR="00BA5C4E" w:rsidRDefault="00000000">
            <w:pPr>
              <w:spacing w:after="20" w:line="252" w:lineRule="auto"/>
            </w:pPr>
            <w:r>
              <w:rPr>
                <w:b/>
                <w:sz w:val="18"/>
              </w:rPr>
              <w:lastRenderedPageBreak/>
              <w:t>Techniques / methods you wish to learn</w:t>
            </w:r>
            <w:r>
              <w:rPr>
                <w:b/>
                <w:color w:val="6B7280"/>
                <w:sz w:val="18"/>
              </w:rPr>
              <w:t xml:space="preserve"> / </w:t>
            </w:r>
            <w:r>
              <w:rPr>
                <w:b/>
                <w:color w:val="6B7280"/>
                <w:sz w:val="18"/>
              </w:rPr>
              <w:t>希望学习的方法或技术</w:t>
            </w:r>
          </w:p>
          <w:p w14:paraId="32223204"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64E58D55" w14:textId="77777777" w:rsidR="00BA5C4E" w:rsidRDefault="00000000">
            <w:pPr>
              <w:spacing w:after="20" w:line="252" w:lineRule="auto"/>
            </w:pPr>
            <w:r>
              <w:rPr>
                <w:b/>
                <w:sz w:val="18"/>
              </w:rPr>
              <w:t>Preferred host expertise</w:t>
            </w:r>
            <w:r>
              <w:rPr>
                <w:b/>
                <w:color w:val="6B7280"/>
                <w:sz w:val="18"/>
              </w:rPr>
              <w:t xml:space="preserve"> / </w:t>
            </w:r>
            <w:r>
              <w:rPr>
                <w:b/>
                <w:color w:val="6B7280"/>
                <w:sz w:val="18"/>
              </w:rPr>
              <w:t>希望接收方具备的专业方向</w:t>
            </w:r>
          </w:p>
          <w:p w14:paraId="556BD377" w14:textId="77777777" w:rsidR="00BA5C4E" w:rsidRDefault="00000000">
            <w:pPr>
              <w:spacing w:after="0" w:line="252" w:lineRule="auto"/>
            </w:pPr>
            <w:r>
              <w:rPr>
                <w:i/>
                <w:color w:val="7C8796"/>
                <w:sz w:val="18"/>
              </w:rPr>
              <w:t>Click or tap here to enter text.</w:t>
            </w:r>
          </w:p>
        </w:tc>
      </w:tr>
    </w:tbl>
    <w:p w14:paraId="1BDE2AE1"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5F388908"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351FB455" w14:textId="77777777" w:rsidR="00BA5C4E" w:rsidRDefault="00000000">
            <w:pPr>
              <w:spacing w:after="40" w:line="252" w:lineRule="auto"/>
            </w:pPr>
            <w:r>
              <w:rPr>
                <w:b/>
                <w:sz w:val="18"/>
              </w:rPr>
              <w:t>Proposed research or training objectives</w:t>
            </w:r>
            <w:r>
              <w:rPr>
                <w:b/>
                <w:color w:val="6B7280"/>
                <w:sz w:val="18"/>
              </w:rPr>
              <w:t xml:space="preserve"> / </w:t>
            </w:r>
            <w:r>
              <w:rPr>
                <w:b/>
                <w:color w:val="6B7280"/>
                <w:sz w:val="18"/>
              </w:rPr>
              <w:t>拟开展的研究或培训目标</w:t>
            </w:r>
          </w:p>
          <w:p w14:paraId="1C55FC5E" w14:textId="77777777" w:rsidR="00BA5C4E" w:rsidRDefault="00000000">
            <w:pPr>
              <w:spacing w:after="0" w:line="252" w:lineRule="auto"/>
            </w:pPr>
            <w:r>
              <w:rPr>
                <w:i/>
                <w:color w:val="7C8796"/>
                <w:sz w:val="18"/>
              </w:rPr>
              <w:t>Please describe your objectives, expected learning outcomes, and why international experience is relevant (approximately 150-250 words).</w:t>
            </w:r>
          </w:p>
          <w:p w14:paraId="29BF73AC" w14:textId="77777777" w:rsidR="00BA5C4E" w:rsidRDefault="00000000">
            <w:pPr>
              <w:spacing w:after="0" w:line="252" w:lineRule="auto"/>
            </w:pPr>
            <w:r>
              <w:rPr>
                <w:sz w:val="18"/>
              </w:rPr>
              <w:t xml:space="preserve"> </w:t>
            </w:r>
          </w:p>
          <w:p w14:paraId="30C558F0" w14:textId="77777777" w:rsidR="00BA5C4E" w:rsidRDefault="00000000">
            <w:pPr>
              <w:spacing w:after="0" w:line="252" w:lineRule="auto"/>
            </w:pPr>
            <w:r>
              <w:rPr>
                <w:sz w:val="18"/>
              </w:rPr>
              <w:t xml:space="preserve"> </w:t>
            </w:r>
          </w:p>
          <w:p w14:paraId="1DF1C5A8" w14:textId="77777777" w:rsidR="00BA5C4E" w:rsidRDefault="00000000">
            <w:pPr>
              <w:spacing w:after="0" w:line="252" w:lineRule="auto"/>
            </w:pPr>
            <w:r>
              <w:rPr>
                <w:sz w:val="18"/>
              </w:rPr>
              <w:t xml:space="preserve"> </w:t>
            </w:r>
          </w:p>
        </w:tc>
      </w:tr>
    </w:tbl>
    <w:p w14:paraId="16EDF14B"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6DC2930D"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414E879D" w14:textId="77777777" w:rsidR="00BA5C4E" w:rsidRDefault="00000000">
            <w:pPr>
              <w:spacing w:after="40" w:line="252" w:lineRule="auto"/>
            </w:pPr>
            <w:r>
              <w:rPr>
                <w:b/>
                <w:sz w:val="18"/>
              </w:rPr>
              <w:t>Expected outputs or outcomes</w:t>
            </w:r>
            <w:r>
              <w:rPr>
                <w:b/>
                <w:color w:val="6B7280"/>
                <w:sz w:val="18"/>
              </w:rPr>
              <w:t xml:space="preserve"> / </w:t>
            </w:r>
            <w:r>
              <w:rPr>
                <w:b/>
                <w:color w:val="6B7280"/>
                <w:sz w:val="18"/>
              </w:rPr>
              <w:t>预期成果或收获</w:t>
            </w:r>
          </w:p>
          <w:p w14:paraId="7CB562CE" w14:textId="77777777" w:rsidR="00BA5C4E" w:rsidRDefault="00000000">
            <w:pPr>
              <w:spacing w:after="0" w:line="252" w:lineRule="auto"/>
            </w:pPr>
            <w:r>
              <w:rPr>
                <w:i/>
                <w:color w:val="7C8796"/>
                <w:sz w:val="18"/>
              </w:rPr>
              <w:t>Examples: methods training, research plan, joint analysis, manuscript preparation, project development, professional skills, or future collaboration.</w:t>
            </w:r>
          </w:p>
          <w:p w14:paraId="559C71B2" w14:textId="77777777" w:rsidR="00BA5C4E" w:rsidRDefault="00000000">
            <w:pPr>
              <w:spacing w:after="0" w:line="252" w:lineRule="auto"/>
            </w:pPr>
            <w:r>
              <w:rPr>
                <w:sz w:val="18"/>
              </w:rPr>
              <w:t xml:space="preserve"> </w:t>
            </w:r>
          </w:p>
        </w:tc>
      </w:tr>
    </w:tbl>
    <w:p w14:paraId="5C904E4F" w14:textId="77777777" w:rsidR="00BA5C4E" w:rsidRDefault="00BA5C4E">
      <w:pPr>
        <w:spacing w:after="0"/>
      </w:pPr>
    </w:p>
    <w:p w14:paraId="27191ED1" w14:textId="77777777" w:rsidR="00BA5C4E" w:rsidRDefault="00000000">
      <w:pPr>
        <w:keepNext/>
        <w:spacing w:before="100" w:after="80" w:line="252" w:lineRule="auto"/>
      </w:pPr>
      <w:r>
        <w:rPr>
          <w:b/>
          <w:color w:val="0066B3"/>
          <w:sz w:val="30"/>
        </w:rPr>
        <w:t xml:space="preserve">C. Preferred Destination and Host  </w:t>
      </w:r>
      <w:r>
        <w:rPr>
          <w:b/>
          <w:color w:val="0066B3"/>
          <w:sz w:val="30"/>
        </w:rPr>
        <w:t>意向国家地区与接收单位</w:t>
      </w:r>
    </w:p>
    <w:p w14:paraId="09C003E8" w14:textId="77777777" w:rsidR="00BA5C4E" w:rsidRDefault="00000000">
      <w:pPr>
        <w:spacing w:before="40" w:after="40" w:line="252" w:lineRule="auto"/>
      </w:pPr>
      <w:r>
        <w:rPr>
          <w:b/>
          <w:sz w:val="20"/>
        </w:rPr>
        <w:t>Preferred country / region</w:t>
      </w:r>
      <w:r>
        <w:rPr>
          <w:b/>
          <w:color w:val="6B7280"/>
        </w:rPr>
        <w:t xml:space="preserve"> / </w:t>
      </w:r>
      <w:r>
        <w:rPr>
          <w:b/>
          <w:color w:val="6B7280"/>
        </w:rPr>
        <w:t>意向国家或地区</w:t>
      </w:r>
    </w:p>
    <w:tbl>
      <w:tblPr>
        <w:tblW w:w="0" w:type="auto"/>
        <w:jc w:val="center"/>
        <w:tblLayout w:type="fixed"/>
        <w:tblLook w:val="04A0" w:firstRow="1" w:lastRow="0" w:firstColumn="1" w:lastColumn="0" w:noHBand="0" w:noVBand="1"/>
      </w:tblPr>
      <w:tblGrid>
        <w:gridCol w:w="5112"/>
        <w:gridCol w:w="5112"/>
      </w:tblGrid>
      <w:tr w:rsidR="00BA5C4E" w14:paraId="0734BEEC" w14:textId="77777777">
        <w:trPr>
          <w:jc w:val="center"/>
        </w:trPr>
        <w:tc>
          <w:tcPr>
            <w:tcW w:w="5112" w:type="dxa"/>
            <w:tcMar>
              <w:top w:w="25" w:type="dxa"/>
              <w:left w:w="25" w:type="dxa"/>
              <w:bottom w:w="25" w:type="dxa"/>
              <w:right w:w="25" w:type="dxa"/>
            </w:tcMar>
          </w:tcPr>
          <w:p w14:paraId="266295CD" w14:textId="77777777" w:rsidR="00BA5C4E" w:rsidRDefault="00000000">
            <w:pPr>
              <w:spacing w:after="0" w:line="252" w:lineRule="auto"/>
            </w:pPr>
            <w:r>
              <w:rPr>
                <w:color w:val="6B7280"/>
                <w:sz w:val="20"/>
              </w:rPr>
              <w:t xml:space="preserve">☐ </w:t>
            </w:r>
            <w:r>
              <w:rPr>
                <w:sz w:val="18"/>
              </w:rPr>
              <w:t>Canada</w:t>
            </w:r>
            <w:r>
              <w:rPr>
                <w:color w:val="6B7280"/>
                <w:sz w:val="17"/>
              </w:rPr>
              <w:t xml:space="preserve"> / </w:t>
            </w:r>
            <w:r>
              <w:rPr>
                <w:color w:val="6B7280"/>
                <w:sz w:val="17"/>
              </w:rPr>
              <w:t>加拿大</w:t>
            </w:r>
          </w:p>
        </w:tc>
        <w:tc>
          <w:tcPr>
            <w:tcW w:w="5112" w:type="dxa"/>
            <w:tcMar>
              <w:top w:w="25" w:type="dxa"/>
              <w:left w:w="25" w:type="dxa"/>
              <w:bottom w:w="25" w:type="dxa"/>
              <w:right w:w="25" w:type="dxa"/>
            </w:tcMar>
          </w:tcPr>
          <w:p w14:paraId="2F19ADFE" w14:textId="77777777" w:rsidR="00BA5C4E" w:rsidRDefault="00000000">
            <w:pPr>
              <w:spacing w:after="0" w:line="252" w:lineRule="auto"/>
            </w:pPr>
            <w:r>
              <w:rPr>
                <w:color w:val="6B7280"/>
                <w:sz w:val="20"/>
              </w:rPr>
              <w:t xml:space="preserve">☐ </w:t>
            </w:r>
            <w:r>
              <w:rPr>
                <w:sz w:val="18"/>
              </w:rPr>
              <w:t>United States</w:t>
            </w:r>
            <w:r>
              <w:rPr>
                <w:color w:val="6B7280"/>
                <w:sz w:val="17"/>
              </w:rPr>
              <w:t xml:space="preserve"> / </w:t>
            </w:r>
            <w:r>
              <w:rPr>
                <w:color w:val="6B7280"/>
                <w:sz w:val="17"/>
              </w:rPr>
              <w:t>美国</w:t>
            </w:r>
          </w:p>
        </w:tc>
      </w:tr>
      <w:tr w:rsidR="00BA5C4E" w14:paraId="26D927D0" w14:textId="77777777">
        <w:trPr>
          <w:jc w:val="center"/>
        </w:trPr>
        <w:tc>
          <w:tcPr>
            <w:tcW w:w="5112" w:type="dxa"/>
            <w:tcMar>
              <w:top w:w="25" w:type="dxa"/>
              <w:left w:w="25" w:type="dxa"/>
              <w:bottom w:w="25" w:type="dxa"/>
              <w:right w:w="25" w:type="dxa"/>
            </w:tcMar>
          </w:tcPr>
          <w:p w14:paraId="0D8D0874" w14:textId="77777777" w:rsidR="00BA5C4E" w:rsidRDefault="00000000">
            <w:pPr>
              <w:spacing w:after="0" w:line="252" w:lineRule="auto"/>
            </w:pPr>
            <w:r>
              <w:rPr>
                <w:color w:val="6B7280"/>
                <w:sz w:val="20"/>
              </w:rPr>
              <w:t xml:space="preserve">☐ </w:t>
            </w:r>
            <w:r>
              <w:rPr>
                <w:sz w:val="18"/>
              </w:rPr>
              <w:t>United Kingdom</w:t>
            </w:r>
            <w:r>
              <w:rPr>
                <w:color w:val="6B7280"/>
                <w:sz w:val="17"/>
              </w:rPr>
              <w:t xml:space="preserve"> / </w:t>
            </w:r>
            <w:r>
              <w:rPr>
                <w:color w:val="6B7280"/>
                <w:sz w:val="17"/>
              </w:rPr>
              <w:t>英国</w:t>
            </w:r>
          </w:p>
        </w:tc>
        <w:tc>
          <w:tcPr>
            <w:tcW w:w="5112" w:type="dxa"/>
            <w:tcMar>
              <w:top w:w="25" w:type="dxa"/>
              <w:left w:w="25" w:type="dxa"/>
              <w:bottom w:w="25" w:type="dxa"/>
              <w:right w:w="25" w:type="dxa"/>
            </w:tcMar>
          </w:tcPr>
          <w:p w14:paraId="7689FDC3" w14:textId="77777777" w:rsidR="00BA5C4E" w:rsidRDefault="00000000">
            <w:pPr>
              <w:spacing w:after="0" w:line="252" w:lineRule="auto"/>
            </w:pPr>
            <w:r>
              <w:rPr>
                <w:color w:val="6B7280"/>
                <w:sz w:val="20"/>
              </w:rPr>
              <w:t xml:space="preserve">☐ </w:t>
            </w:r>
            <w:r>
              <w:rPr>
                <w:sz w:val="18"/>
              </w:rPr>
              <w:t>Europe</w:t>
            </w:r>
            <w:r>
              <w:rPr>
                <w:color w:val="6B7280"/>
                <w:sz w:val="17"/>
              </w:rPr>
              <w:t xml:space="preserve"> / </w:t>
            </w:r>
            <w:r>
              <w:rPr>
                <w:color w:val="6B7280"/>
                <w:sz w:val="17"/>
              </w:rPr>
              <w:t>欧洲</w:t>
            </w:r>
          </w:p>
        </w:tc>
      </w:tr>
      <w:tr w:rsidR="00BA5C4E" w14:paraId="4C089D94" w14:textId="77777777">
        <w:trPr>
          <w:jc w:val="center"/>
        </w:trPr>
        <w:tc>
          <w:tcPr>
            <w:tcW w:w="5112" w:type="dxa"/>
            <w:tcMar>
              <w:top w:w="25" w:type="dxa"/>
              <w:left w:w="25" w:type="dxa"/>
              <w:bottom w:w="25" w:type="dxa"/>
              <w:right w:w="25" w:type="dxa"/>
            </w:tcMar>
          </w:tcPr>
          <w:p w14:paraId="73D927B5" w14:textId="77777777" w:rsidR="00BA5C4E" w:rsidRDefault="00000000">
            <w:pPr>
              <w:spacing w:after="0" w:line="252" w:lineRule="auto"/>
            </w:pPr>
            <w:r>
              <w:rPr>
                <w:color w:val="6B7280"/>
                <w:sz w:val="20"/>
              </w:rPr>
              <w:t xml:space="preserve">☐ </w:t>
            </w:r>
            <w:r>
              <w:rPr>
                <w:sz w:val="18"/>
              </w:rPr>
              <w:t>Asia</w:t>
            </w:r>
            <w:r>
              <w:rPr>
                <w:color w:val="6B7280"/>
                <w:sz w:val="17"/>
              </w:rPr>
              <w:t xml:space="preserve"> / </w:t>
            </w:r>
            <w:r>
              <w:rPr>
                <w:color w:val="6B7280"/>
                <w:sz w:val="17"/>
              </w:rPr>
              <w:t>亚洲</w:t>
            </w:r>
          </w:p>
        </w:tc>
        <w:tc>
          <w:tcPr>
            <w:tcW w:w="5112" w:type="dxa"/>
            <w:tcMar>
              <w:top w:w="25" w:type="dxa"/>
              <w:left w:w="25" w:type="dxa"/>
              <w:bottom w:w="25" w:type="dxa"/>
              <w:right w:w="25" w:type="dxa"/>
            </w:tcMar>
          </w:tcPr>
          <w:p w14:paraId="6CD54017" w14:textId="77777777" w:rsidR="00BA5C4E" w:rsidRDefault="00000000">
            <w:pPr>
              <w:spacing w:after="0" w:line="252" w:lineRule="auto"/>
            </w:pPr>
            <w:r>
              <w:rPr>
                <w:color w:val="6B7280"/>
                <w:sz w:val="20"/>
              </w:rPr>
              <w:t xml:space="preserve">☐ </w:t>
            </w:r>
            <w:r>
              <w:rPr>
                <w:sz w:val="18"/>
              </w:rPr>
              <w:t>Australia / New Zealand</w:t>
            </w:r>
            <w:r>
              <w:rPr>
                <w:color w:val="6B7280"/>
                <w:sz w:val="17"/>
              </w:rPr>
              <w:t xml:space="preserve"> / </w:t>
            </w:r>
            <w:r>
              <w:rPr>
                <w:color w:val="6B7280"/>
                <w:sz w:val="17"/>
              </w:rPr>
              <w:t>澳大利亚</w:t>
            </w:r>
            <w:r>
              <w:rPr>
                <w:color w:val="6B7280"/>
                <w:sz w:val="17"/>
              </w:rPr>
              <w:t xml:space="preserve"> / </w:t>
            </w:r>
            <w:r>
              <w:rPr>
                <w:color w:val="6B7280"/>
                <w:sz w:val="17"/>
              </w:rPr>
              <w:t>新西兰</w:t>
            </w:r>
          </w:p>
        </w:tc>
      </w:tr>
      <w:tr w:rsidR="00BA5C4E" w14:paraId="50842182" w14:textId="77777777">
        <w:trPr>
          <w:jc w:val="center"/>
        </w:trPr>
        <w:tc>
          <w:tcPr>
            <w:tcW w:w="5112" w:type="dxa"/>
            <w:tcMar>
              <w:top w:w="25" w:type="dxa"/>
              <w:left w:w="25" w:type="dxa"/>
              <w:bottom w:w="25" w:type="dxa"/>
              <w:right w:w="25" w:type="dxa"/>
            </w:tcMar>
          </w:tcPr>
          <w:p w14:paraId="01920DE9" w14:textId="77777777" w:rsidR="00BA5C4E" w:rsidRDefault="00000000">
            <w:pPr>
              <w:spacing w:after="0" w:line="252" w:lineRule="auto"/>
            </w:pPr>
            <w:r>
              <w:rPr>
                <w:color w:val="6B7280"/>
                <w:sz w:val="20"/>
              </w:rPr>
              <w:t xml:space="preserve">☐ </w:t>
            </w:r>
            <w:r>
              <w:rPr>
                <w:sz w:val="18"/>
              </w:rPr>
              <w:t>Open to suitable alternatives</w:t>
            </w:r>
            <w:r>
              <w:rPr>
                <w:color w:val="6B7280"/>
                <w:sz w:val="17"/>
              </w:rPr>
              <w:t xml:space="preserve"> / </w:t>
            </w:r>
            <w:r>
              <w:rPr>
                <w:color w:val="6B7280"/>
                <w:sz w:val="17"/>
              </w:rPr>
              <w:t>可接受合适的其他地区</w:t>
            </w:r>
          </w:p>
        </w:tc>
        <w:tc>
          <w:tcPr>
            <w:tcW w:w="5112" w:type="dxa"/>
            <w:tcMar>
              <w:top w:w="25" w:type="dxa"/>
              <w:left w:w="25" w:type="dxa"/>
              <w:bottom w:w="25" w:type="dxa"/>
              <w:right w:w="25" w:type="dxa"/>
            </w:tcMar>
          </w:tcPr>
          <w:p w14:paraId="5B2C60A3" w14:textId="77777777" w:rsidR="00BA5C4E" w:rsidRDefault="00000000">
            <w:pPr>
              <w:spacing w:after="0" w:line="252" w:lineRule="auto"/>
            </w:pPr>
            <w:r>
              <w:rPr>
                <w:color w:val="6B7280"/>
                <w:sz w:val="20"/>
              </w:rPr>
              <w:t xml:space="preserve">☐ </w:t>
            </w:r>
            <w:r>
              <w:rPr>
                <w:sz w:val="18"/>
              </w:rPr>
              <w:t>Other (please specify)</w:t>
            </w:r>
            <w:r>
              <w:rPr>
                <w:color w:val="6B7280"/>
                <w:sz w:val="17"/>
              </w:rPr>
              <w:t xml:space="preserve"> / </w:t>
            </w:r>
            <w:r>
              <w:rPr>
                <w:color w:val="6B7280"/>
                <w:sz w:val="17"/>
              </w:rPr>
              <w:t>其他（请说明）</w:t>
            </w:r>
          </w:p>
        </w:tc>
      </w:tr>
    </w:tbl>
    <w:p w14:paraId="78066ACA" w14:textId="77777777" w:rsidR="00BA5C4E" w:rsidRDefault="00BA5C4E">
      <w:pPr>
        <w:spacing w:after="0"/>
      </w:pPr>
    </w:p>
    <w:tbl>
      <w:tblPr>
        <w:tblW w:w="0" w:type="auto"/>
        <w:jc w:val="center"/>
        <w:tblLayout w:type="fixed"/>
        <w:tblLook w:val="04A0" w:firstRow="1" w:lastRow="0" w:firstColumn="1" w:lastColumn="0" w:noHBand="0" w:noVBand="1"/>
      </w:tblPr>
      <w:tblGrid>
        <w:gridCol w:w="5112"/>
        <w:gridCol w:w="5112"/>
      </w:tblGrid>
      <w:tr w:rsidR="00BA5C4E" w14:paraId="0BE0699D"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93BBD2C" w14:textId="77777777" w:rsidR="00BA5C4E" w:rsidRDefault="00000000">
            <w:pPr>
              <w:spacing w:after="20" w:line="252" w:lineRule="auto"/>
            </w:pPr>
            <w:r>
              <w:rPr>
                <w:b/>
                <w:sz w:val="18"/>
              </w:rPr>
              <w:t>Preferred city / region</w:t>
            </w:r>
            <w:r>
              <w:rPr>
                <w:b/>
                <w:color w:val="6B7280"/>
                <w:sz w:val="18"/>
              </w:rPr>
              <w:t xml:space="preserve"> / </w:t>
            </w:r>
            <w:r>
              <w:rPr>
                <w:b/>
                <w:color w:val="6B7280"/>
                <w:sz w:val="18"/>
              </w:rPr>
              <w:t>意向城市或地区</w:t>
            </w:r>
          </w:p>
          <w:p w14:paraId="73D50923"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ECC80D8" w14:textId="77777777" w:rsidR="00BA5C4E" w:rsidRDefault="00000000">
            <w:pPr>
              <w:spacing w:after="20" w:line="252" w:lineRule="auto"/>
            </w:pPr>
            <w:r>
              <w:rPr>
                <w:b/>
                <w:sz w:val="18"/>
              </w:rPr>
              <w:t>Preferred institution / hospital / laboratory</w:t>
            </w:r>
            <w:r>
              <w:rPr>
                <w:b/>
                <w:color w:val="6B7280"/>
                <w:sz w:val="18"/>
              </w:rPr>
              <w:t xml:space="preserve"> / </w:t>
            </w:r>
            <w:r>
              <w:rPr>
                <w:b/>
                <w:color w:val="6B7280"/>
                <w:sz w:val="18"/>
              </w:rPr>
              <w:t>意向大学、医院或实验室</w:t>
            </w:r>
          </w:p>
          <w:p w14:paraId="1677C57F" w14:textId="77777777" w:rsidR="00BA5C4E" w:rsidRDefault="00000000">
            <w:pPr>
              <w:spacing w:after="0" w:line="252" w:lineRule="auto"/>
            </w:pPr>
            <w:r>
              <w:rPr>
                <w:i/>
                <w:color w:val="7C8796"/>
                <w:sz w:val="18"/>
              </w:rPr>
              <w:t>If already identified.</w:t>
            </w:r>
          </w:p>
        </w:tc>
      </w:tr>
      <w:tr w:rsidR="00BA5C4E" w14:paraId="76935324"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B4062A9" w14:textId="77777777" w:rsidR="00BA5C4E" w:rsidRDefault="00000000">
            <w:pPr>
              <w:spacing w:after="20" w:line="252" w:lineRule="auto"/>
            </w:pPr>
            <w:r>
              <w:rPr>
                <w:b/>
                <w:sz w:val="18"/>
              </w:rPr>
              <w:t>Preferred host / supervisor</w:t>
            </w:r>
            <w:r>
              <w:rPr>
                <w:b/>
                <w:color w:val="6B7280"/>
                <w:sz w:val="18"/>
              </w:rPr>
              <w:t xml:space="preserve"> / </w:t>
            </w:r>
            <w:r>
              <w:rPr>
                <w:b/>
                <w:color w:val="6B7280"/>
                <w:sz w:val="18"/>
              </w:rPr>
              <w:t>意向导师或接收专家</w:t>
            </w:r>
          </w:p>
          <w:p w14:paraId="3015B0D5" w14:textId="77777777" w:rsidR="00BA5C4E" w:rsidRDefault="00000000">
            <w:pPr>
              <w:spacing w:after="0" w:line="252" w:lineRule="auto"/>
            </w:pPr>
            <w:r>
              <w:rPr>
                <w:i/>
                <w:color w:val="7C8796"/>
                <w:sz w:val="18"/>
              </w:rPr>
              <w:t>If already identified.</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B2DA123" w14:textId="77777777" w:rsidR="00BA5C4E" w:rsidRDefault="00000000">
            <w:pPr>
              <w:spacing w:after="20" w:line="252" w:lineRule="auto"/>
            </w:pPr>
            <w:r>
              <w:rPr>
                <w:b/>
                <w:sz w:val="18"/>
              </w:rPr>
              <w:t>Alternative institutions acceptable?</w:t>
            </w:r>
            <w:r>
              <w:rPr>
                <w:b/>
                <w:color w:val="6B7280"/>
                <w:sz w:val="18"/>
              </w:rPr>
              <w:t xml:space="preserve"> / </w:t>
            </w:r>
            <w:r>
              <w:rPr>
                <w:b/>
                <w:color w:val="6B7280"/>
                <w:sz w:val="18"/>
              </w:rPr>
              <w:t>是否接受其他合适机构</w:t>
            </w:r>
          </w:p>
          <w:p w14:paraId="308B99AD" w14:textId="77777777" w:rsidR="00BA5C4E" w:rsidRDefault="00000000">
            <w:pPr>
              <w:spacing w:after="0" w:line="252" w:lineRule="auto"/>
            </w:pPr>
            <w:r>
              <w:rPr>
                <w:i/>
                <w:color w:val="7C8796"/>
                <w:sz w:val="18"/>
              </w:rPr>
              <w:t>Yes / No / Please discuss</w:t>
            </w:r>
          </w:p>
        </w:tc>
      </w:tr>
    </w:tbl>
    <w:p w14:paraId="0CE98F5B"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1F390B5A"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772D5286" w14:textId="77777777" w:rsidR="00BA5C4E" w:rsidRDefault="00000000">
            <w:pPr>
              <w:spacing w:after="40" w:line="252" w:lineRule="auto"/>
            </w:pPr>
            <w:r>
              <w:rPr>
                <w:b/>
                <w:sz w:val="18"/>
              </w:rPr>
              <w:t>Destination priorities or special preferences</w:t>
            </w:r>
            <w:r>
              <w:rPr>
                <w:b/>
                <w:color w:val="6B7280"/>
                <w:sz w:val="18"/>
              </w:rPr>
              <w:t xml:space="preserve"> / </w:t>
            </w:r>
            <w:r>
              <w:rPr>
                <w:b/>
                <w:color w:val="6B7280"/>
                <w:sz w:val="18"/>
              </w:rPr>
              <w:t>目的地优先级或特殊偏好</w:t>
            </w:r>
          </w:p>
          <w:p w14:paraId="20C3CEED" w14:textId="77777777" w:rsidR="00BA5C4E" w:rsidRDefault="00000000">
            <w:pPr>
              <w:spacing w:after="0" w:line="252" w:lineRule="auto"/>
            </w:pPr>
            <w:r>
              <w:rPr>
                <w:i/>
                <w:color w:val="7C8796"/>
                <w:sz w:val="18"/>
              </w:rPr>
              <w:t>Please list up to three preferred destinations, institutions, or host profiles if applicable.</w:t>
            </w:r>
          </w:p>
          <w:p w14:paraId="12E61179" w14:textId="77777777" w:rsidR="00BA5C4E" w:rsidRDefault="00000000">
            <w:pPr>
              <w:spacing w:after="0" w:line="252" w:lineRule="auto"/>
            </w:pPr>
            <w:r>
              <w:rPr>
                <w:sz w:val="18"/>
              </w:rPr>
              <w:t xml:space="preserve"> </w:t>
            </w:r>
          </w:p>
        </w:tc>
      </w:tr>
    </w:tbl>
    <w:p w14:paraId="6A753E9B" w14:textId="77777777" w:rsidR="00BA5C4E" w:rsidRDefault="00BA5C4E">
      <w:pPr>
        <w:spacing w:after="0"/>
      </w:pPr>
    </w:p>
    <w:p w14:paraId="2EEFA204" w14:textId="77777777" w:rsidR="00BA5C4E" w:rsidRDefault="00000000">
      <w:pPr>
        <w:keepNext/>
        <w:spacing w:before="100" w:after="80" w:line="252" w:lineRule="auto"/>
      </w:pPr>
      <w:r>
        <w:rPr>
          <w:b/>
          <w:color w:val="0066B3"/>
          <w:sz w:val="30"/>
        </w:rPr>
        <w:t xml:space="preserve">D. Timing, Duration, and Participation Mode  </w:t>
      </w:r>
      <w:r>
        <w:rPr>
          <w:b/>
          <w:color w:val="0066B3"/>
          <w:sz w:val="30"/>
        </w:rPr>
        <w:t>时间、周期与参与方式</w:t>
      </w:r>
    </w:p>
    <w:tbl>
      <w:tblPr>
        <w:tblW w:w="0" w:type="auto"/>
        <w:jc w:val="center"/>
        <w:tblLayout w:type="fixed"/>
        <w:tblLook w:val="04A0" w:firstRow="1" w:lastRow="0" w:firstColumn="1" w:lastColumn="0" w:noHBand="0" w:noVBand="1"/>
      </w:tblPr>
      <w:tblGrid>
        <w:gridCol w:w="5112"/>
        <w:gridCol w:w="5112"/>
      </w:tblGrid>
      <w:tr w:rsidR="00BA5C4E" w14:paraId="6427035C"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A2747E6" w14:textId="77777777" w:rsidR="00BA5C4E" w:rsidRDefault="00000000">
            <w:pPr>
              <w:spacing w:after="20" w:line="252" w:lineRule="auto"/>
            </w:pPr>
            <w:r>
              <w:rPr>
                <w:b/>
                <w:sz w:val="18"/>
              </w:rPr>
              <w:t>Preferred start date</w:t>
            </w:r>
            <w:r>
              <w:rPr>
                <w:b/>
                <w:color w:val="6B7280"/>
                <w:sz w:val="18"/>
              </w:rPr>
              <w:t xml:space="preserve"> / </w:t>
            </w:r>
            <w:r>
              <w:rPr>
                <w:b/>
                <w:color w:val="6B7280"/>
                <w:sz w:val="18"/>
              </w:rPr>
              <w:t>希望开始时间</w:t>
            </w:r>
          </w:p>
          <w:p w14:paraId="0FFE113C" w14:textId="77777777" w:rsidR="00BA5C4E" w:rsidRDefault="00000000">
            <w:pPr>
              <w:spacing w:after="0" w:line="252" w:lineRule="auto"/>
            </w:pPr>
            <w:r>
              <w:rPr>
                <w:i/>
                <w:color w:val="7C8796"/>
                <w:sz w:val="18"/>
              </w:rPr>
              <w:t>YYYY-MM or approximate date</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0E7D3A3" w14:textId="77777777" w:rsidR="00BA5C4E" w:rsidRDefault="00000000">
            <w:pPr>
              <w:spacing w:after="20" w:line="252" w:lineRule="auto"/>
            </w:pPr>
            <w:r>
              <w:rPr>
                <w:b/>
                <w:sz w:val="18"/>
              </w:rPr>
              <w:t>Start-date flexibility</w:t>
            </w:r>
            <w:r>
              <w:rPr>
                <w:b/>
                <w:color w:val="6B7280"/>
                <w:sz w:val="18"/>
              </w:rPr>
              <w:t xml:space="preserve"> / </w:t>
            </w:r>
            <w:r>
              <w:rPr>
                <w:b/>
                <w:color w:val="6B7280"/>
                <w:sz w:val="18"/>
              </w:rPr>
              <w:t>开始时间弹性</w:t>
            </w:r>
          </w:p>
          <w:p w14:paraId="78AEC776" w14:textId="77777777" w:rsidR="00BA5C4E" w:rsidRDefault="00000000">
            <w:pPr>
              <w:spacing w:after="0" w:line="252" w:lineRule="auto"/>
            </w:pPr>
            <w:r>
              <w:rPr>
                <w:i/>
                <w:color w:val="7C8796"/>
                <w:sz w:val="18"/>
              </w:rPr>
              <w:t>Flexible / Limited flexibility / Fixed</w:t>
            </w:r>
          </w:p>
        </w:tc>
      </w:tr>
      <w:tr w:rsidR="00BA5C4E" w14:paraId="577BEF6F"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47B8C640" w14:textId="77777777" w:rsidR="00BA5C4E" w:rsidRDefault="00000000">
            <w:pPr>
              <w:spacing w:after="20" w:line="252" w:lineRule="auto"/>
            </w:pPr>
            <w:r>
              <w:rPr>
                <w:b/>
                <w:sz w:val="18"/>
              </w:rPr>
              <w:t>Preferred duration</w:t>
            </w:r>
            <w:r>
              <w:rPr>
                <w:b/>
                <w:color w:val="6B7280"/>
                <w:sz w:val="18"/>
              </w:rPr>
              <w:t xml:space="preserve"> / </w:t>
            </w:r>
            <w:r>
              <w:rPr>
                <w:b/>
                <w:color w:val="6B7280"/>
                <w:sz w:val="18"/>
              </w:rPr>
              <w:t>期望周期</w:t>
            </w:r>
          </w:p>
          <w:p w14:paraId="169A5953" w14:textId="77777777" w:rsidR="00BA5C4E" w:rsidRDefault="00000000">
            <w:pPr>
              <w:spacing w:after="0" w:line="252" w:lineRule="auto"/>
            </w:pPr>
            <w:r>
              <w:rPr>
                <w:i/>
                <w:color w:val="7C8796"/>
                <w:sz w:val="18"/>
              </w:rPr>
              <w:t>1-3 months / 3-6 months / 6-12 months / 12+ months / Other</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A6170FC" w14:textId="77777777" w:rsidR="00BA5C4E" w:rsidRDefault="00000000">
            <w:pPr>
              <w:spacing w:after="20" w:line="252" w:lineRule="auto"/>
            </w:pPr>
            <w:r>
              <w:rPr>
                <w:b/>
                <w:sz w:val="18"/>
              </w:rPr>
              <w:t>Preferred participation mode</w:t>
            </w:r>
            <w:r>
              <w:rPr>
                <w:b/>
                <w:color w:val="6B7280"/>
                <w:sz w:val="18"/>
              </w:rPr>
              <w:t xml:space="preserve"> / </w:t>
            </w:r>
            <w:r>
              <w:rPr>
                <w:b/>
                <w:color w:val="6B7280"/>
                <w:sz w:val="18"/>
              </w:rPr>
              <w:t>参与方式</w:t>
            </w:r>
          </w:p>
          <w:p w14:paraId="4738575A" w14:textId="77777777" w:rsidR="00BA5C4E" w:rsidRDefault="00000000">
            <w:pPr>
              <w:spacing w:after="0" w:line="252" w:lineRule="auto"/>
            </w:pPr>
            <w:r>
              <w:rPr>
                <w:i/>
                <w:color w:val="7C8796"/>
                <w:sz w:val="18"/>
              </w:rPr>
              <w:t>In person / Hybrid / Other</w:t>
            </w:r>
          </w:p>
        </w:tc>
      </w:tr>
    </w:tbl>
    <w:p w14:paraId="489D6A10"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7EBB1036"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59FAC180" w14:textId="77777777" w:rsidR="00BA5C4E" w:rsidRDefault="00000000">
            <w:pPr>
              <w:spacing w:after="40" w:line="252" w:lineRule="auto"/>
            </w:pPr>
            <w:r>
              <w:rPr>
                <w:b/>
                <w:sz w:val="18"/>
              </w:rPr>
              <w:t>Availability, travel, or scheduling considerations</w:t>
            </w:r>
            <w:r>
              <w:rPr>
                <w:b/>
                <w:color w:val="6B7280"/>
                <w:sz w:val="18"/>
              </w:rPr>
              <w:t xml:space="preserve"> / </w:t>
            </w:r>
            <w:r>
              <w:rPr>
                <w:b/>
                <w:color w:val="6B7280"/>
                <w:sz w:val="18"/>
              </w:rPr>
              <w:t>时间安排、出行或其他限制</w:t>
            </w:r>
          </w:p>
          <w:p w14:paraId="03DE359A" w14:textId="77777777" w:rsidR="00BA5C4E" w:rsidRDefault="00000000">
            <w:pPr>
              <w:spacing w:after="0" w:line="252" w:lineRule="auto"/>
            </w:pPr>
            <w:r>
              <w:rPr>
                <w:i/>
                <w:color w:val="7C8796"/>
                <w:sz w:val="18"/>
              </w:rPr>
              <w:t>Provide a concise non-confidential description.</w:t>
            </w:r>
          </w:p>
        </w:tc>
      </w:tr>
    </w:tbl>
    <w:p w14:paraId="6969DB74" w14:textId="77777777" w:rsidR="00BA5C4E" w:rsidRDefault="00BA5C4E">
      <w:pPr>
        <w:spacing w:after="0"/>
      </w:pPr>
    </w:p>
    <w:p w14:paraId="1D14EA74" w14:textId="77777777" w:rsidR="00BA5C4E" w:rsidRDefault="00000000">
      <w:pPr>
        <w:keepNext/>
        <w:spacing w:before="100" w:after="80" w:line="252" w:lineRule="auto"/>
      </w:pPr>
      <w:r>
        <w:rPr>
          <w:b/>
          <w:color w:val="0066B3"/>
          <w:sz w:val="30"/>
        </w:rPr>
        <w:lastRenderedPageBreak/>
        <w:t xml:space="preserve">E. Funding and Practical Considerations  </w:t>
      </w:r>
      <w:r>
        <w:rPr>
          <w:b/>
          <w:color w:val="0066B3"/>
          <w:sz w:val="30"/>
        </w:rPr>
        <w:t>经费与实际安排</w:t>
      </w:r>
    </w:p>
    <w:p w14:paraId="46731A8A" w14:textId="77777777" w:rsidR="00BA5C4E" w:rsidRDefault="00000000">
      <w:pPr>
        <w:spacing w:before="40" w:after="40" w:line="252" w:lineRule="auto"/>
      </w:pPr>
      <w:r>
        <w:rPr>
          <w:b/>
          <w:sz w:val="20"/>
        </w:rPr>
        <w:t>Current funding status</w:t>
      </w:r>
      <w:r>
        <w:rPr>
          <w:b/>
          <w:color w:val="6B7280"/>
        </w:rPr>
        <w:t xml:space="preserve"> / </w:t>
      </w:r>
      <w:r>
        <w:rPr>
          <w:b/>
          <w:color w:val="6B7280"/>
        </w:rPr>
        <w:t>目前经费情况</w:t>
      </w:r>
    </w:p>
    <w:tbl>
      <w:tblPr>
        <w:tblW w:w="0" w:type="auto"/>
        <w:jc w:val="center"/>
        <w:tblLayout w:type="fixed"/>
        <w:tblLook w:val="04A0" w:firstRow="1" w:lastRow="0" w:firstColumn="1" w:lastColumn="0" w:noHBand="0" w:noVBand="1"/>
      </w:tblPr>
      <w:tblGrid>
        <w:gridCol w:w="5112"/>
        <w:gridCol w:w="5112"/>
      </w:tblGrid>
      <w:tr w:rsidR="00BA5C4E" w14:paraId="00BA5999" w14:textId="77777777">
        <w:trPr>
          <w:jc w:val="center"/>
        </w:trPr>
        <w:tc>
          <w:tcPr>
            <w:tcW w:w="5112" w:type="dxa"/>
            <w:tcMar>
              <w:top w:w="25" w:type="dxa"/>
              <w:left w:w="25" w:type="dxa"/>
              <w:bottom w:w="25" w:type="dxa"/>
              <w:right w:w="25" w:type="dxa"/>
            </w:tcMar>
          </w:tcPr>
          <w:p w14:paraId="48CDF507" w14:textId="77777777" w:rsidR="00BA5C4E" w:rsidRDefault="00000000">
            <w:pPr>
              <w:spacing w:after="0" w:line="252" w:lineRule="auto"/>
            </w:pPr>
            <w:r>
              <w:rPr>
                <w:color w:val="6B7280"/>
                <w:sz w:val="20"/>
              </w:rPr>
              <w:t xml:space="preserve">☐ </w:t>
            </w:r>
            <w:r>
              <w:rPr>
                <w:sz w:val="18"/>
              </w:rPr>
              <w:t>Self-funded</w:t>
            </w:r>
            <w:r>
              <w:rPr>
                <w:color w:val="6B7280"/>
                <w:sz w:val="17"/>
              </w:rPr>
              <w:t xml:space="preserve"> / </w:t>
            </w:r>
            <w:r>
              <w:rPr>
                <w:color w:val="6B7280"/>
                <w:sz w:val="17"/>
              </w:rPr>
              <w:t>自费</w:t>
            </w:r>
          </w:p>
        </w:tc>
        <w:tc>
          <w:tcPr>
            <w:tcW w:w="5112" w:type="dxa"/>
            <w:tcMar>
              <w:top w:w="25" w:type="dxa"/>
              <w:left w:w="25" w:type="dxa"/>
              <w:bottom w:w="25" w:type="dxa"/>
              <w:right w:w="25" w:type="dxa"/>
            </w:tcMar>
          </w:tcPr>
          <w:p w14:paraId="203DDFAB" w14:textId="77777777" w:rsidR="00BA5C4E" w:rsidRDefault="00000000">
            <w:pPr>
              <w:spacing w:after="0" w:line="252" w:lineRule="auto"/>
            </w:pPr>
            <w:r>
              <w:rPr>
                <w:color w:val="6B7280"/>
                <w:sz w:val="20"/>
              </w:rPr>
              <w:t xml:space="preserve">☐ </w:t>
            </w:r>
            <w:r>
              <w:rPr>
                <w:sz w:val="18"/>
              </w:rPr>
              <w:t>Employer / institutional funding</w:t>
            </w:r>
            <w:r>
              <w:rPr>
                <w:color w:val="6B7280"/>
                <w:sz w:val="17"/>
              </w:rPr>
              <w:t xml:space="preserve"> / </w:t>
            </w:r>
            <w:r>
              <w:rPr>
                <w:color w:val="6B7280"/>
                <w:sz w:val="17"/>
              </w:rPr>
              <w:t>单位或机构资助</w:t>
            </w:r>
          </w:p>
        </w:tc>
      </w:tr>
      <w:tr w:rsidR="00BA5C4E" w14:paraId="7D800832" w14:textId="77777777">
        <w:trPr>
          <w:jc w:val="center"/>
        </w:trPr>
        <w:tc>
          <w:tcPr>
            <w:tcW w:w="5112" w:type="dxa"/>
            <w:tcMar>
              <w:top w:w="25" w:type="dxa"/>
              <w:left w:w="25" w:type="dxa"/>
              <w:bottom w:w="25" w:type="dxa"/>
              <w:right w:w="25" w:type="dxa"/>
            </w:tcMar>
          </w:tcPr>
          <w:p w14:paraId="080BF816" w14:textId="77777777" w:rsidR="00BA5C4E" w:rsidRDefault="00000000">
            <w:pPr>
              <w:spacing w:after="0" w:line="252" w:lineRule="auto"/>
            </w:pPr>
            <w:r>
              <w:rPr>
                <w:color w:val="6B7280"/>
                <w:sz w:val="20"/>
              </w:rPr>
              <w:t xml:space="preserve">☐ </w:t>
            </w:r>
            <w:r>
              <w:rPr>
                <w:sz w:val="18"/>
              </w:rPr>
              <w:t>Government / public scholarship</w:t>
            </w:r>
            <w:r>
              <w:rPr>
                <w:color w:val="6B7280"/>
                <w:sz w:val="17"/>
              </w:rPr>
              <w:t xml:space="preserve"> / </w:t>
            </w:r>
            <w:r>
              <w:rPr>
                <w:color w:val="6B7280"/>
                <w:sz w:val="17"/>
              </w:rPr>
              <w:t>政府或公共奖学金</w:t>
            </w:r>
          </w:p>
        </w:tc>
        <w:tc>
          <w:tcPr>
            <w:tcW w:w="5112" w:type="dxa"/>
            <w:tcMar>
              <w:top w:w="25" w:type="dxa"/>
              <w:left w:w="25" w:type="dxa"/>
              <w:bottom w:w="25" w:type="dxa"/>
              <w:right w:w="25" w:type="dxa"/>
            </w:tcMar>
          </w:tcPr>
          <w:p w14:paraId="4E390BA1" w14:textId="77777777" w:rsidR="00BA5C4E" w:rsidRDefault="00000000">
            <w:pPr>
              <w:spacing w:after="0" w:line="252" w:lineRule="auto"/>
            </w:pPr>
            <w:r>
              <w:rPr>
                <w:color w:val="6B7280"/>
                <w:sz w:val="20"/>
              </w:rPr>
              <w:t xml:space="preserve">☐ </w:t>
            </w:r>
            <w:r>
              <w:rPr>
                <w:sz w:val="18"/>
              </w:rPr>
              <w:t>External fellowship / scholarship</w:t>
            </w:r>
            <w:r>
              <w:rPr>
                <w:color w:val="6B7280"/>
                <w:sz w:val="17"/>
              </w:rPr>
              <w:t xml:space="preserve"> / </w:t>
            </w:r>
            <w:r>
              <w:rPr>
                <w:color w:val="6B7280"/>
                <w:sz w:val="17"/>
              </w:rPr>
              <w:t>外部基金或奖学金</w:t>
            </w:r>
          </w:p>
        </w:tc>
      </w:tr>
      <w:tr w:rsidR="00BA5C4E" w14:paraId="4C417549" w14:textId="77777777">
        <w:trPr>
          <w:jc w:val="center"/>
        </w:trPr>
        <w:tc>
          <w:tcPr>
            <w:tcW w:w="5112" w:type="dxa"/>
            <w:tcMar>
              <w:top w:w="25" w:type="dxa"/>
              <w:left w:w="25" w:type="dxa"/>
              <w:bottom w:w="25" w:type="dxa"/>
              <w:right w:w="25" w:type="dxa"/>
            </w:tcMar>
          </w:tcPr>
          <w:p w14:paraId="33C7737B" w14:textId="77777777" w:rsidR="00BA5C4E" w:rsidRDefault="00000000">
            <w:pPr>
              <w:spacing w:after="0" w:line="252" w:lineRule="auto"/>
            </w:pPr>
            <w:r>
              <w:rPr>
                <w:color w:val="6B7280"/>
                <w:sz w:val="20"/>
              </w:rPr>
              <w:t xml:space="preserve">☐ </w:t>
            </w:r>
            <w:r>
              <w:rPr>
                <w:sz w:val="18"/>
              </w:rPr>
              <w:t>Funding application in progress</w:t>
            </w:r>
            <w:r>
              <w:rPr>
                <w:color w:val="6B7280"/>
                <w:sz w:val="17"/>
              </w:rPr>
              <w:t xml:space="preserve"> / </w:t>
            </w:r>
            <w:r>
              <w:rPr>
                <w:color w:val="6B7280"/>
                <w:sz w:val="17"/>
              </w:rPr>
              <w:t>经费申请中</w:t>
            </w:r>
          </w:p>
        </w:tc>
        <w:tc>
          <w:tcPr>
            <w:tcW w:w="5112" w:type="dxa"/>
            <w:tcMar>
              <w:top w:w="25" w:type="dxa"/>
              <w:left w:w="25" w:type="dxa"/>
              <w:bottom w:w="25" w:type="dxa"/>
              <w:right w:w="25" w:type="dxa"/>
            </w:tcMar>
          </w:tcPr>
          <w:p w14:paraId="05A5FF58" w14:textId="77777777" w:rsidR="00BA5C4E" w:rsidRDefault="00000000">
            <w:pPr>
              <w:spacing w:after="0" w:line="252" w:lineRule="auto"/>
            </w:pPr>
            <w:r>
              <w:rPr>
                <w:color w:val="6B7280"/>
                <w:sz w:val="20"/>
              </w:rPr>
              <w:t xml:space="preserve">☐ </w:t>
            </w:r>
            <w:r>
              <w:rPr>
                <w:sz w:val="18"/>
              </w:rPr>
              <w:t>Funding not yet confirmed</w:t>
            </w:r>
            <w:r>
              <w:rPr>
                <w:color w:val="6B7280"/>
                <w:sz w:val="17"/>
              </w:rPr>
              <w:t xml:space="preserve"> / </w:t>
            </w:r>
            <w:r>
              <w:rPr>
                <w:color w:val="6B7280"/>
                <w:sz w:val="17"/>
              </w:rPr>
              <w:t>经费尚未落实</w:t>
            </w:r>
          </w:p>
        </w:tc>
      </w:tr>
      <w:tr w:rsidR="00BA5C4E" w14:paraId="39302D65" w14:textId="77777777">
        <w:trPr>
          <w:jc w:val="center"/>
        </w:trPr>
        <w:tc>
          <w:tcPr>
            <w:tcW w:w="5112" w:type="dxa"/>
            <w:tcMar>
              <w:top w:w="25" w:type="dxa"/>
              <w:left w:w="25" w:type="dxa"/>
              <w:bottom w:w="25" w:type="dxa"/>
              <w:right w:w="25" w:type="dxa"/>
            </w:tcMar>
          </w:tcPr>
          <w:p w14:paraId="063D52B5" w14:textId="77777777" w:rsidR="00BA5C4E" w:rsidRDefault="00000000">
            <w:pPr>
              <w:spacing w:after="0" w:line="252" w:lineRule="auto"/>
            </w:pPr>
            <w:r>
              <w:rPr>
                <w:color w:val="6B7280"/>
                <w:sz w:val="20"/>
              </w:rPr>
              <w:t xml:space="preserve">☐ </w:t>
            </w:r>
            <w:r>
              <w:rPr>
                <w:sz w:val="18"/>
              </w:rPr>
              <w:t>Seeking information on potential funding pathways</w:t>
            </w:r>
            <w:r>
              <w:rPr>
                <w:color w:val="6B7280"/>
                <w:sz w:val="17"/>
              </w:rPr>
              <w:t xml:space="preserve"> / </w:t>
            </w:r>
            <w:r>
              <w:rPr>
                <w:color w:val="6B7280"/>
                <w:sz w:val="17"/>
              </w:rPr>
              <w:t>希望了解潜在资助路径</w:t>
            </w:r>
          </w:p>
        </w:tc>
        <w:tc>
          <w:tcPr>
            <w:tcW w:w="5112" w:type="dxa"/>
            <w:tcMar>
              <w:top w:w="25" w:type="dxa"/>
              <w:left w:w="25" w:type="dxa"/>
              <w:bottom w:w="25" w:type="dxa"/>
              <w:right w:w="25" w:type="dxa"/>
            </w:tcMar>
          </w:tcPr>
          <w:p w14:paraId="799A8D6B" w14:textId="77777777" w:rsidR="00BA5C4E"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r>
    </w:tbl>
    <w:p w14:paraId="084A4859" w14:textId="77777777" w:rsidR="00BA5C4E" w:rsidRDefault="00BA5C4E">
      <w:pPr>
        <w:spacing w:after="0"/>
      </w:pPr>
    </w:p>
    <w:tbl>
      <w:tblPr>
        <w:tblW w:w="0" w:type="auto"/>
        <w:jc w:val="center"/>
        <w:tblLayout w:type="fixed"/>
        <w:tblLook w:val="04A0" w:firstRow="1" w:lastRow="0" w:firstColumn="1" w:lastColumn="0" w:noHBand="0" w:noVBand="1"/>
      </w:tblPr>
      <w:tblGrid>
        <w:gridCol w:w="5112"/>
        <w:gridCol w:w="5112"/>
      </w:tblGrid>
      <w:tr w:rsidR="00BA5C4E" w14:paraId="051F0462"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4C62AD7" w14:textId="77777777" w:rsidR="00BA5C4E" w:rsidRDefault="00000000">
            <w:pPr>
              <w:spacing w:after="20" w:line="252" w:lineRule="auto"/>
            </w:pPr>
            <w:r>
              <w:rPr>
                <w:b/>
                <w:sz w:val="18"/>
              </w:rPr>
              <w:t>Funding source / program</w:t>
            </w:r>
            <w:r>
              <w:rPr>
                <w:b/>
                <w:color w:val="6B7280"/>
                <w:sz w:val="18"/>
              </w:rPr>
              <w:t xml:space="preserve"> / </w:t>
            </w:r>
            <w:r>
              <w:rPr>
                <w:b/>
                <w:color w:val="6B7280"/>
                <w:sz w:val="18"/>
              </w:rPr>
              <w:t>经费来源或项目名称</w:t>
            </w:r>
          </w:p>
          <w:p w14:paraId="61664FE6" w14:textId="77777777" w:rsidR="00BA5C4E" w:rsidRDefault="00000000">
            <w:pPr>
              <w:spacing w:after="0" w:line="252" w:lineRule="auto"/>
            </w:pPr>
            <w:r>
              <w:rPr>
                <w:i/>
                <w:color w:val="7C8796"/>
                <w:sz w:val="18"/>
              </w:rPr>
              <w:t>If known.</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D140392" w14:textId="77777777" w:rsidR="00BA5C4E" w:rsidRDefault="00000000">
            <w:pPr>
              <w:spacing w:after="20" w:line="252" w:lineRule="auto"/>
            </w:pPr>
            <w:r>
              <w:rPr>
                <w:b/>
                <w:sz w:val="18"/>
              </w:rPr>
              <w:t>Estimated available budget / funding range</w:t>
            </w:r>
            <w:r>
              <w:rPr>
                <w:b/>
                <w:color w:val="6B7280"/>
                <w:sz w:val="18"/>
              </w:rPr>
              <w:t xml:space="preserve"> / </w:t>
            </w:r>
            <w:r>
              <w:rPr>
                <w:b/>
                <w:color w:val="6B7280"/>
                <w:sz w:val="18"/>
              </w:rPr>
              <w:t>预计可用预算或资助范围</w:t>
            </w:r>
          </w:p>
          <w:p w14:paraId="73D9C9C8" w14:textId="77777777" w:rsidR="00BA5C4E" w:rsidRDefault="00000000">
            <w:pPr>
              <w:spacing w:after="0" w:line="252" w:lineRule="auto"/>
            </w:pPr>
            <w:r>
              <w:rPr>
                <w:i/>
                <w:color w:val="7C8796"/>
                <w:sz w:val="18"/>
              </w:rPr>
              <w:t>Optional.</w:t>
            </w:r>
          </w:p>
        </w:tc>
      </w:tr>
      <w:tr w:rsidR="00BA5C4E" w14:paraId="6D04F546"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1F7C77F" w14:textId="77777777" w:rsidR="00BA5C4E" w:rsidRDefault="00000000">
            <w:pPr>
              <w:spacing w:after="20" w:line="252" w:lineRule="auto"/>
            </w:pPr>
            <w:r>
              <w:rPr>
                <w:b/>
                <w:sz w:val="18"/>
              </w:rPr>
              <w:t>Employer / institutional approval required?</w:t>
            </w:r>
            <w:r>
              <w:rPr>
                <w:b/>
                <w:color w:val="6B7280"/>
                <w:sz w:val="18"/>
              </w:rPr>
              <w:t xml:space="preserve"> / </w:t>
            </w:r>
            <w:r>
              <w:rPr>
                <w:b/>
                <w:color w:val="6B7280"/>
                <w:sz w:val="18"/>
              </w:rPr>
              <w:t>是否需要所在单位批准</w:t>
            </w:r>
          </w:p>
          <w:p w14:paraId="69AD06D6" w14:textId="77777777" w:rsidR="00BA5C4E" w:rsidRDefault="00000000">
            <w:pPr>
              <w:spacing w:after="0" w:line="252" w:lineRule="auto"/>
            </w:pPr>
            <w:r>
              <w:rPr>
                <w:i/>
                <w:color w:val="7C8796"/>
                <w:sz w:val="18"/>
              </w:rPr>
              <w:t>Yes / No / Not sure</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DEC2652" w14:textId="77777777" w:rsidR="00BA5C4E" w:rsidRDefault="00000000">
            <w:pPr>
              <w:spacing w:after="20" w:line="252" w:lineRule="auto"/>
            </w:pPr>
            <w:r>
              <w:rPr>
                <w:b/>
                <w:sz w:val="18"/>
              </w:rPr>
              <w:t>Visa / immigration status, if already known</w:t>
            </w:r>
            <w:r>
              <w:rPr>
                <w:b/>
                <w:color w:val="6B7280"/>
                <w:sz w:val="18"/>
              </w:rPr>
              <w:t xml:space="preserve"> / </w:t>
            </w:r>
            <w:r>
              <w:rPr>
                <w:b/>
                <w:color w:val="6B7280"/>
                <w:sz w:val="18"/>
              </w:rPr>
              <w:t>如已知，请填写签证或移民状态</w:t>
            </w:r>
          </w:p>
          <w:p w14:paraId="5786E4D0" w14:textId="77777777" w:rsidR="00BA5C4E" w:rsidRDefault="00000000">
            <w:pPr>
              <w:spacing w:after="0" w:line="252" w:lineRule="auto"/>
            </w:pPr>
            <w:r>
              <w:rPr>
                <w:i/>
                <w:color w:val="7C8796"/>
                <w:sz w:val="18"/>
              </w:rPr>
              <w:t>Optional; do not submit passport details here.</w:t>
            </w:r>
          </w:p>
        </w:tc>
      </w:tr>
    </w:tbl>
    <w:p w14:paraId="724265FA"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6EFE00B8"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784F2938" w14:textId="77777777" w:rsidR="00BA5C4E" w:rsidRDefault="00000000">
            <w:pPr>
              <w:spacing w:after="40" w:line="252" w:lineRule="auto"/>
            </w:pPr>
            <w:r>
              <w:rPr>
                <w:b/>
                <w:sz w:val="18"/>
              </w:rPr>
              <w:t>Accommodation, family, accessibility, or other practical considerations</w:t>
            </w:r>
            <w:r>
              <w:rPr>
                <w:b/>
                <w:color w:val="6B7280"/>
                <w:sz w:val="18"/>
              </w:rPr>
              <w:t xml:space="preserve"> / </w:t>
            </w:r>
            <w:r>
              <w:rPr>
                <w:b/>
                <w:color w:val="6B7280"/>
                <w:sz w:val="18"/>
              </w:rPr>
              <w:t>住宿、家庭、无障碍或其他实际考虑</w:t>
            </w:r>
          </w:p>
          <w:p w14:paraId="0FED3DDC" w14:textId="77777777" w:rsidR="00BA5C4E" w:rsidRDefault="00000000">
            <w:pPr>
              <w:spacing w:after="0" w:line="252" w:lineRule="auto"/>
            </w:pPr>
            <w:r>
              <w:rPr>
                <w:i/>
                <w:color w:val="7C8796"/>
                <w:sz w:val="18"/>
              </w:rPr>
              <w:t>Optional. Provide only information relevant to preliminary planning.</w:t>
            </w:r>
          </w:p>
          <w:p w14:paraId="1B6AE5C9" w14:textId="77777777" w:rsidR="00BA5C4E" w:rsidRDefault="00000000">
            <w:pPr>
              <w:spacing w:after="0" w:line="252" w:lineRule="auto"/>
            </w:pPr>
            <w:r>
              <w:rPr>
                <w:sz w:val="18"/>
              </w:rPr>
              <w:t xml:space="preserve"> </w:t>
            </w:r>
          </w:p>
        </w:tc>
      </w:tr>
    </w:tbl>
    <w:p w14:paraId="216E9599" w14:textId="77777777" w:rsidR="00BA5C4E" w:rsidRDefault="00BA5C4E">
      <w:pPr>
        <w:spacing w:after="0"/>
      </w:pPr>
    </w:p>
    <w:p w14:paraId="2A6DC0B6" w14:textId="77777777" w:rsidR="00BA5C4E" w:rsidRDefault="00000000">
      <w:pPr>
        <w:keepNext/>
        <w:spacing w:before="100" w:after="80" w:line="252" w:lineRule="auto"/>
      </w:pPr>
      <w:r>
        <w:rPr>
          <w:b/>
          <w:color w:val="0066B3"/>
          <w:sz w:val="30"/>
        </w:rPr>
        <w:t xml:space="preserve">F. Professional Background and Supporting Materials  </w:t>
      </w:r>
      <w:r>
        <w:rPr>
          <w:b/>
          <w:color w:val="0066B3"/>
          <w:sz w:val="30"/>
        </w:rPr>
        <w:t>专业背景与材料</w:t>
      </w:r>
    </w:p>
    <w:p w14:paraId="4F86CD73" w14:textId="77777777" w:rsidR="00BA5C4E" w:rsidRDefault="00000000">
      <w:pPr>
        <w:spacing w:before="40" w:after="40" w:line="252" w:lineRule="auto"/>
      </w:pPr>
      <w:r>
        <w:rPr>
          <w:b/>
          <w:sz w:val="20"/>
        </w:rPr>
        <w:t>Documents included or available</w:t>
      </w:r>
      <w:r>
        <w:rPr>
          <w:b/>
          <w:color w:val="6B7280"/>
        </w:rPr>
        <w:t xml:space="preserve"> / </w:t>
      </w:r>
      <w:r>
        <w:rPr>
          <w:b/>
          <w:color w:val="6B7280"/>
        </w:rPr>
        <w:t>已附或可提供的材料</w:t>
      </w:r>
    </w:p>
    <w:tbl>
      <w:tblPr>
        <w:tblW w:w="0" w:type="auto"/>
        <w:jc w:val="center"/>
        <w:tblLayout w:type="fixed"/>
        <w:tblLook w:val="04A0" w:firstRow="1" w:lastRow="0" w:firstColumn="1" w:lastColumn="0" w:noHBand="0" w:noVBand="1"/>
      </w:tblPr>
      <w:tblGrid>
        <w:gridCol w:w="5112"/>
        <w:gridCol w:w="5112"/>
      </w:tblGrid>
      <w:tr w:rsidR="00BA5C4E" w14:paraId="2714A14E" w14:textId="77777777">
        <w:trPr>
          <w:jc w:val="center"/>
        </w:trPr>
        <w:tc>
          <w:tcPr>
            <w:tcW w:w="5112" w:type="dxa"/>
            <w:tcMar>
              <w:top w:w="25" w:type="dxa"/>
              <w:left w:w="25" w:type="dxa"/>
              <w:bottom w:w="25" w:type="dxa"/>
              <w:right w:w="25" w:type="dxa"/>
            </w:tcMar>
          </w:tcPr>
          <w:p w14:paraId="01848BA0" w14:textId="77777777" w:rsidR="00BA5C4E" w:rsidRDefault="00000000">
            <w:pPr>
              <w:spacing w:after="0" w:line="252" w:lineRule="auto"/>
            </w:pPr>
            <w:r>
              <w:rPr>
                <w:color w:val="6B7280"/>
                <w:sz w:val="20"/>
              </w:rPr>
              <w:t xml:space="preserve">☐ </w:t>
            </w:r>
            <w:r>
              <w:rPr>
                <w:sz w:val="18"/>
              </w:rPr>
              <w:t>Curriculum vitae / resume</w:t>
            </w:r>
            <w:r>
              <w:rPr>
                <w:color w:val="6B7280"/>
                <w:sz w:val="17"/>
              </w:rPr>
              <w:t xml:space="preserve"> / </w:t>
            </w:r>
            <w:r>
              <w:rPr>
                <w:color w:val="6B7280"/>
                <w:sz w:val="17"/>
              </w:rPr>
              <w:t>个人简历</w:t>
            </w:r>
          </w:p>
        </w:tc>
        <w:tc>
          <w:tcPr>
            <w:tcW w:w="5112" w:type="dxa"/>
            <w:tcMar>
              <w:top w:w="25" w:type="dxa"/>
              <w:left w:w="25" w:type="dxa"/>
              <w:bottom w:w="25" w:type="dxa"/>
              <w:right w:w="25" w:type="dxa"/>
            </w:tcMar>
          </w:tcPr>
          <w:p w14:paraId="54ED1A3E" w14:textId="77777777" w:rsidR="00BA5C4E" w:rsidRDefault="00000000">
            <w:pPr>
              <w:spacing w:after="0" w:line="252" w:lineRule="auto"/>
            </w:pPr>
            <w:r>
              <w:rPr>
                <w:color w:val="6B7280"/>
                <w:sz w:val="20"/>
              </w:rPr>
              <w:t xml:space="preserve">☐ </w:t>
            </w:r>
            <w:r>
              <w:rPr>
                <w:sz w:val="18"/>
              </w:rPr>
              <w:t>Selected publications</w:t>
            </w:r>
            <w:r>
              <w:rPr>
                <w:color w:val="6B7280"/>
                <w:sz w:val="17"/>
              </w:rPr>
              <w:t xml:space="preserve"> / </w:t>
            </w:r>
            <w:r>
              <w:rPr>
                <w:color w:val="6B7280"/>
                <w:sz w:val="17"/>
              </w:rPr>
              <w:t>代表性论文</w:t>
            </w:r>
          </w:p>
        </w:tc>
      </w:tr>
      <w:tr w:rsidR="00BA5C4E" w14:paraId="434EDA4B" w14:textId="77777777">
        <w:trPr>
          <w:jc w:val="center"/>
        </w:trPr>
        <w:tc>
          <w:tcPr>
            <w:tcW w:w="5112" w:type="dxa"/>
            <w:tcMar>
              <w:top w:w="25" w:type="dxa"/>
              <w:left w:w="25" w:type="dxa"/>
              <w:bottom w:w="25" w:type="dxa"/>
              <w:right w:w="25" w:type="dxa"/>
            </w:tcMar>
          </w:tcPr>
          <w:p w14:paraId="5D7CF80A" w14:textId="77777777" w:rsidR="00BA5C4E" w:rsidRDefault="00000000">
            <w:pPr>
              <w:spacing w:after="0" w:line="252" w:lineRule="auto"/>
            </w:pPr>
            <w:r>
              <w:rPr>
                <w:color w:val="6B7280"/>
                <w:sz w:val="20"/>
              </w:rPr>
              <w:t xml:space="preserve">☐ </w:t>
            </w:r>
            <w:r>
              <w:rPr>
                <w:sz w:val="18"/>
              </w:rPr>
              <w:t>Research summary / statement of interest</w:t>
            </w:r>
            <w:r>
              <w:rPr>
                <w:color w:val="6B7280"/>
                <w:sz w:val="17"/>
              </w:rPr>
              <w:t xml:space="preserve"> / </w:t>
            </w:r>
            <w:r>
              <w:rPr>
                <w:color w:val="6B7280"/>
                <w:sz w:val="17"/>
              </w:rPr>
              <w:t>研究概述或兴趣陈述</w:t>
            </w:r>
          </w:p>
        </w:tc>
        <w:tc>
          <w:tcPr>
            <w:tcW w:w="5112" w:type="dxa"/>
            <w:tcMar>
              <w:top w:w="25" w:type="dxa"/>
              <w:left w:w="25" w:type="dxa"/>
              <w:bottom w:w="25" w:type="dxa"/>
              <w:right w:w="25" w:type="dxa"/>
            </w:tcMar>
          </w:tcPr>
          <w:p w14:paraId="1E447525" w14:textId="77777777" w:rsidR="00BA5C4E" w:rsidRDefault="00000000">
            <w:pPr>
              <w:spacing w:after="0" w:line="252" w:lineRule="auto"/>
            </w:pPr>
            <w:r>
              <w:rPr>
                <w:color w:val="6B7280"/>
                <w:sz w:val="20"/>
              </w:rPr>
              <w:t xml:space="preserve">☐ </w:t>
            </w:r>
            <w:r>
              <w:rPr>
                <w:sz w:val="18"/>
              </w:rPr>
              <w:t>Recommendation letter</w:t>
            </w:r>
            <w:r>
              <w:rPr>
                <w:color w:val="6B7280"/>
                <w:sz w:val="17"/>
              </w:rPr>
              <w:t xml:space="preserve"> / </w:t>
            </w:r>
            <w:r>
              <w:rPr>
                <w:color w:val="6B7280"/>
                <w:sz w:val="17"/>
              </w:rPr>
              <w:t>推荐信</w:t>
            </w:r>
          </w:p>
        </w:tc>
      </w:tr>
      <w:tr w:rsidR="00BA5C4E" w14:paraId="6845DA90" w14:textId="77777777">
        <w:trPr>
          <w:jc w:val="center"/>
        </w:trPr>
        <w:tc>
          <w:tcPr>
            <w:tcW w:w="5112" w:type="dxa"/>
            <w:tcMar>
              <w:top w:w="25" w:type="dxa"/>
              <w:left w:w="25" w:type="dxa"/>
              <w:bottom w:w="25" w:type="dxa"/>
              <w:right w:w="25" w:type="dxa"/>
            </w:tcMar>
          </w:tcPr>
          <w:p w14:paraId="43193E85" w14:textId="77777777" w:rsidR="00BA5C4E" w:rsidRDefault="00000000">
            <w:pPr>
              <w:spacing w:after="0" w:line="252" w:lineRule="auto"/>
            </w:pPr>
            <w:r>
              <w:rPr>
                <w:color w:val="6B7280"/>
                <w:sz w:val="20"/>
              </w:rPr>
              <w:t xml:space="preserve">☐ </w:t>
            </w:r>
            <w:r>
              <w:rPr>
                <w:sz w:val="18"/>
              </w:rPr>
              <w:t>Proof of scholarship / funding</w:t>
            </w:r>
            <w:r>
              <w:rPr>
                <w:color w:val="6B7280"/>
                <w:sz w:val="17"/>
              </w:rPr>
              <w:t xml:space="preserve"> / </w:t>
            </w:r>
            <w:r>
              <w:rPr>
                <w:color w:val="6B7280"/>
                <w:sz w:val="17"/>
              </w:rPr>
              <w:t>奖学金或经费证明</w:t>
            </w:r>
          </w:p>
        </w:tc>
        <w:tc>
          <w:tcPr>
            <w:tcW w:w="5112" w:type="dxa"/>
            <w:tcMar>
              <w:top w:w="25" w:type="dxa"/>
              <w:left w:w="25" w:type="dxa"/>
              <w:bottom w:w="25" w:type="dxa"/>
              <w:right w:w="25" w:type="dxa"/>
            </w:tcMar>
          </w:tcPr>
          <w:p w14:paraId="3A8054E6" w14:textId="77777777" w:rsidR="00BA5C4E" w:rsidRDefault="00000000">
            <w:pPr>
              <w:spacing w:after="0" w:line="252" w:lineRule="auto"/>
            </w:pPr>
            <w:r>
              <w:rPr>
                <w:color w:val="6B7280"/>
                <w:sz w:val="20"/>
              </w:rPr>
              <w:t xml:space="preserve">☐ </w:t>
            </w:r>
            <w:r>
              <w:rPr>
                <w:sz w:val="18"/>
              </w:rPr>
              <w:t>Institutional support / approval letter</w:t>
            </w:r>
            <w:r>
              <w:rPr>
                <w:color w:val="6B7280"/>
                <w:sz w:val="17"/>
              </w:rPr>
              <w:t xml:space="preserve"> / </w:t>
            </w:r>
            <w:r>
              <w:rPr>
                <w:color w:val="6B7280"/>
                <w:sz w:val="17"/>
              </w:rPr>
              <w:t>单位支持或批准文件</w:t>
            </w:r>
          </w:p>
        </w:tc>
      </w:tr>
      <w:tr w:rsidR="00BA5C4E" w14:paraId="7011EC90" w14:textId="77777777">
        <w:trPr>
          <w:jc w:val="center"/>
        </w:trPr>
        <w:tc>
          <w:tcPr>
            <w:tcW w:w="5112" w:type="dxa"/>
            <w:tcMar>
              <w:top w:w="25" w:type="dxa"/>
              <w:left w:w="25" w:type="dxa"/>
              <w:bottom w:w="25" w:type="dxa"/>
              <w:right w:w="25" w:type="dxa"/>
            </w:tcMar>
          </w:tcPr>
          <w:p w14:paraId="5ADEAC70" w14:textId="77777777" w:rsidR="00BA5C4E" w:rsidRDefault="00000000">
            <w:pPr>
              <w:spacing w:after="0" w:line="252" w:lineRule="auto"/>
            </w:pPr>
            <w:r>
              <w:rPr>
                <w:color w:val="6B7280"/>
                <w:sz w:val="20"/>
              </w:rPr>
              <w:t xml:space="preserve">☐ </w:t>
            </w:r>
            <w:r>
              <w:rPr>
                <w:sz w:val="18"/>
              </w:rPr>
              <w:t>Professional licence / certification, if relevant</w:t>
            </w:r>
            <w:r>
              <w:rPr>
                <w:color w:val="6B7280"/>
                <w:sz w:val="17"/>
              </w:rPr>
              <w:t xml:space="preserve"> / </w:t>
            </w:r>
            <w:r>
              <w:rPr>
                <w:color w:val="6B7280"/>
                <w:sz w:val="17"/>
              </w:rPr>
              <w:t>相关执业或专业资质</w:t>
            </w:r>
          </w:p>
        </w:tc>
        <w:tc>
          <w:tcPr>
            <w:tcW w:w="5112" w:type="dxa"/>
            <w:tcMar>
              <w:top w:w="25" w:type="dxa"/>
              <w:left w:w="25" w:type="dxa"/>
              <w:bottom w:w="25" w:type="dxa"/>
              <w:right w:w="25" w:type="dxa"/>
            </w:tcMar>
          </w:tcPr>
          <w:p w14:paraId="2B8A34A2" w14:textId="77777777" w:rsidR="00BA5C4E"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r>
    </w:tbl>
    <w:p w14:paraId="7AAD359D"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708CEBFF"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61EEB80D" w14:textId="77777777" w:rsidR="00BA5C4E" w:rsidRDefault="00000000">
            <w:pPr>
              <w:spacing w:after="40" w:line="252" w:lineRule="auto"/>
            </w:pPr>
            <w:r>
              <w:rPr>
                <w:b/>
                <w:sz w:val="18"/>
              </w:rPr>
              <w:t>Representative research experience, achievements, or technical strengths</w:t>
            </w:r>
            <w:r>
              <w:rPr>
                <w:b/>
                <w:color w:val="6B7280"/>
                <w:sz w:val="18"/>
              </w:rPr>
              <w:t xml:space="preserve"> / </w:t>
            </w:r>
            <w:r>
              <w:rPr>
                <w:b/>
                <w:color w:val="6B7280"/>
                <w:sz w:val="18"/>
              </w:rPr>
              <w:t>代表性研究经历、成果或技术优势</w:t>
            </w:r>
          </w:p>
          <w:p w14:paraId="1E17B9D8" w14:textId="77777777" w:rsidR="00BA5C4E" w:rsidRDefault="00000000">
            <w:pPr>
              <w:spacing w:after="0" w:line="252" w:lineRule="auto"/>
            </w:pPr>
            <w:r>
              <w:rPr>
                <w:i/>
                <w:color w:val="7C8796"/>
                <w:sz w:val="18"/>
              </w:rPr>
              <w:t>Please provide a concise summary relevant to the proposed pathway.</w:t>
            </w:r>
          </w:p>
          <w:p w14:paraId="0F415542" w14:textId="77777777" w:rsidR="00BA5C4E" w:rsidRDefault="00000000">
            <w:pPr>
              <w:spacing w:after="0" w:line="252" w:lineRule="auto"/>
            </w:pPr>
            <w:r>
              <w:rPr>
                <w:sz w:val="18"/>
              </w:rPr>
              <w:t xml:space="preserve"> </w:t>
            </w:r>
          </w:p>
          <w:p w14:paraId="58708AE2" w14:textId="77777777" w:rsidR="00BA5C4E" w:rsidRDefault="00000000">
            <w:pPr>
              <w:spacing w:after="0" w:line="252" w:lineRule="auto"/>
            </w:pPr>
            <w:r>
              <w:rPr>
                <w:sz w:val="18"/>
              </w:rPr>
              <w:t xml:space="preserve"> </w:t>
            </w:r>
          </w:p>
        </w:tc>
      </w:tr>
    </w:tbl>
    <w:p w14:paraId="6946850E" w14:textId="77777777" w:rsidR="00BA5C4E" w:rsidRDefault="00BA5C4E">
      <w:pPr>
        <w:spacing w:after="0"/>
      </w:pPr>
    </w:p>
    <w:p w14:paraId="516B47D2" w14:textId="77777777" w:rsidR="00BA5C4E" w:rsidRDefault="00000000">
      <w:r>
        <w:br w:type="page"/>
      </w:r>
    </w:p>
    <w:p w14:paraId="1BAF260C" w14:textId="77777777" w:rsidR="00BA5C4E" w:rsidRDefault="00000000">
      <w:pPr>
        <w:keepNext/>
        <w:spacing w:before="100" w:after="80" w:line="252" w:lineRule="auto"/>
      </w:pPr>
      <w:r>
        <w:rPr>
          <w:b/>
          <w:color w:val="0066B3"/>
          <w:sz w:val="30"/>
        </w:rPr>
        <w:lastRenderedPageBreak/>
        <w:t xml:space="preserve">G. Requested NBIIC-HI Support  </w:t>
      </w:r>
      <w:r>
        <w:rPr>
          <w:b/>
          <w:color w:val="0066B3"/>
          <w:sz w:val="30"/>
        </w:rPr>
        <w:t>希望</w:t>
      </w:r>
      <w:r>
        <w:rPr>
          <w:b/>
          <w:color w:val="0066B3"/>
          <w:sz w:val="30"/>
        </w:rPr>
        <w:t xml:space="preserve"> NBIIC-HI </w:t>
      </w:r>
      <w:r>
        <w:rPr>
          <w:b/>
          <w:color w:val="0066B3"/>
          <w:sz w:val="30"/>
        </w:rPr>
        <w:t>提供的支持</w:t>
      </w:r>
    </w:p>
    <w:p w14:paraId="29535D46" w14:textId="77777777" w:rsidR="00BA5C4E" w:rsidRDefault="00000000">
      <w:pPr>
        <w:spacing w:before="40" w:after="40" w:line="252" w:lineRule="auto"/>
      </w:pPr>
      <w:r>
        <w:rPr>
          <w:b/>
          <w:sz w:val="20"/>
        </w:rPr>
        <w:t>Support requested</w:t>
      </w:r>
      <w:r>
        <w:rPr>
          <w:b/>
          <w:color w:val="6B7280"/>
        </w:rPr>
        <w:t xml:space="preserve"> / </w:t>
      </w:r>
      <w:r>
        <w:rPr>
          <w:b/>
          <w:color w:val="6B7280"/>
        </w:rPr>
        <w:t>希望获得的支持</w:t>
      </w:r>
    </w:p>
    <w:tbl>
      <w:tblPr>
        <w:tblW w:w="0" w:type="auto"/>
        <w:jc w:val="center"/>
        <w:tblLayout w:type="fixed"/>
        <w:tblLook w:val="04A0" w:firstRow="1" w:lastRow="0" w:firstColumn="1" w:lastColumn="0" w:noHBand="0" w:noVBand="1"/>
      </w:tblPr>
      <w:tblGrid>
        <w:gridCol w:w="5112"/>
        <w:gridCol w:w="5112"/>
      </w:tblGrid>
      <w:tr w:rsidR="00BA5C4E" w14:paraId="10677AA1" w14:textId="77777777">
        <w:trPr>
          <w:jc w:val="center"/>
        </w:trPr>
        <w:tc>
          <w:tcPr>
            <w:tcW w:w="5112" w:type="dxa"/>
            <w:tcMar>
              <w:top w:w="25" w:type="dxa"/>
              <w:left w:w="25" w:type="dxa"/>
              <w:bottom w:w="25" w:type="dxa"/>
              <w:right w:w="25" w:type="dxa"/>
            </w:tcMar>
          </w:tcPr>
          <w:p w14:paraId="7E2E01C5" w14:textId="77777777" w:rsidR="00BA5C4E" w:rsidRDefault="00000000">
            <w:pPr>
              <w:spacing w:after="0" w:line="252" w:lineRule="auto"/>
            </w:pPr>
            <w:r>
              <w:rPr>
                <w:color w:val="6B7280"/>
                <w:sz w:val="20"/>
              </w:rPr>
              <w:t xml:space="preserve">☐ </w:t>
            </w:r>
            <w:r>
              <w:rPr>
                <w:sz w:val="18"/>
              </w:rPr>
              <w:t>Host institution / laboratory identification</w:t>
            </w:r>
            <w:r>
              <w:rPr>
                <w:color w:val="6B7280"/>
                <w:sz w:val="17"/>
              </w:rPr>
              <w:t xml:space="preserve"> / </w:t>
            </w:r>
            <w:r>
              <w:rPr>
                <w:color w:val="6B7280"/>
                <w:sz w:val="17"/>
              </w:rPr>
              <w:t>接收机构或实验室识别</w:t>
            </w:r>
          </w:p>
        </w:tc>
        <w:tc>
          <w:tcPr>
            <w:tcW w:w="5112" w:type="dxa"/>
            <w:tcMar>
              <w:top w:w="25" w:type="dxa"/>
              <w:left w:w="25" w:type="dxa"/>
              <w:bottom w:w="25" w:type="dxa"/>
              <w:right w:w="25" w:type="dxa"/>
            </w:tcMar>
          </w:tcPr>
          <w:p w14:paraId="4606DD60" w14:textId="77777777" w:rsidR="00BA5C4E" w:rsidRDefault="00000000">
            <w:pPr>
              <w:spacing w:after="0" w:line="252" w:lineRule="auto"/>
            </w:pPr>
            <w:r>
              <w:rPr>
                <w:color w:val="6B7280"/>
                <w:sz w:val="20"/>
              </w:rPr>
              <w:t xml:space="preserve">☐ </w:t>
            </w:r>
            <w:r>
              <w:rPr>
                <w:sz w:val="18"/>
              </w:rPr>
              <w:t>Research-fit assessment</w:t>
            </w:r>
            <w:r>
              <w:rPr>
                <w:color w:val="6B7280"/>
                <w:sz w:val="17"/>
              </w:rPr>
              <w:t xml:space="preserve"> / </w:t>
            </w:r>
            <w:r>
              <w:rPr>
                <w:color w:val="6B7280"/>
                <w:sz w:val="17"/>
              </w:rPr>
              <w:t>研究方向适配评估</w:t>
            </w:r>
          </w:p>
        </w:tc>
      </w:tr>
      <w:tr w:rsidR="00BA5C4E" w14:paraId="6A60723D" w14:textId="77777777">
        <w:trPr>
          <w:jc w:val="center"/>
        </w:trPr>
        <w:tc>
          <w:tcPr>
            <w:tcW w:w="5112" w:type="dxa"/>
            <w:tcMar>
              <w:top w:w="25" w:type="dxa"/>
              <w:left w:w="25" w:type="dxa"/>
              <w:bottom w:w="25" w:type="dxa"/>
              <w:right w:w="25" w:type="dxa"/>
            </w:tcMar>
          </w:tcPr>
          <w:p w14:paraId="6CD8224A" w14:textId="77777777" w:rsidR="00BA5C4E" w:rsidRDefault="00000000">
            <w:pPr>
              <w:spacing w:after="0" w:line="252" w:lineRule="auto"/>
            </w:pPr>
            <w:r>
              <w:rPr>
                <w:color w:val="6B7280"/>
                <w:sz w:val="20"/>
              </w:rPr>
              <w:t xml:space="preserve">☐ </w:t>
            </w:r>
            <w:r>
              <w:rPr>
                <w:sz w:val="18"/>
              </w:rPr>
              <w:t>Preliminary host communication</w:t>
            </w:r>
            <w:r>
              <w:rPr>
                <w:color w:val="6B7280"/>
                <w:sz w:val="17"/>
              </w:rPr>
              <w:t xml:space="preserve"> / </w:t>
            </w:r>
            <w:r>
              <w:rPr>
                <w:color w:val="6B7280"/>
                <w:sz w:val="17"/>
              </w:rPr>
              <w:t>前期接收方沟通</w:t>
            </w:r>
          </w:p>
        </w:tc>
        <w:tc>
          <w:tcPr>
            <w:tcW w:w="5112" w:type="dxa"/>
            <w:tcMar>
              <w:top w:w="25" w:type="dxa"/>
              <w:left w:w="25" w:type="dxa"/>
              <w:bottom w:w="25" w:type="dxa"/>
              <w:right w:w="25" w:type="dxa"/>
            </w:tcMar>
          </w:tcPr>
          <w:p w14:paraId="3AA86CBD" w14:textId="77777777" w:rsidR="00BA5C4E" w:rsidRDefault="00000000">
            <w:pPr>
              <w:spacing w:after="0" w:line="252" w:lineRule="auto"/>
            </w:pPr>
            <w:r>
              <w:rPr>
                <w:color w:val="6B7280"/>
                <w:sz w:val="20"/>
              </w:rPr>
              <w:t xml:space="preserve">☐ </w:t>
            </w:r>
            <w:r>
              <w:rPr>
                <w:sz w:val="18"/>
              </w:rPr>
              <w:t>Visiting scholar pathway consultation</w:t>
            </w:r>
            <w:r>
              <w:rPr>
                <w:color w:val="6B7280"/>
                <w:sz w:val="17"/>
              </w:rPr>
              <w:t xml:space="preserve"> / </w:t>
            </w:r>
            <w:r>
              <w:rPr>
                <w:color w:val="6B7280"/>
                <w:sz w:val="17"/>
              </w:rPr>
              <w:t>访问学者路径咨询</w:t>
            </w:r>
          </w:p>
        </w:tc>
      </w:tr>
      <w:tr w:rsidR="00BA5C4E" w14:paraId="09F40077" w14:textId="77777777">
        <w:trPr>
          <w:jc w:val="center"/>
        </w:trPr>
        <w:tc>
          <w:tcPr>
            <w:tcW w:w="5112" w:type="dxa"/>
            <w:tcMar>
              <w:top w:w="25" w:type="dxa"/>
              <w:left w:w="25" w:type="dxa"/>
              <w:bottom w:w="25" w:type="dxa"/>
              <w:right w:w="25" w:type="dxa"/>
            </w:tcMar>
          </w:tcPr>
          <w:p w14:paraId="110B775D" w14:textId="77777777" w:rsidR="00BA5C4E" w:rsidRDefault="00000000">
            <w:pPr>
              <w:spacing w:after="0" w:line="252" w:lineRule="auto"/>
            </w:pPr>
            <w:r>
              <w:rPr>
                <w:color w:val="6B7280"/>
                <w:sz w:val="20"/>
              </w:rPr>
              <w:t xml:space="preserve">☐ </w:t>
            </w:r>
            <w:r>
              <w:rPr>
                <w:sz w:val="18"/>
              </w:rPr>
              <w:t>Application-material preparation</w:t>
            </w:r>
            <w:r>
              <w:rPr>
                <w:color w:val="6B7280"/>
                <w:sz w:val="17"/>
              </w:rPr>
              <w:t xml:space="preserve"> / </w:t>
            </w:r>
            <w:r>
              <w:rPr>
                <w:color w:val="6B7280"/>
                <w:sz w:val="17"/>
              </w:rPr>
              <w:t>申请材料准备</w:t>
            </w:r>
          </w:p>
        </w:tc>
        <w:tc>
          <w:tcPr>
            <w:tcW w:w="5112" w:type="dxa"/>
            <w:tcMar>
              <w:top w:w="25" w:type="dxa"/>
              <w:left w:w="25" w:type="dxa"/>
              <w:bottom w:w="25" w:type="dxa"/>
              <w:right w:w="25" w:type="dxa"/>
            </w:tcMar>
          </w:tcPr>
          <w:p w14:paraId="7FEEDF28" w14:textId="77777777" w:rsidR="00BA5C4E" w:rsidRDefault="00000000">
            <w:pPr>
              <w:spacing w:after="0" w:line="252" w:lineRule="auto"/>
            </w:pPr>
            <w:r>
              <w:rPr>
                <w:color w:val="6B7280"/>
                <w:sz w:val="20"/>
              </w:rPr>
              <w:t xml:space="preserve">☐ </w:t>
            </w:r>
            <w:r>
              <w:rPr>
                <w:sz w:val="18"/>
              </w:rPr>
              <w:t>Invitation / institutional communication coordination</w:t>
            </w:r>
            <w:r>
              <w:rPr>
                <w:color w:val="6B7280"/>
                <w:sz w:val="17"/>
              </w:rPr>
              <w:t xml:space="preserve"> / </w:t>
            </w:r>
            <w:r>
              <w:rPr>
                <w:color w:val="6B7280"/>
                <w:sz w:val="17"/>
              </w:rPr>
              <w:t>邀请及机构沟通协调</w:t>
            </w:r>
          </w:p>
        </w:tc>
      </w:tr>
      <w:tr w:rsidR="00BA5C4E" w14:paraId="0BBBA4C2" w14:textId="77777777">
        <w:trPr>
          <w:jc w:val="center"/>
        </w:trPr>
        <w:tc>
          <w:tcPr>
            <w:tcW w:w="5112" w:type="dxa"/>
            <w:tcMar>
              <w:top w:w="25" w:type="dxa"/>
              <w:left w:w="25" w:type="dxa"/>
              <w:bottom w:w="25" w:type="dxa"/>
              <w:right w:w="25" w:type="dxa"/>
            </w:tcMar>
          </w:tcPr>
          <w:p w14:paraId="70C27D51" w14:textId="77777777" w:rsidR="00BA5C4E" w:rsidRDefault="00000000">
            <w:pPr>
              <w:spacing w:after="0" w:line="252" w:lineRule="auto"/>
            </w:pPr>
            <w:r>
              <w:rPr>
                <w:color w:val="6B7280"/>
                <w:sz w:val="20"/>
              </w:rPr>
              <w:t xml:space="preserve">☐ </w:t>
            </w:r>
            <w:r>
              <w:rPr>
                <w:sz w:val="18"/>
              </w:rPr>
              <w:t>Research training planning</w:t>
            </w:r>
            <w:r>
              <w:rPr>
                <w:color w:val="6B7280"/>
                <w:sz w:val="17"/>
              </w:rPr>
              <w:t xml:space="preserve"> / </w:t>
            </w:r>
            <w:r>
              <w:rPr>
                <w:color w:val="6B7280"/>
                <w:sz w:val="17"/>
              </w:rPr>
              <w:t>科研培训计划设计</w:t>
            </w:r>
          </w:p>
        </w:tc>
        <w:tc>
          <w:tcPr>
            <w:tcW w:w="5112" w:type="dxa"/>
            <w:tcMar>
              <w:top w:w="25" w:type="dxa"/>
              <w:left w:w="25" w:type="dxa"/>
              <w:bottom w:w="25" w:type="dxa"/>
              <w:right w:w="25" w:type="dxa"/>
            </w:tcMar>
          </w:tcPr>
          <w:p w14:paraId="704E6D15" w14:textId="77777777" w:rsidR="00BA5C4E" w:rsidRDefault="00000000">
            <w:pPr>
              <w:spacing w:after="0" w:line="252" w:lineRule="auto"/>
            </w:pPr>
            <w:r>
              <w:rPr>
                <w:color w:val="6B7280"/>
                <w:sz w:val="20"/>
              </w:rPr>
              <w:t xml:space="preserve">☐ </w:t>
            </w:r>
            <w:r>
              <w:rPr>
                <w:sz w:val="18"/>
              </w:rPr>
              <w:t>Funding-pathway information</w:t>
            </w:r>
            <w:r>
              <w:rPr>
                <w:color w:val="6B7280"/>
                <w:sz w:val="17"/>
              </w:rPr>
              <w:t xml:space="preserve"> / </w:t>
            </w:r>
            <w:r>
              <w:rPr>
                <w:color w:val="6B7280"/>
                <w:sz w:val="17"/>
              </w:rPr>
              <w:t>资助路径信息</w:t>
            </w:r>
          </w:p>
        </w:tc>
      </w:tr>
      <w:tr w:rsidR="00BA5C4E" w14:paraId="7606C116" w14:textId="77777777">
        <w:trPr>
          <w:jc w:val="center"/>
        </w:trPr>
        <w:tc>
          <w:tcPr>
            <w:tcW w:w="5112" w:type="dxa"/>
            <w:tcMar>
              <w:top w:w="25" w:type="dxa"/>
              <w:left w:w="25" w:type="dxa"/>
              <w:bottom w:w="25" w:type="dxa"/>
              <w:right w:w="25" w:type="dxa"/>
            </w:tcMar>
          </w:tcPr>
          <w:p w14:paraId="38AC7022" w14:textId="77777777" w:rsidR="00BA5C4E" w:rsidRDefault="00000000">
            <w:pPr>
              <w:spacing w:after="0" w:line="252" w:lineRule="auto"/>
            </w:pPr>
            <w:r>
              <w:rPr>
                <w:color w:val="6B7280"/>
                <w:sz w:val="20"/>
              </w:rPr>
              <w:t xml:space="preserve">☐ </w:t>
            </w:r>
            <w:r>
              <w:rPr>
                <w:sz w:val="18"/>
              </w:rPr>
              <w:t>Other</w:t>
            </w:r>
            <w:r>
              <w:rPr>
                <w:color w:val="6B7280"/>
                <w:sz w:val="17"/>
              </w:rPr>
              <w:t xml:space="preserve"> / </w:t>
            </w:r>
            <w:r>
              <w:rPr>
                <w:color w:val="6B7280"/>
                <w:sz w:val="17"/>
              </w:rPr>
              <w:t>其他</w:t>
            </w:r>
          </w:p>
        </w:tc>
        <w:tc>
          <w:tcPr>
            <w:tcW w:w="5112" w:type="dxa"/>
            <w:tcMar>
              <w:top w:w="25" w:type="dxa"/>
              <w:left w:w="25" w:type="dxa"/>
              <w:bottom w:w="25" w:type="dxa"/>
              <w:right w:w="25" w:type="dxa"/>
            </w:tcMar>
          </w:tcPr>
          <w:p w14:paraId="4A569108" w14:textId="77777777" w:rsidR="00BA5C4E" w:rsidRDefault="00BA5C4E">
            <w:pPr>
              <w:spacing w:after="0" w:line="252" w:lineRule="auto"/>
            </w:pPr>
          </w:p>
        </w:tc>
      </w:tr>
    </w:tbl>
    <w:p w14:paraId="7C2A5962"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763F156B"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7FB3F01F" w14:textId="77777777" w:rsidR="00BA5C4E" w:rsidRDefault="00000000">
            <w:pPr>
              <w:spacing w:after="40" w:line="252" w:lineRule="auto"/>
            </w:pPr>
            <w:r>
              <w:rPr>
                <w:b/>
                <w:sz w:val="18"/>
              </w:rPr>
              <w:t>Additional comments or questions</w:t>
            </w:r>
            <w:r>
              <w:rPr>
                <w:b/>
                <w:color w:val="6B7280"/>
                <w:sz w:val="18"/>
              </w:rPr>
              <w:t xml:space="preserve"> / </w:t>
            </w:r>
            <w:r>
              <w:rPr>
                <w:b/>
                <w:color w:val="6B7280"/>
                <w:sz w:val="18"/>
              </w:rPr>
              <w:t>补充说明或问题</w:t>
            </w:r>
          </w:p>
          <w:p w14:paraId="350FC847" w14:textId="77777777" w:rsidR="00BA5C4E" w:rsidRDefault="00000000">
            <w:pPr>
              <w:spacing w:after="0" w:line="252" w:lineRule="auto"/>
            </w:pPr>
            <w:r>
              <w:rPr>
                <w:i/>
                <w:color w:val="7C8796"/>
                <w:sz w:val="18"/>
              </w:rPr>
              <w:t>Click or tap here to enter text.</w:t>
            </w:r>
          </w:p>
          <w:p w14:paraId="39831EBD" w14:textId="77777777" w:rsidR="00BA5C4E" w:rsidRDefault="00000000">
            <w:pPr>
              <w:spacing w:after="0" w:line="252" w:lineRule="auto"/>
            </w:pPr>
            <w:r>
              <w:rPr>
                <w:sz w:val="18"/>
              </w:rPr>
              <w:t xml:space="preserve"> </w:t>
            </w:r>
          </w:p>
        </w:tc>
      </w:tr>
    </w:tbl>
    <w:p w14:paraId="6D25A520" w14:textId="77777777" w:rsidR="00BA5C4E" w:rsidRDefault="00BA5C4E">
      <w:pPr>
        <w:spacing w:after="0"/>
      </w:pPr>
    </w:p>
    <w:p w14:paraId="583CB52F" w14:textId="77777777" w:rsidR="00BA5C4E" w:rsidRDefault="00000000">
      <w:pPr>
        <w:keepNext/>
        <w:spacing w:before="100" w:after="80" w:line="252" w:lineRule="auto"/>
      </w:pPr>
      <w:r>
        <w:rPr>
          <w:b/>
          <w:color w:val="0066B3"/>
          <w:sz w:val="30"/>
        </w:rPr>
        <w:t xml:space="preserve">H. Declaration and Authorization  </w:t>
      </w:r>
      <w:r>
        <w:rPr>
          <w:b/>
          <w:color w:val="0066B3"/>
          <w:sz w:val="30"/>
        </w:rPr>
        <w:t>声明与授权</w:t>
      </w:r>
    </w:p>
    <w:p w14:paraId="2BFFAFF5" w14:textId="77777777" w:rsidR="00BA5C4E" w:rsidRDefault="00000000">
      <w:pPr>
        <w:spacing w:before="40" w:after="40" w:line="252" w:lineRule="auto"/>
      </w:pPr>
      <w:r>
        <w:rPr>
          <w:b/>
          <w:sz w:val="20"/>
        </w:rPr>
        <w:t>Applicant declaration</w:t>
      </w:r>
      <w:r>
        <w:rPr>
          <w:b/>
          <w:color w:val="6B7280"/>
        </w:rPr>
        <w:t xml:space="preserve"> / </w:t>
      </w:r>
      <w:r>
        <w:rPr>
          <w:b/>
          <w:color w:val="6B7280"/>
        </w:rPr>
        <w:t>申请人声明</w:t>
      </w:r>
    </w:p>
    <w:tbl>
      <w:tblPr>
        <w:tblW w:w="0" w:type="auto"/>
        <w:jc w:val="center"/>
        <w:tblLayout w:type="fixed"/>
        <w:tblLook w:val="04A0" w:firstRow="1" w:lastRow="0" w:firstColumn="1" w:lastColumn="0" w:noHBand="0" w:noVBand="1"/>
      </w:tblPr>
      <w:tblGrid>
        <w:gridCol w:w="10224"/>
      </w:tblGrid>
      <w:tr w:rsidR="00BA5C4E" w14:paraId="337D00F3" w14:textId="77777777">
        <w:trPr>
          <w:jc w:val="center"/>
        </w:trPr>
        <w:tc>
          <w:tcPr>
            <w:tcW w:w="10224" w:type="dxa"/>
            <w:tcMar>
              <w:top w:w="25" w:type="dxa"/>
              <w:left w:w="25" w:type="dxa"/>
              <w:bottom w:w="25" w:type="dxa"/>
              <w:right w:w="25" w:type="dxa"/>
            </w:tcMar>
          </w:tcPr>
          <w:p w14:paraId="0B0E025B" w14:textId="77777777" w:rsidR="00BA5C4E" w:rsidRDefault="00000000">
            <w:pPr>
              <w:spacing w:after="0" w:line="252" w:lineRule="auto"/>
            </w:pPr>
            <w:r>
              <w:rPr>
                <w:color w:val="6B7280"/>
                <w:sz w:val="20"/>
              </w:rPr>
              <w:t xml:space="preserve">☐ </w:t>
            </w:r>
            <w:r>
              <w:rPr>
                <w:sz w:val="18"/>
              </w:rPr>
              <w:t>I confirm that the information provided is accurate to the best of my knowledge.</w:t>
            </w:r>
            <w:r>
              <w:rPr>
                <w:color w:val="6B7280"/>
                <w:sz w:val="17"/>
              </w:rPr>
              <w:t xml:space="preserve"> / </w:t>
            </w:r>
            <w:r>
              <w:rPr>
                <w:color w:val="6B7280"/>
                <w:sz w:val="17"/>
              </w:rPr>
              <w:t>本人确认所提供信息据本人所知真实准确。</w:t>
            </w:r>
          </w:p>
        </w:tc>
      </w:tr>
      <w:tr w:rsidR="00BA5C4E" w14:paraId="023CA430" w14:textId="77777777">
        <w:trPr>
          <w:jc w:val="center"/>
        </w:trPr>
        <w:tc>
          <w:tcPr>
            <w:tcW w:w="10224" w:type="dxa"/>
            <w:tcMar>
              <w:top w:w="25" w:type="dxa"/>
              <w:left w:w="25" w:type="dxa"/>
              <w:bottom w:w="25" w:type="dxa"/>
              <w:right w:w="25" w:type="dxa"/>
            </w:tcMar>
          </w:tcPr>
          <w:p w14:paraId="5D9A4457" w14:textId="77777777" w:rsidR="00BA5C4E" w:rsidRDefault="00000000">
            <w:pPr>
              <w:spacing w:after="0" w:line="252" w:lineRule="auto"/>
            </w:pPr>
            <w:r>
              <w:rPr>
                <w:color w:val="6B7280"/>
                <w:sz w:val="20"/>
              </w:rPr>
              <w:t xml:space="preserve">☐ </w:t>
            </w:r>
            <w:r>
              <w:rPr>
                <w:sz w:val="18"/>
              </w:rPr>
              <w:t>I authorize NBIIC-HI to contact me regarding this enquiry and related pathways.</w:t>
            </w:r>
            <w:r>
              <w:rPr>
                <w:color w:val="6B7280"/>
                <w:sz w:val="17"/>
              </w:rPr>
              <w:t xml:space="preserve"> / </w:t>
            </w:r>
            <w:r>
              <w:rPr>
                <w:color w:val="6B7280"/>
                <w:sz w:val="17"/>
              </w:rPr>
              <w:t>本人授权</w:t>
            </w:r>
            <w:r>
              <w:rPr>
                <w:color w:val="6B7280"/>
                <w:sz w:val="17"/>
              </w:rPr>
              <w:t xml:space="preserve"> NBIIC-HI </w:t>
            </w:r>
            <w:r>
              <w:rPr>
                <w:color w:val="6B7280"/>
                <w:sz w:val="17"/>
              </w:rPr>
              <w:t>就本次咨询及相关路径与本人联系。</w:t>
            </w:r>
          </w:p>
        </w:tc>
      </w:tr>
      <w:tr w:rsidR="00BA5C4E" w14:paraId="4606F0CC" w14:textId="77777777">
        <w:trPr>
          <w:jc w:val="center"/>
        </w:trPr>
        <w:tc>
          <w:tcPr>
            <w:tcW w:w="10224" w:type="dxa"/>
            <w:tcMar>
              <w:top w:w="25" w:type="dxa"/>
              <w:left w:w="25" w:type="dxa"/>
              <w:bottom w:w="25" w:type="dxa"/>
              <w:right w:w="25" w:type="dxa"/>
            </w:tcMar>
          </w:tcPr>
          <w:p w14:paraId="6B736C19" w14:textId="77777777" w:rsidR="00BA5C4E" w:rsidRDefault="00000000">
            <w:pPr>
              <w:spacing w:after="0" w:line="252" w:lineRule="auto"/>
            </w:pPr>
            <w:r>
              <w:rPr>
                <w:color w:val="6B7280"/>
                <w:sz w:val="20"/>
              </w:rPr>
              <w:t xml:space="preserve">☐ </w:t>
            </w:r>
            <w:r>
              <w:rPr>
                <w:sz w:val="18"/>
              </w:rPr>
              <w:t>I understand that host acceptance, invitation, scholarship, funding, and visa outcomes are not guaranteed.</w:t>
            </w:r>
            <w:r>
              <w:rPr>
                <w:color w:val="6B7280"/>
                <w:sz w:val="17"/>
              </w:rPr>
              <w:t xml:space="preserve"> / </w:t>
            </w:r>
            <w:r>
              <w:rPr>
                <w:color w:val="6B7280"/>
                <w:sz w:val="17"/>
              </w:rPr>
              <w:t>本人理解接收、邀请、奖学金、经费及签证结果均不作保证。</w:t>
            </w:r>
          </w:p>
        </w:tc>
      </w:tr>
      <w:tr w:rsidR="00BA5C4E" w14:paraId="163C4DCC" w14:textId="77777777">
        <w:trPr>
          <w:jc w:val="center"/>
        </w:trPr>
        <w:tc>
          <w:tcPr>
            <w:tcW w:w="10224" w:type="dxa"/>
            <w:tcMar>
              <w:top w:w="25" w:type="dxa"/>
              <w:left w:w="25" w:type="dxa"/>
              <w:bottom w:w="25" w:type="dxa"/>
              <w:right w:w="25" w:type="dxa"/>
            </w:tcMar>
          </w:tcPr>
          <w:p w14:paraId="13509A4E" w14:textId="77777777" w:rsidR="00BA5C4E" w:rsidRDefault="00000000">
            <w:pPr>
              <w:spacing w:after="0" w:line="252" w:lineRule="auto"/>
            </w:pPr>
            <w:r>
              <w:rPr>
                <w:color w:val="6B7280"/>
                <w:sz w:val="20"/>
              </w:rPr>
              <w:t xml:space="preserve">☐ </w:t>
            </w:r>
            <w:r>
              <w:rPr>
                <w:sz w:val="18"/>
              </w:rPr>
              <w:t>I confirm that no identifiable patient information or improperly disclosed confidential material is included.</w:t>
            </w:r>
            <w:r>
              <w:rPr>
                <w:color w:val="6B7280"/>
                <w:sz w:val="17"/>
              </w:rPr>
              <w:t xml:space="preserve"> / </w:t>
            </w:r>
            <w:r>
              <w:rPr>
                <w:color w:val="6B7280"/>
                <w:sz w:val="17"/>
              </w:rPr>
              <w:t>本人确认未提交可识别患者信息或不当披露的保密材料。</w:t>
            </w:r>
          </w:p>
        </w:tc>
      </w:tr>
    </w:tbl>
    <w:p w14:paraId="22814C13" w14:textId="77777777" w:rsidR="00BA5C4E" w:rsidRDefault="00BA5C4E">
      <w:pPr>
        <w:spacing w:after="0"/>
      </w:pPr>
    </w:p>
    <w:tbl>
      <w:tblPr>
        <w:tblW w:w="0" w:type="auto"/>
        <w:jc w:val="center"/>
        <w:tblLayout w:type="fixed"/>
        <w:tblLook w:val="04A0" w:firstRow="1" w:lastRow="0" w:firstColumn="1" w:lastColumn="0" w:noHBand="0" w:noVBand="1"/>
      </w:tblPr>
      <w:tblGrid>
        <w:gridCol w:w="5112"/>
        <w:gridCol w:w="5112"/>
      </w:tblGrid>
      <w:tr w:rsidR="00BA5C4E" w14:paraId="40D43009"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55503AE2" w14:textId="77777777" w:rsidR="00BA5C4E" w:rsidRDefault="00000000">
            <w:pPr>
              <w:spacing w:after="20" w:line="252" w:lineRule="auto"/>
            </w:pPr>
            <w:r>
              <w:rPr>
                <w:b/>
                <w:sz w:val="18"/>
              </w:rPr>
              <w:t>Applicant name</w:t>
            </w:r>
            <w:r>
              <w:rPr>
                <w:b/>
                <w:color w:val="6B7280"/>
                <w:sz w:val="18"/>
              </w:rPr>
              <w:t xml:space="preserve"> / </w:t>
            </w:r>
            <w:r>
              <w:rPr>
                <w:b/>
                <w:color w:val="6B7280"/>
                <w:sz w:val="18"/>
              </w:rPr>
              <w:t>申请人姓名</w:t>
            </w:r>
          </w:p>
          <w:p w14:paraId="01EFE2F9"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6AE30907" w14:textId="77777777" w:rsidR="00BA5C4E" w:rsidRDefault="00000000">
            <w:pPr>
              <w:spacing w:after="20" w:line="252" w:lineRule="auto"/>
            </w:pPr>
            <w:r>
              <w:rPr>
                <w:b/>
                <w:sz w:val="18"/>
              </w:rPr>
              <w:t>Signature / confirmation</w:t>
            </w:r>
            <w:r>
              <w:rPr>
                <w:b/>
                <w:color w:val="6B7280"/>
                <w:sz w:val="18"/>
              </w:rPr>
              <w:t xml:space="preserve"> / </w:t>
            </w:r>
            <w:r>
              <w:rPr>
                <w:b/>
                <w:color w:val="6B7280"/>
                <w:sz w:val="18"/>
              </w:rPr>
              <w:t>签署或确认</w:t>
            </w:r>
          </w:p>
          <w:p w14:paraId="22DE2F95" w14:textId="77777777" w:rsidR="00BA5C4E" w:rsidRDefault="00000000">
            <w:pPr>
              <w:spacing w:after="0" w:line="252" w:lineRule="auto"/>
            </w:pPr>
            <w:r>
              <w:rPr>
                <w:i/>
                <w:color w:val="7C8796"/>
                <w:sz w:val="18"/>
              </w:rPr>
              <w:t>Typed or handwritten.</w:t>
            </w:r>
          </w:p>
        </w:tc>
      </w:tr>
      <w:tr w:rsidR="00BA5C4E" w14:paraId="77DB29BD"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74398FF" w14:textId="77777777" w:rsidR="00BA5C4E" w:rsidRDefault="00000000">
            <w:pPr>
              <w:spacing w:after="20" w:line="252" w:lineRule="auto"/>
            </w:pPr>
            <w:r>
              <w:rPr>
                <w:b/>
                <w:sz w:val="18"/>
              </w:rPr>
              <w:t>Date</w:t>
            </w:r>
            <w:r>
              <w:rPr>
                <w:b/>
                <w:color w:val="6B7280"/>
                <w:sz w:val="18"/>
              </w:rPr>
              <w:t xml:space="preserve"> / </w:t>
            </w:r>
            <w:r>
              <w:rPr>
                <w:b/>
                <w:color w:val="6B7280"/>
                <w:sz w:val="18"/>
              </w:rPr>
              <w:t>日期</w:t>
            </w:r>
          </w:p>
          <w:p w14:paraId="67512C4D" w14:textId="77777777" w:rsidR="00BA5C4E" w:rsidRDefault="00000000">
            <w:pPr>
              <w:spacing w:after="0" w:line="252" w:lineRule="auto"/>
            </w:pPr>
            <w:r>
              <w:rPr>
                <w:i/>
                <w:color w:val="7C8796"/>
                <w:sz w:val="18"/>
              </w:rPr>
              <w:t>YYYY-MM-DD</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01D729F" w14:textId="77777777" w:rsidR="00BA5C4E" w:rsidRDefault="00000000">
            <w:pPr>
              <w:spacing w:after="20" w:line="252" w:lineRule="auto"/>
            </w:pPr>
            <w:r>
              <w:rPr>
                <w:b/>
                <w:sz w:val="18"/>
              </w:rPr>
              <w:t>Preferred contact method</w:t>
            </w:r>
            <w:r>
              <w:rPr>
                <w:b/>
                <w:color w:val="6B7280"/>
                <w:sz w:val="18"/>
              </w:rPr>
              <w:t xml:space="preserve"> / </w:t>
            </w:r>
            <w:r>
              <w:rPr>
                <w:b/>
                <w:color w:val="6B7280"/>
                <w:sz w:val="18"/>
              </w:rPr>
              <w:t>首选联系方式</w:t>
            </w:r>
          </w:p>
          <w:p w14:paraId="74C2FFC5" w14:textId="77777777" w:rsidR="00BA5C4E" w:rsidRDefault="00000000">
            <w:pPr>
              <w:spacing w:after="0" w:line="252" w:lineRule="auto"/>
            </w:pPr>
            <w:r>
              <w:rPr>
                <w:i/>
                <w:color w:val="7C8796"/>
                <w:sz w:val="18"/>
              </w:rPr>
              <w:t>Email / WeChat / WhatsApp / Other</w:t>
            </w:r>
          </w:p>
        </w:tc>
      </w:tr>
    </w:tbl>
    <w:p w14:paraId="2DDD3D8F" w14:textId="77777777" w:rsidR="00BA5C4E" w:rsidRDefault="00BA5C4E">
      <w:pPr>
        <w:spacing w:after="0"/>
      </w:pPr>
    </w:p>
    <w:p w14:paraId="1B8F6135" w14:textId="77777777" w:rsidR="00BA5C4E" w:rsidRDefault="00000000">
      <w:pPr>
        <w:keepNext/>
        <w:spacing w:before="100" w:after="80" w:line="252" w:lineRule="auto"/>
      </w:pPr>
      <w:r>
        <w:rPr>
          <w:b/>
          <w:color w:val="0066B3"/>
          <w:sz w:val="30"/>
        </w:rPr>
        <w:t xml:space="preserve">I. Submission Instructions  </w:t>
      </w:r>
      <w:r>
        <w:rPr>
          <w:b/>
          <w:color w:val="0066B3"/>
          <w:sz w:val="30"/>
        </w:rPr>
        <w:t>提交说明</w:t>
      </w:r>
    </w:p>
    <w:p w14:paraId="6690E1F4" w14:textId="77777777" w:rsidR="00BA5C4E" w:rsidRDefault="00000000">
      <w:pPr>
        <w:spacing w:after="80" w:line="252" w:lineRule="auto"/>
      </w:pPr>
      <w:r>
        <w:t xml:space="preserve">Please submit the completed form and permitted supporting documents to </w:t>
      </w:r>
      <w:r>
        <w:rPr>
          <w:b/>
          <w:color w:val="0066B3"/>
        </w:rPr>
        <w:t>admin@nbiic.ca</w:t>
      </w:r>
      <w:r>
        <w:t xml:space="preserve"> using the subject line:</w:t>
      </w:r>
    </w:p>
    <w:p w14:paraId="5F393437" w14:textId="77777777" w:rsidR="00BA5C4E" w:rsidRDefault="00000000">
      <w:pPr>
        <w:spacing w:after="100" w:line="252" w:lineRule="auto"/>
        <w:jc w:val="center"/>
      </w:pPr>
      <w:r>
        <w:rPr>
          <w:b/>
          <w:sz w:val="20"/>
        </w:rPr>
        <w:t>Visiting Scholar &amp; Research Training Enquiry - [Applicant Name] - [Preferred Country / Region]</w:t>
      </w:r>
    </w:p>
    <w:p w14:paraId="3095155F" w14:textId="77777777" w:rsidR="00BA5C4E" w:rsidRDefault="00000000">
      <w:pPr>
        <w:spacing w:after="40" w:line="252" w:lineRule="auto"/>
        <w:rPr>
          <w:lang w:eastAsia="zh-CN"/>
        </w:rPr>
      </w:pPr>
      <w:r>
        <w:rPr>
          <w:sz w:val="18"/>
        </w:rPr>
        <w:t xml:space="preserve">NBIIC-HI may request clarification, verification, additional documents, or a preliminary discussion before identifying or coordinating a pathway. </w:t>
      </w:r>
      <w:r>
        <w:rPr>
          <w:color w:val="6B7280"/>
          <w:sz w:val="17"/>
          <w:lang w:eastAsia="zh-CN"/>
        </w:rPr>
        <w:t xml:space="preserve">NBIIC-HI </w:t>
      </w:r>
      <w:r>
        <w:rPr>
          <w:color w:val="6B7280"/>
          <w:sz w:val="17"/>
          <w:lang w:eastAsia="zh-CN"/>
        </w:rPr>
        <w:t>可在匹配或协调前要求补充说明、核实资料、补交文件或进行初步沟通。</w:t>
      </w:r>
    </w:p>
    <w:p w14:paraId="6261ACDC" w14:textId="77777777" w:rsidR="00BA5C4E" w:rsidRDefault="00000000">
      <w:pPr>
        <w:spacing w:after="40" w:line="252" w:lineRule="auto"/>
      </w:pPr>
      <w:r>
        <w:rPr>
          <w:b/>
          <w:color w:val="0066B3"/>
          <w:sz w:val="18"/>
        </w:rPr>
        <w:t xml:space="preserve">Independent responsibilities. </w:t>
      </w:r>
      <w:r>
        <w:rPr>
          <w:sz w:val="18"/>
        </w:rPr>
        <w:t xml:space="preserve">Host and participating institutions remain responsible for formal admission, appointment, supervision, funding or scholarship decisions, immigration or visa matters, research ethics, professional licensing, and other applicable institutional or legal requirements. </w:t>
      </w:r>
      <w:r>
        <w:rPr>
          <w:color w:val="6B7280"/>
          <w:sz w:val="17"/>
        </w:rPr>
        <w:t>正式接收、聘任、指导、经费或奖学金决定、签证、科研伦理、职业资质及其他适用要求由接收方及参与机构负责。</w:t>
      </w:r>
    </w:p>
    <w:p w14:paraId="58315B79" w14:textId="77777777" w:rsidR="00BA5C4E" w:rsidRDefault="00000000">
      <w:pPr>
        <w:spacing w:after="40" w:line="252" w:lineRule="auto"/>
      </w:pPr>
      <w:r>
        <w:rPr>
          <w:b/>
          <w:color w:val="0066B3"/>
          <w:sz w:val="18"/>
        </w:rPr>
        <w:t xml:space="preserve">No guarantee of progression. </w:t>
      </w:r>
      <w:r>
        <w:rPr>
          <w:sz w:val="18"/>
        </w:rPr>
        <w:t xml:space="preserve">Submission, preliminary review, matching, or introduction does not guarantee host acceptance, invitation, scholarship, funding, visa approval, institutional endorsement, or participation in a specific program. </w:t>
      </w:r>
      <w:r>
        <w:rPr>
          <w:color w:val="6B7280"/>
          <w:sz w:val="17"/>
        </w:rPr>
        <w:t>提交、初审、匹配或引荐不代表保证获得接收、邀请、奖学金、经费、签证、机构认可或特定项目参与资格。</w:t>
      </w:r>
    </w:p>
    <w:p w14:paraId="788F0BD8" w14:textId="77777777" w:rsidR="00BA5C4E" w:rsidRDefault="00000000">
      <w:pPr>
        <w:keepNext/>
        <w:spacing w:before="100" w:after="80" w:line="252" w:lineRule="auto"/>
      </w:pPr>
      <w:r>
        <w:rPr>
          <w:b/>
          <w:color w:val="0066B3"/>
          <w:sz w:val="30"/>
        </w:rPr>
        <w:lastRenderedPageBreak/>
        <w:t xml:space="preserve">J. For NBIIC-HI Office Use Only  </w:t>
      </w:r>
      <w:r>
        <w:rPr>
          <w:b/>
          <w:color w:val="0066B3"/>
          <w:sz w:val="30"/>
        </w:rPr>
        <w:t>仅供</w:t>
      </w:r>
      <w:r>
        <w:rPr>
          <w:b/>
          <w:color w:val="0066B3"/>
          <w:sz w:val="30"/>
        </w:rPr>
        <w:t xml:space="preserve"> NBIIC-HI </w:t>
      </w:r>
      <w:r>
        <w:rPr>
          <w:b/>
          <w:color w:val="0066B3"/>
          <w:sz w:val="30"/>
        </w:rPr>
        <w:t>内部审核使用</w:t>
      </w:r>
    </w:p>
    <w:tbl>
      <w:tblPr>
        <w:tblW w:w="0" w:type="auto"/>
        <w:jc w:val="center"/>
        <w:tblLayout w:type="fixed"/>
        <w:tblLook w:val="04A0" w:firstRow="1" w:lastRow="0" w:firstColumn="1" w:lastColumn="0" w:noHBand="0" w:noVBand="1"/>
      </w:tblPr>
      <w:tblGrid>
        <w:gridCol w:w="5112"/>
        <w:gridCol w:w="5112"/>
      </w:tblGrid>
      <w:tr w:rsidR="00BA5C4E" w14:paraId="1DF66C8E"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22C643F9" w14:textId="77777777" w:rsidR="00BA5C4E" w:rsidRDefault="00000000">
            <w:pPr>
              <w:spacing w:after="20" w:line="252" w:lineRule="auto"/>
            </w:pPr>
            <w:r>
              <w:rPr>
                <w:b/>
                <w:sz w:val="18"/>
              </w:rPr>
              <w:t>Date received</w:t>
            </w:r>
            <w:r>
              <w:rPr>
                <w:b/>
                <w:color w:val="6B7280"/>
                <w:sz w:val="18"/>
              </w:rPr>
              <w:t xml:space="preserve"> / </w:t>
            </w:r>
            <w:r>
              <w:rPr>
                <w:b/>
                <w:color w:val="6B7280"/>
                <w:sz w:val="18"/>
              </w:rPr>
              <w:t>收件日期</w:t>
            </w:r>
          </w:p>
          <w:p w14:paraId="2B2A6D84" w14:textId="77777777" w:rsidR="00BA5C4E" w:rsidRDefault="00000000">
            <w:pPr>
              <w:spacing w:after="0" w:line="252" w:lineRule="auto"/>
            </w:pPr>
            <w:r>
              <w:rPr>
                <w:i/>
                <w:color w:val="7C8796"/>
                <w:sz w:val="18"/>
              </w:rPr>
              <w:t>YYYY-MM-DD</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5B8346D" w14:textId="77777777" w:rsidR="00BA5C4E" w:rsidRDefault="00000000">
            <w:pPr>
              <w:spacing w:after="20" w:line="252" w:lineRule="auto"/>
            </w:pPr>
            <w:r>
              <w:rPr>
                <w:b/>
                <w:sz w:val="18"/>
              </w:rPr>
              <w:t>Internal reference number</w:t>
            </w:r>
            <w:r>
              <w:rPr>
                <w:b/>
                <w:color w:val="6B7280"/>
                <w:sz w:val="18"/>
              </w:rPr>
              <w:t xml:space="preserve"> / </w:t>
            </w:r>
            <w:r>
              <w:rPr>
                <w:b/>
                <w:color w:val="6B7280"/>
                <w:sz w:val="18"/>
              </w:rPr>
              <w:t>内部编号</w:t>
            </w:r>
          </w:p>
          <w:p w14:paraId="56BFFA69" w14:textId="77777777" w:rsidR="00BA5C4E" w:rsidRDefault="00000000">
            <w:pPr>
              <w:spacing w:after="0" w:line="252" w:lineRule="auto"/>
            </w:pPr>
            <w:r>
              <w:rPr>
                <w:i/>
                <w:color w:val="7C8796"/>
                <w:sz w:val="18"/>
              </w:rPr>
              <w:t>Click or tap here to enter text.</w:t>
            </w:r>
          </w:p>
        </w:tc>
      </w:tr>
      <w:tr w:rsidR="00BA5C4E" w14:paraId="787D3A97" w14:textId="77777777">
        <w:trPr>
          <w:cantSplit/>
          <w:jc w:val="center"/>
        </w:trPr>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11AF5855" w14:textId="77777777" w:rsidR="00BA5C4E" w:rsidRDefault="00000000">
            <w:pPr>
              <w:spacing w:after="20" w:line="252" w:lineRule="auto"/>
            </w:pPr>
            <w:r>
              <w:rPr>
                <w:b/>
                <w:sz w:val="18"/>
              </w:rPr>
              <w:t>Assigned reviewer / coordinator</w:t>
            </w:r>
            <w:r>
              <w:rPr>
                <w:b/>
                <w:color w:val="6B7280"/>
                <w:sz w:val="18"/>
              </w:rPr>
              <w:t xml:space="preserve"> / </w:t>
            </w:r>
            <w:r>
              <w:rPr>
                <w:b/>
                <w:color w:val="6B7280"/>
                <w:sz w:val="18"/>
              </w:rPr>
              <w:t>指定审核人或协调人</w:t>
            </w:r>
          </w:p>
          <w:p w14:paraId="0EDC7911" w14:textId="77777777" w:rsidR="00BA5C4E" w:rsidRDefault="00000000">
            <w:pPr>
              <w:spacing w:after="0" w:line="252" w:lineRule="auto"/>
            </w:pPr>
            <w:r>
              <w:rPr>
                <w:i/>
                <w:color w:val="7C8796"/>
                <w:sz w:val="18"/>
              </w:rPr>
              <w:t>Click or tap here to enter text.</w:t>
            </w:r>
          </w:p>
        </w:tc>
        <w:tc>
          <w:tcPr>
            <w:tcW w:w="5112" w:type="dxa"/>
            <w:tcBorders>
              <w:top w:val="single" w:sz="5" w:space="0" w:color="A8C9E8"/>
              <w:left w:val="single" w:sz="5" w:space="0" w:color="A8C9E8"/>
              <w:bottom w:val="single" w:sz="5" w:space="0" w:color="A8C9E8"/>
              <w:right w:val="single" w:sz="5" w:space="0" w:color="A8C9E8"/>
            </w:tcBorders>
            <w:shd w:val="clear" w:color="auto" w:fill="F3F7FB"/>
            <w:tcMar>
              <w:top w:w="75" w:type="dxa"/>
              <w:left w:w="95" w:type="dxa"/>
              <w:bottom w:w="75" w:type="dxa"/>
              <w:right w:w="95" w:type="dxa"/>
            </w:tcMar>
            <w:vAlign w:val="center"/>
          </w:tcPr>
          <w:p w14:paraId="3B1D3FE4" w14:textId="77777777" w:rsidR="00BA5C4E" w:rsidRDefault="00000000">
            <w:pPr>
              <w:spacing w:after="20" w:line="252" w:lineRule="auto"/>
            </w:pPr>
            <w:r>
              <w:rPr>
                <w:b/>
                <w:sz w:val="18"/>
              </w:rPr>
              <w:t>Referral source</w:t>
            </w:r>
            <w:r>
              <w:rPr>
                <w:b/>
                <w:color w:val="6B7280"/>
                <w:sz w:val="18"/>
              </w:rPr>
              <w:t xml:space="preserve"> / </w:t>
            </w:r>
            <w:r>
              <w:rPr>
                <w:b/>
                <w:color w:val="6B7280"/>
                <w:sz w:val="18"/>
              </w:rPr>
              <w:t>来源或推荐人</w:t>
            </w:r>
          </w:p>
          <w:p w14:paraId="6C28E8F0" w14:textId="77777777" w:rsidR="00BA5C4E" w:rsidRDefault="00000000">
            <w:pPr>
              <w:spacing w:after="0" w:line="252" w:lineRule="auto"/>
            </w:pPr>
            <w:r>
              <w:rPr>
                <w:i/>
                <w:color w:val="7C8796"/>
                <w:sz w:val="18"/>
              </w:rPr>
              <w:t>Click or tap here to enter text.</w:t>
            </w:r>
          </w:p>
        </w:tc>
      </w:tr>
    </w:tbl>
    <w:p w14:paraId="773DB959" w14:textId="77777777" w:rsidR="00BA5C4E" w:rsidRDefault="00BA5C4E">
      <w:pPr>
        <w:spacing w:after="0"/>
      </w:pPr>
    </w:p>
    <w:p w14:paraId="15FC8D56" w14:textId="77777777" w:rsidR="00BA5C4E" w:rsidRDefault="00000000">
      <w:pPr>
        <w:spacing w:before="40" w:after="40" w:line="252" w:lineRule="auto"/>
      </w:pPr>
      <w:r>
        <w:rPr>
          <w:b/>
          <w:sz w:val="20"/>
        </w:rPr>
        <w:t>Initial assessment</w:t>
      </w:r>
      <w:r>
        <w:rPr>
          <w:b/>
          <w:color w:val="6B7280"/>
        </w:rPr>
        <w:t xml:space="preserve"> / </w:t>
      </w:r>
      <w:r>
        <w:rPr>
          <w:b/>
          <w:color w:val="6B7280"/>
        </w:rPr>
        <w:t>初步审核结果</w:t>
      </w:r>
    </w:p>
    <w:tbl>
      <w:tblPr>
        <w:tblW w:w="0" w:type="auto"/>
        <w:jc w:val="center"/>
        <w:tblLayout w:type="fixed"/>
        <w:tblLook w:val="04A0" w:firstRow="1" w:lastRow="0" w:firstColumn="1" w:lastColumn="0" w:noHBand="0" w:noVBand="1"/>
      </w:tblPr>
      <w:tblGrid>
        <w:gridCol w:w="5112"/>
        <w:gridCol w:w="5112"/>
      </w:tblGrid>
      <w:tr w:rsidR="00BA5C4E" w14:paraId="3C77EC09" w14:textId="77777777">
        <w:trPr>
          <w:jc w:val="center"/>
        </w:trPr>
        <w:tc>
          <w:tcPr>
            <w:tcW w:w="5112" w:type="dxa"/>
            <w:tcMar>
              <w:top w:w="25" w:type="dxa"/>
              <w:left w:w="25" w:type="dxa"/>
              <w:bottom w:w="25" w:type="dxa"/>
              <w:right w:w="25" w:type="dxa"/>
            </w:tcMar>
          </w:tcPr>
          <w:p w14:paraId="14C6D56A" w14:textId="77777777" w:rsidR="00BA5C4E" w:rsidRDefault="00000000">
            <w:pPr>
              <w:spacing w:after="0" w:line="252" w:lineRule="auto"/>
            </w:pPr>
            <w:r>
              <w:rPr>
                <w:color w:val="6B7280"/>
                <w:sz w:val="20"/>
              </w:rPr>
              <w:t xml:space="preserve">☐ </w:t>
            </w:r>
            <w:r>
              <w:rPr>
                <w:sz w:val="18"/>
              </w:rPr>
              <w:t>Suitable for visiting scholar pathway</w:t>
            </w:r>
            <w:r>
              <w:rPr>
                <w:color w:val="6B7280"/>
                <w:sz w:val="17"/>
              </w:rPr>
              <w:t xml:space="preserve"> / </w:t>
            </w:r>
            <w:r>
              <w:rPr>
                <w:color w:val="6B7280"/>
                <w:sz w:val="17"/>
              </w:rPr>
              <w:t>适合访问学者路径</w:t>
            </w:r>
          </w:p>
        </w:tc>
        <w:tc>
          <w:tcPr>
            <w:tcW w:w="5112" w:type="dxa"/>
            <w:tcMar>
              <w:top w:w="25" w:type="dxa"/>
              <w:left w:w="25" w:type="dxa"/>
              <w:bottom w:w="25" w:type="dxa"/>
              <w:right w:w="25" w:type="dxa"/>
            </w:tcMar>
          </w:tcPr>
          <w:p w14:paraId="2AF60DB0" w14:textId="77777777" w:rsidR="00BA5C4E" w:rsidRDefault="00000000">
            <w:pPr>
              <w:spacing w:after="0" w:line="252" w:lineRule="auto"/>
            </w:pPr>
            <w:r>
              <w:rPr>
                <w:color w:val="6B7280"/>
                <w:sz w:val="20"/>
              </w:rPr>
              <w:t xml:space="preserve">☐ </w:t>
            </w:r>
            <w:r>
              <w:rPr>
                <w:sz w:val="18"/>
              </w:rPr>
              <w:t>Suitable for research training pathway</w:t>
            </w:r>
            <w:r>
              <w:rPr>
                <w:color w:val="6B7280"/>
                <w:sz w:val="17"/>
              </w:rPr>
              <w:t xml:space="preserve"> / </w:t>
            </w:r>
            <w:r>
              <w:rPr>
                <w:color w:val="6B7280"/>
                <w:sz w:val="17"/>
              </w:rPr>
              <w:t>适合科研培训路径</w:t>
            </w:r>
          </w:p>
        </w:tc>
      </w:tr>
      <w:tr w:rsidR="00BA5C4E" w14:paraId="7F613F3C" w14:textId="77777777">
        <w:trPr>
          <w:jc w:val="center"/>
        </w:trPr>
        <w:tc>
          <w:tcPr>
            <w:tcW w:w="5112" w:type="dxa"/>
            <w:tcMar>
              <w:top w:w="25" w:type="dxa"/>
              <w:left w:w="25" w:type="dxa"/>
              <w:bottom w:w="25" w:type="dxa"/>
              <w:right w:w="25" w:type="dxa"/>
            </w:tcMar>
          </w:tcPr>
          <w:p w14:paraId="5FA6D99A" w14:textId="77777777" w:rsidR="00BA5C4E" w:rsidRDefault="00000000">
            <w:pPr>
              <w:spacing w:after="0" w:line="252" w:lineRule="auto"/>
            </w:pPr>
            <w:r>
              <w:rPr>
                <w:color w:val="6B7280"/>
                <w:sz w:val="20"/>
              </w:rPr>
              <w:t xml:space="preserve">☐ </w:t>
            </w:r>
            <w:r>
              <w:rPr>
                <w:sz w:val="18"/>
              </w:rPr>
              <w:t>Potential host identification required</w:t>
            </w:r>
            <w:r>
              <w:rPr>
                <w:color w:val="6B7280"/>
                <w:sz w:val="17"/>
              </w:rPr>
              <w:t xml:space="preserve"> / </w:t>
            </w:r>
            <w:r>
              <w:rPr>
                <w:color w:val="6B7280"/>
                <w:sz w:val="17"/>
              </w:rPr>
              <w:t>需要识别潜在接收方</w:t>
            </w:r>
          </w:p>
        </w:tc>
        <w:tc>
          <w:tcPr>
            <w:tcW w:w="5112" w:type="dxa"/>
            <w:tcMar>
              <w:top w:w="25" w:type="dxa"/>
              <w:left w:w="25" w:type="dxa"/>
              <w:bottom w:w="25" w:type="dxa"/>
              <w:right w:w="25" w:type="dxa"/>
            </w:tcMar>
          </w:tcPr>
          <w:p w14:paraId="1EF6DBF6" w14:textId="77777777" w:rsidR="00BA5C4E" w:rsidRDefault="00000000">
            <w:pPr>
              <w:spacing w:after="0" w:line="252" w:lineRule="auto"/>
            </w:pPr>
            <w:r>
              <w:rPr>
                <w:color w:val="6B7280"/>
                <w:sz w:val="20"/>
              </w:rPr>
              <w:t xml:space="preserve">☐ </w:t>
            </w:r>
            <w:r>
              <w:rPr>
                <w:sz w:val="18"/>
              </w:rPr>
              <w:t>Potential host communication</w:t>
            </w:r>
            <w:r>
              <w:rPr>
                <w:color w:val="6B7280"/>
                <w:sz w:val="17"/>
              </w:rPr>
              <w:t xml:space="preserve"> / </w:t>
            </w:r>
            <w:r>
              <w:rPr>
                <w:color w:val="6B7280"/>
                <w:sz w:val="17"/>
              </w:rPr>
              <w:t>可开展接收方沟通</w:t>
            </w:r>
          </w:p>
        </w:tc>
      </w:tr>
      <w:tr w:rsidR="00BA5C4E" w14:paraId="78E5BFA5" w14:textId="77777777">
        <w:trPr>
          <w:jc w:val="center"/>
        </w:trPr>
        <w:tc>
          <w:tcPr>
            <w:tcW w:w="5112" w:type="dxa"/>
            <w:tcMar>
              <w:top w:w="25" w:type="dxa"/>
              <w:left w:w="25" w:type="dxa"/>
              <w:bottom w:w="25" w:type="dxa"/>
              <w:right w:w="25" w:type="dxa"/>
            </w:tcMar>
          </w:tcPr>
          <w:p w14:paraId="50C3DCF4" w14:textId="77777777" w:rsidR="00BA5C4E" w:rsidRDefault="00000000">
            <w:pPr>
              <w:spacing w:after="0" w:line="252" w:lineRule="auto"/>
            </w:pPr>
            <w:r>
              <w:rPr>
                <w:color w:val="6B7280"/>
                <w:sz w:val="20"/>
              </w:rPr>
              <w:t xml:space="preserve">☐ </w:t>
            </w:r>
            <w:r>
              <w:rPr>
                <w:sz w:val="18"/>
              </w:rPr>
              <w:t>Further information / verification required</w:t>
            </w:r>
            <w:r>
              <w:rPr>
                <w:color w:val="6B7280"/>
                <w:sz w:val="17"/>
              </w:rPr>
              <w:t xml:space="preserve"> / </w:t>
            </w:r>
            <w:r>
              <w:rPr>
                <w:color w:val="6B7280"/>
                <w:sz w:val="17"/>
              </w:rPr>
              <w:t>需要补充或核实信息</w:t>
            </w:r>
          </w:p>
        </w:tc>
        <w:tc>
          <w:tcPr>
            <w:tcW w:w="5112" w:type="dxa"/>
            <w:tcMar>
              <w:top w:w="25" w:type="dxa"/>
              <w:left w:w="25" w:type="dxa"/>
              <w:bottom w:w="25" w:type="dxa"/>
              <w:right w:w="25" w:type="dxa"/>
            </w:tcMar>
          </w:tcPr>
          <w:p w14:paraId="050055BC" w14:textId="77777777" w:rsidR="00BA5C4E" w:rsidRDefault="00000000">
            <w:pPr>
              <w:spacing w:after="0" w:line="252" w:lineRule="auto"/>
            </w:pPr>
            <w:r>
              <w:rPr>
                <w:color w:val="6B7280"/>
                <w:sz w:val="20"/>
              </w:rPr>
              <w:t xml:space="preserve">☐ </w:t>
            </w:r>
            <w:r>
              <w:rPr>
                <w:sz w:val="18"/>
              </w:rPr>
              <w:t>Funding pathway discussion recommended</w:t>
            </w:r>
            <w:r>
              <w:rPr>
                <w:color w:val="6B7280"/>
                <w:sz w:val="17"/>
              </w:rPr>
              <w:t xml:space="preserve"> / </w:t>
            </w:r>
            <w:r>
              <w:rPr>
                <w:color w:val="6B7280"/>
                <w:sz w:val="17"/>
              </w:rPr>
              <w:t>建议讨论资助路径</w:t>
            </w:r>
          </w:p>
        </w:tc>
      </w:tr>
      <w:tr w:rsidR="00BA5C4E" w14:paraId="2B00DC4C" w14:textId="77777777">
        <w:trPr>
          <w:jc w:val="center"/>
        </w:trPr>
        <w:tc>
          <w:tcPr>
            <w:tcW w:w="5112" w:type="dxa"/>
            <w:tcMar>
              <w:top w:w="25" w:type="dxa"/>
              <w:left w:w="25" w:type="dxa"/>
              <w:bottom w:w="25" w:type="dxa"/>
              <w:right w:w="25" w:type="dxa"/>
            </w:tcMar>
          </w:tcPr>
          <w:p w14:paraId="20F61F8B" w14:textId="77777777" w:rsidR="00BA5C4E" w:rsidRDefault="00000000">
            <w:pPr>
              <w:spacing w:after="0" w:line="252" w:lineRule="auto"/>
            </w:pPr>
            <w:r>
              <w:rPr>
                <w:color w:val="6B7280"/>
                <w:sz w:val="20"/>
              </w:rPr>
              <w:t xml:space="preserve">☐ </w:t>
            </w:r>
            <w:r>
              <w:rPr>
                <w:sz w:val="18"/>
              </w:rPr>
              <w:t>Hold for future review</w:t>
            </w:r>
            <w:r>
              <w:rPr>
                <w:color w:val="6B7280"/>
                <w:sz w:val="17"/>
              </w:rPr>
              <w:t xml:space="preserve"> / </w:t>
            </w:r>
            <w:r>
              <w:rPr>
                <w:color w:val="6B7280"/>
                <w:sz w:val="17"/>
              </w:rPr>
              <w:t>暂缓并保留后续评估</w:t>
            </w:r>
          </w:p>
        </w:tc>
        <w:tc>
          <w:tcPr>
            <w:tcW w:w="5112" w:type="dxa"/>
            <w:tcMar>
              <w:top w:w="25" w:type="dxa"/>
              <w:left w:w="25" w:type="dxa"/>
              <w:bottom w:w="25" w:type="dxa"/>
              <w:right w:w="25" w:type="dxa"/>
            </w:tcMar>
          </w:tcPr>
          <w:p w14:paraId="1D24E20D" w14:textId="77777777" w:rsidR="00BA5C4E" w:rsidRDefault="00000000">
            <w:pPr>
              <w:spacing w:after="0" w:line="252" w:lineRule="auto"/>
            </w:pPr>
            <w:r>
              <w:rPr>
                <w:color w:val="6B7280"/>
                <w:sz w:val="20"/>
              </w:rPr>
              <w:t xml:space="preserve">☐ </w:t>
            </w:r>
            <w:r>
              <w:rPr>
                <w:sz w:val="18"/>
              </w:rPr>
              <w:t>Not suitable at this stage</w:t>
            </w:r>
            <w:r>
              <w:rPr>
                <w:color w:val="6B7280"/>
                <w:sz w:val="17"/>
              </w:rPr>
              <w:t xml:space="preserve"> / </w:t>
            </w:r>
            <w:r>
              <w:rPr>
                <w:color w:val="6B7280"/>
                <w:sz w:val="17"/>
              </w:rPr>
              <w:t>现阶段不适合</w:t>
            </w:r>
          </w:p>
        </w:tc>
      </w:tr>
    </w:tbl>
    <w:p w14:paraId="5B1025B3"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5DA95A22"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158338EB" w14:textId="77777777" w:rsidR="00BA5C4E" w:rsidRDefault="00000000">
            <w:pPr>
              <w:spacing w:after="40" w:line="252" w:lineRule="auto"/>
            </w:pPr>
            <w:r>
              <w:rPr>
                <w:b/>
                <w:sz w:val="18"/>
              </w:rPr>
              <w:t>Potential host, partner, program, or pathway under consideration</w:t>
            </w:r>
            <w:r>
              <w:rPr>
                <w:b/>
                <w:color w:val="6B7280"/>
                <w:sz w:val="18"/>
              </w:rPr>
              <w:t xml:space="preserve"> / </w:t>
            </w:r>
            <w:r>
              <w:rPr>
                <w:b/>
                <w:color w:val="6B7280"/>
                <w:sz w:val="18"/>
              </w:rPr>
              <w:t>拟考虑的接收方、合作方、项目或路径</w:t>
            </w:r>
          </w:p>
          <w:p w14:paraId="662B50A2" w14:textId="77777777" w:rsidR="00BA5C4E" w:rsidRDefault="00000000">
            <w:pPr>
              <w:spacing w:after="0" w:line="252" w:lineRule="auto"/>
            </w:pPr>
            <w:r>
              <w:rPr>
                <w:i/>
                <w:color w:val="7C8796"/>
                <w:sz w:val="18"/>
              </w:rPr>
              <w:t>List one or more preliminary options if identified.</w:t>
            </w:r>
          </w:p>
          <w:p w14:paraId="26C138B6" w14:textId="77777777" w:rsidR="00BA5C4E" w:rsidRDefault="00000000">
            <w:pPr>
              <w:spacing w:after="0" w:line="252" w:lineRule="auto"/>
            </w:pPr>
            <w:r>
              <w:rPr>
                <w:sz w:val="18"/>
              </w:rPr>
              <w:t xml:space="preserve"> </w:t>
            </w:r>
          </w:p>
        </w:tc>
      </w:tr>
    </w:tbl>
    <w:p w14:paraId="44F3B726" w14:textId="77777777" w:rsidR="00BA5C4E" w:rsidRDefault="00BA5C4E">
      <w:pPr>
        <w:spacing w:after="0"/>
      </w:pPr>
    </w:p>
    <w:p w14:paraId="54C5FCC1" w14:textId="77777777" w:rsidR="00BA5C4E" w:rsidRDefault="00000000">
      <w:pPr>
        <w:spacing w:before="40" w:after="40" w:line="252" w:lineRule="auto"/>
      </w:pPr>
      <w:r>
        <w:rPr>
          <w:b/>
          <w:sz w:val="20"/>
        </w:rPr>
        <w:t>Follow-up status</w:t>
      </w:r>
      <w:r>
        <w:rPr>
          <w:b/>
          <w:color w:val="6B7280"/>
        </w:rPr>
        <w:t xml:space="preserve"> / </w:t>
      </w:r>
      <w:r>
        <w:rPr>
          <w:b/>
          <w:color w:val="6B7280"/>
        </w:rPr>
        <w:t>跟进状态</w:t>
      </w:r>
    </w:p>
    <w:tbl>
      <w:tblPr>
        <w:tblW w:w="0" w:type="auto"/>
        <w:jc w:val="center"/>
        <w:tblLayout w:type="fixed"/>
        <w:tblLook w:val="04A0" w:firstRow="1" w:lastRow="0" w:firstColumn="1" w:lastColumn="0" w:noHBand="0" w:noVBand="1"/>
      </w:tblPr>
      <w:tblGrid>
        <w:gridCol w:w="5112"/>
        <w:gridCol w:w="5112"/>
      </w:tblGrid>
      <w:tr w:rsidR="00BA5C4E" w14:paraId="35E1EA0F" w14:textId="77777777">
        <w:trPr>
          <w:jc w:val="center"/>
        </w:trPr>
        <w:tc>
          <w:tcPr>
            <w:tcW w:w="5112" w:type="dxa"/>
            <w:tcMar>
              <w:top w:w="25" w:type="dxa"/>
              <w:left w:w="25" w:type="dxa"/>
              <w:bottom w:w="25" w:type="dxa"/>
              <w:right w:w="25" w:type="dxa"/>
            </w:tcMar>
          </w:tcPr>
          <w:p w14:paraId="4A7E4AAF" w14:textId="77777777" w:rsidR="00BA5C4E" w:rsidRDefault="00000000">
            <w:pPr>
              <w:spacing w:after="0" w:line="252" w:lineRule="auto"/>
            </w:pPr>
            <w:r>
              <w:rPr>
                <w:color w:val="6B7280"/>
                <w:sz w:val="20"/>
              </w:rPr>
              <w:t xml:space="preserve">☐ </w:t>
            </w:r>
            <w:r>
              <w:rPr>
                <w:sz w:val="18"/>
              </w:rPr>
              <w:t>Additional information requested</w:t>
            </w:r>
            <w:r>
              <w:rPr>
                <w:color w:val="6B7280"/>
                <w:sz w:val="17"/>
              </w:rPr>
              <w:t xml:space="preserve"> / </w:t>
            </w:r>
            <w:r>
              <w:rPr>
                <w:color w:val="6B7280"/>
                <w:sz w:val="17"/>
              </w:rPr>
              <w:t>已要求补充信息</w:t>
            </w:r>
          </w:p>
        </w:tc>
        <w:tc>
          <w:tcPr>
            <w:tcW w:w="5112" w:type="dxa"/>
            <w:tcMar>
              <w:top w:w="25" w:type="dxa"/>
              <w:left w:w="25" w:type="dxa"/>
              <w:bottom w:w="25" w:type="dxa"/>
              <w:right w:w="25" w:type="dxa"/>
            </w:tcMar>
          </w:tcPr>
          <w:p w14:paraId="6A03FBDB" w14:textId="77777777" w:rsidR="00BA5C4E" w:rsidRDefault="00000000">
            <w:pPr>
              <w:spacing w:after="0" w:line="252" w:lineRule="auto"/>
            </w:pPr>
            <w:r>
              <w:rPr>
                <w:color w:val="6B7280"/>
                <w:sz w:val="20"/>
              </w:rPr>
              <w:t xml:space="preserve">☐ </w:t>
            </w:r>
            <w:r>
              <w:rPr>
                <w:sz w:val="18"/>
              </w:rPr>
              <w:t>Verification pending</w:t>
            </w:r>
            <w:r>
              <w:rPr>
                <w:color w:val="6B7280"/>
                <w:sz w:val="17"/>
              </w:rPr>
              <w:t xml:space="preserve"> / </w:t>
            </w:r>
            <w:r>
              <w:rPr>
                <w:color w:val="6B7280"/>
                <w:sz w:val="17"/>
              </w:rPr>
              <w:t>资料核实中</w:t>
            </w:r>
          </w:p>
        </w:tc>
      </w:tr>
      <w:tr w:rsidR="00BA5C4E" w14:paraId="5195A9F8" w14:textId="77777777">
        <w:trPr>
          <w:jc w:val="center"/>
        </w:trPr>
        <w:tc>
          <w:tcPr>
            <w:tcW w:w="5112" w:type="dxa"/>
            <w:tcMar>
              <w:top w:w="25" w:type="dxa"/>
              <w:left w:w="25" w:type="dxa"/>
              <w:bottom w:w="25" w:type="dxa"/>
              <w:right w:w="25" w:type="dxa"/>
            </w:tcMar>
          </w:tcPr>
          <w:p w14:paraId="36DD11B3" w14:textId="77777777" w:rsidR="00BA5C4E" w:rsidRDefault="00000000">
            <w:pPr>
              <w:spacing w:after="0" w:line="252" w:lineRule="auto"/>
            </w:pPr>
            <w:r>
              <w:rPr>
                <w:color w:val="6B7280"/>
                <w:sz w:val="20"/>
              </w:rPr>
              <w:t xml:space="preserve">☐ </w:t>
            </w:r>
            <w:r>
              <w:rPr>
                <w:sz w:val="18"/>
              </w:rPr>
              <w:t>Potential host / partner identified</w:t>
            </w:r>
            <w:r>
              <w:rPr>
                <w:color w:val="6B7280"/>
                <w:sz w:val="17"/>
              </w:rPr>
              <w:t xml:space="preserve"> / </w:t>
            </w:r>
            <w:r>
              <w:rPr>
                <w:color w:val="6B7280"/>
                <w:sz w:val="17"/>
              </w:rPr>
              <w:t>已识别潜在接收方或合作方</w:t>
            </w:r>
          </w:p>
        </w:tc>
        <w:tc>
          <w:tcPr>
            <w:tcW w:w="5112" w:type="dxa"/>
            <w:tcMar>
              <w:top w:w="25" w:type="dxa"/>
              <w:left w:w="25" w:type="dxa"/>
              <w:bottom w:w="25" w:type="dxa"/>
              <w:right w:w="25" w:type="dxa"/>
            </w:tcMar>
          </w:tcPr>
          <w:p w14:paraId="59FCC81B" w14:textId="77777777" w:rsidR="00BA5C4E" w:rsidRDefault="00000000">
            <w:pPr>
              <w:spacing w:after="0" w:line="252" w:lineRule="auto"/>
            </w:pPr>
            <w:r>
              <w:rPr>
                <w:color w:val="6B7280"/>
                <w:sz w:val="20"/>
              </w:rPr>
              <w:t xml:space="preserve">☐ </w:t>
            </w:r>
            <w:r>
              <w:rPr>
                <w:sz w:val="18"/>
              </w:rPr>
              <w:t>Preliminary communication initiated</w:t>
            </w:r>
            <w:r>
              <w:rPr>
                <w:color w:val="6B7280"/>
                <w:sz w:val="17"/>
              </w:rPr>
              <w:t xml:space="preserve"> / </w:t>
            </w:r>
            <w:r>
              <w:rPr>
                <w:color w:val="6B7280"/>
                <w:sz w:val="17"/>
              </w:rPr>
              <w:t>已启动前期沟通</w:t>
            </w:r>
          </w:p>
        </w:tc>
      </w:tr>
      <w:tr w:rsidR="00BA5C4E" w14:paraId="2B431C91" w14:textId="77777777">
        <w:trPr>
          <w:jc w:val="center"/>
        </w:trPr>
        <w:tc>
          <w:tcPr>
            <w:tcW w:w="5112" w:type="dxa"/>
            <w:tcMar>
              <w:top w:w="25" w:type="dxa"/>
              <w:left w:w="25" w:type="dxa"/>
              <w:bottom w:w="25" w:type="dxa"/>
              <w:right w:w="25" w:type="dxa"/>
            </w:tcMar>
          </w:tcPr>
          <w:p w14:paraId="75A67A17" w14:textId="77777777" w:rsidR="00BA5C4E" w:rsidRDefault="00000000">
            <w:pPr>
              <w:spacing w:after="0" w:line="252" w:lineRule="auto"/>
            </w:pPr>
            <w:r>
              <w:rPr>
                <w:color w:val="6B7280"/>
                <w:sz w:val="20"/>
              </w:rPr>
              <w:t xml:space="preserve">☐ </w:t>
            </w:r>
            <w:r>
              <w:rPr>
                <w:sz w:val="18"/>
              </w:rPr>
              <w:t>Meeting / interview recommended</w:t>
            </w:r>
            <w:r>
              <w:rPr>
                <w:color w:val="6B7280"/>
                <w:sz w:val="17"/>
              </w:rPr>
              <w:t xml:space="preserve"> / </w:t>
            </w:r>
            <w:r>
              <w:rPr>
                <w:color w:val="6B7280"/>
                <w:sz w:val="17"/>
              </w:rPr>
              <w:t>建议安排会议或面谈</w:t>
            </w:r>
          </w:p>
        </w:tc>
        <w:tc>
          <w:tcPr>
            <w:tcW w:w="5112" w:type="dxa"/>
            <w:tcMar>
              <w:top w:w="25" w:type="dxa"/>
              <w:left w:w="25" w:type="dxa"/>
              <w:bottom w:w="25" w:type="dxa"/>
              <w:right w:w="25" w:type="dxa"/>
            </w:tcMar>
          </w:tcPr>
          <w:p w14:paraId="0EA6ACE2" w14:textId="77777777" w:rsidR="00BA5C4E" w:rsidRDefault="00000000">
            <w:pPr>
              <w:spacing w:after="0" w:line="252" w:lineRule="auto"/>
            </w:pPr>
            <w:r>
              <w:rPr>
                <w:color w:val="6B7280"/>
                <w:sz w:val="20"/>
              </w:rPr>
              <w:t xml:space="preserve">☐ </w:t>
            </w:r>
            <w:r>
              <w:rPr>
                <w:sz w:val="18"/>
              </w:rPr>
              <w:t>Hold for later follow-up</w:t>
            </w:r>
            <w:r>
              <w:rPr>
                <w:color w:val="6B7280"/>
                <w:sz w:val="17"/>
              </w:rPr>
              <w:t xml:space="preserve"> / </w:t>
            </w:r>
            <w:r>
              <w:rPr>
                <w:color w:val="6B7280"/>
                <w:sz w:val="17"/>
              </w:rPr>
              <w:t>暂缓并待后续跟进</w:t>
            </w:r>
          </w:p>
        </w:tc>
      </w:tr>
    </w:tbl>
    <w:p w14:paraId="48AB9E92" w14:textId="77777777" w:rsidR="00BA5C4E" w:rsidRDefault="00BA5C4E">
      <w:pPr>
        <w:spacing w:after="0"/>
      </w:pPr>
    </w:p>
    <w:tbl>
      <w:tblPr>
        <w:tblW w:w="0" w:type="auto"/>
        <w:jc w:val="center"/>
        <w:tblLayout w:type="fixed"/>
        <w:tblLook w:val="04A0" w:firstRow="1" w:lastRow="0" w:firstColumn="1" w:lastColumn="0" w:noHBand="0" w:noVBand="1"/>
      </w:tblPr>
      <w:tblGrid>
        <w:gridCol w:w="10454"/>
      </w:tblGrid>
      <w:tr w:rsidR="00BA5C4E" w14:paraId="39E5CEE9" w14:textId="77777777">
        <w:trPr>
          <w:cantSplit/>
          <w:jc w:val="center"/>
        </w:trPr>
        <w:tc>
          <w:tcPr>
            <w:tcW w:w="10454" w:type="dxa"/>
            <w:tcBorders>
              <w:top w:val="single" w:sz="5" w:space="0" w:color="A8C9E8"/>
              <w:left w:val="single" w:sz="5" w:space="0" w:color="A8C9E8"/>
              <w:bottom w:val="single" w:sz="5" w:space="0" w:color="A8C9E8"/>
              <w:right w:val="single" w:sz="5" w:space="0" w:color="A8C9E8"/>
            </w:tcBorders>
            <w:shd w:val="clear" w:color="auto" w:fill="F3F7FB"/>
            <w:tcMar>
              <w:top w:w="85" w:type="dxa"/>
              <w:left w:w="100" w:type="dxa"/>
              <w:bottom w:w="85" w:type="dxa"/>
              <w:right w:w="100" w:type="dxa"/>
            </w:tcMar>
          </w:tcPr>
          <w:p w14:paraId="7AEF3435" w14:textId="77777777" w:rsidR="00BA5C4E" w:rsidRDefault="00000000">
            <w:pPr>
              <w:spacing w:after="40" w:line="252" w:lineRule="auto"/>
            </w:pPr>
            <w:r>
              <w:rPr>
                <w:b/>
                <w:sz w:val="18"/>
              </w:rPr>
              <w:t>Internal review notes, next action, and follow-up date</w:t>
            </w:r>
            <w:r>
              <w:rPr>
                <w:b/>
                <w:color w:val="6B7280"/>
                <w:sz w:val="18"/>
              </w:rPr>
              <w:t xml:space="preserve"> / </w:t>
            </w:r>
            <w:r>
              <w:rPr>
                <w:b/>
                <w:color w:val="6B7280"/>
                <w:sz w:val="18"/>
              </w:rPr>
              <w:t>内部审核意见、下一步安排及跟进日期</w:t>
            </w:r>
          </w:p>
          <w:p w14:paraId="45B2C80B" w14:textId="77777777" w:rsidR="00BA5C4E" w:rsidRDefault="00000000">
            <w:pPr>
              <w:spacing w:after="0" w:line="252" w:lineRule="auto"/>
            </w:pPr>
            <w:r>
              <w:rPr>
                <w:i/>
                <w:color w:val="7C8796"/>
                <w:sz w:val="18"/>
              </w:rPr>
              <w:t>Click or tap here to enter text.</w:t>
            </w:r>
          </w:p>
          <w:p w14:paraId="76B13252" w14:textId="77777777" w:rsidR="00BA5C4E" w:rsidRDefault="00000000">
            <w:pPr>
              <w:spacing w:after="0" w:line="252" w:lineRule="auto"/>
            </w:pPr>
            <w:r>
              <w:rPr>
                <w:sz w:val="18"/>
              </w:rPr>
              <w:t xml:space="preserve"> </w:t>
            </w:r>
          </w:p>
          <w:p w14:paraId="06E47C50" w14:textId="77777777" w:rsidR="00BA5C4E" w:rsidRDefault="00000000">
            <w:pPr>
              <w:spacing w:after="0" w:line="252" w:lineRule="auto"/>
            </w:pPr>
            <w:r>
              <w:rPr>
                <w:sz w:val="18"/>
              </w:rPr>
              <w:t xml:space="preserve"> </w:t>
            </w:r>
          </w:p>
          <w:p w14:paraId="0681BABE" w14:textId="77777777" w:rsidR="00BA5C4E" w:rsidRDefault="00000000">
            <w:pPr>
              <w:spacing w:after="0" w:line="252" w:lineRule="auto"/>
            </w:pPr>
            <w:r>
              <w:rPr>
                <w:sz w:val="18"/>
              </w:rPr>
              <w:t xml:space="preserve"> </w:t>
            </w:r>
          </w:p>
        </w:tc>
      </w:tr>
    </w:tbl>
    <w:p w14:paraId="403F89DA" w14:textId="77777777" w:rsidR="00BA5C4E" w:rsidRDefault="00BA5C4E">
      <w:pPr>
        <w:spacing w:after="0"/>
      </w:pPr>
    </w:p>
    <w:sectPr w:rsidR="00BA5C4E" w:rsidSect="00034616">
      <w:headerReference w:type="default" r:id="rId8"/>
      <w:footerReference w:type="default" r:id="rId9"/>
      <w:pgSz w:w="12240" w:h="15840"/>
      <w:pgMar w:top="1037" w:right="893" w:bottom="936" w:left="893" w:header="346"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01B3B" w14:textId="77777777" w:rsidR="00127B91" w:rsidRDefault="00127B91">
      <w:pPr>
        <w:spacing w:after="0" w:line="240" w:lineRule="auto"/>
      </w:pPr>
      <w:r>
        <w:separator/>
      </w:r>
    </w:p>
  </w:endnote>
  <w:endnote w:type="continuationSeparator" w:id="0">
    <w:p w14:paraId="7F592006" w14:textId="77777777" w:rsidR="00127B91" w:rsidRDefault="00127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CJK S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3625" w14:textId="77777777" w:rsidR="00BA5C4E" w:rsidRDefault="00BA5C4E">
    <w:pPr>
      <w:pStyle w:val="a7"/>
    </w:pPr>
  </w:p>
  <w:tbl>
    <w:tblPr>
      <w:tblW w:w="0" w:type="auto"/>
      <w:jc w:val="center"/>
      <w:tblLook w:val="04A0" w:firstRow="1" w:lastRow="0" w:firstColumn="1" w:lastColumn="0" w:noHBand="0" w:noVBand="1"/>
    </w:tblPr>
    <w:tblGrid>
      <w:gridCol w:w="3456"/>
      <w:gridCol w:w="3456"/>
      <w:gridCol w:w="3456"/>
    </w:tblGrid>
    <w:tr w:rsidR="00BA5C4E" w14:paraId="7EC814CB" w14:textId="77777777">
      <w:trPr>
        <w:jc w:val="center"/>
      </w:trPr>
      <w:tc>
        <w:tcPr>
          <w:tcW w:w="3456" w:type="dxa"/>
          <w:tcMar>
            <w:top w:w="0" w:type="dxa"/>
            <w:left w:w="0" w:type="dxa"/>
            <w:bottom w:w="0" w:type="dxa"/>
            <w:right w:w="0" w:type="dxa"/>
          </w:tcMar>
        </w:tcPr>
        <w:p w14:paraId="3015DD25" w14:textId="77777777" w:rsidR="00BA5C4E" w:rsidRDefault="00000000">
          <w:pPr>
            <w:spacing w:after="0"/>
          </w:pPr>
          <w:r>
            <w:rPr>
              <w:color w:val="6B7280"/>
              <w:sz w:val="16"/>
            </w:rPr>
            <w:t>NBIIC-VSRT-01 | Version 1.0</w:t>
          </w:r>
        </w:p>
      </w:tc>
      <w:tc>
        <w:tcPr>
          <w:tcW w:w="3456" w:type="dxa"/>
          <w:tcMar>
            <w:top w:w="0" w:type="dxa"/>
            <w:left w:w="0" w:type="dxa"/>
            <w:bottom w:w="0" w:type="dxa"/>
            <w:right w:w="0" w:type="dxa"/>
          </w:tcMar>
        </w:tcPr>
        <w:p w14:paraId="51D194A7" w14:textId="77777777" w:rsidR="00BA5C4E" w:rsidRDefault="00000000">
          <w:pPr>
            <w:spacing w:after="0"/>
            <w:jc w:val="center"/>
          </w:pPr>
          <w:r>
            <w:rPr>
              <w:color w:val="6B7280"/>
              <w:sz w:val="16"/>
            </w:rPr>
            <w:t>www.nbiic.ca</w:t>
          </w:r>
        </w:p>
      </w:tc>
      <w:tc>
        <w:tcPr>
          <w:tcW w:w="3456" w:type="dxa"/>
          <w:tcMar>
            <w:top w:w="0" w:type="dxa"/>
            <w:left w:w="0" w:type="dxa"/>
            <w:bottom w:w="0" w:type="dxa"/>
            <w:right w:w="0" w:type="dxa"/>
          </w:tcMar>
        </w:tcPr>
        <w:p w14:paraId="7040BE0E" w14:textId="77777777" w:rsidR="00BA5C4E" w:rsidRDefault="00000000">
          <w:pPr>
            <w:spacing w:after="0"/>
            <w:jc w:val="right"/>
          </w:pPr>
          <w:r>
            <w:rPr>
              <w:color w:val="6B7280"/>
              <w:sz w:val="16"/>
            </w:rPr>
            <w:t>admin@nbiic.ca</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63946" w14:textId="77777777" w:rsidR="00127B91" w:rsidRDefault="00127B91">
      <w:pPr>
        <w:spacing w:after="0" w:line="240" w:lineRule="auto"/>
      </w:pPr>
      <w:r>
        <w:separator/>
      </w:r>
    </w:p>
  </w:footnote>
  <w:footnote w:type="continuationSeparator" w:id="0">
    <w:p w14:paraId="211CDCCC" w14:textId="77777777" w:rsidR="00127B91" w:rsidRDefault="00127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3001D" w14:textId="6C02A02B" w:rsidR="00BA5C4E" w:rsidRDefault="00000000">
    <w:pPr>
      <w:pStyle w:val="a5"/>
    </w:pPr>
    <w:r>
      <w:rPr>
        <w:noProof/>
      </w:rPr>
      <w:drawing>
        <wp:inline distT="0" distB="0" distL="0" distR="0" wp14:anchorId="0B13156C" wp14:editId="70D4473E">
          <wp:extent cx="530352" cy="530352"/>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iic_logo.png"/>
                  <pic:cNvPicPr/>
                </pic:nvPicPr>
                <pic:blipFill>
                  <a:blip r:embed="rId1"/>
                  <a:stretch>
                    <a:fillRect/>
                  </a:stretch>
                </pic:blipFill>
                <pic:spPr>
                  <a:xfrm>
                    <a:off x="0" y="0"/>
                    <a:ext cx="530352" cy="530352"/>
                  </a:xfrm>
                  <a:prstGeom prst="rect">
                    <a:avLst/>
                  </a:prstGeom>
                </pic:spPr>
              </pic:pic>
            </a:graphicData>
          </a:graphic>
        </wp:inline>
      </w:drawing>
    </w:r>
    <w:r>
      <w:rPr>
        <w:b/>
        <w:color w:val="0066B3"/>
        <w:sz w:val="23"/>
      </w:rPr>
      <w:t xml:space="preserve">  Norman Bethune International Institute of Canada</w:t>
    </w:r>
    <w:r>
      <w:rPr>
        <w:color w:val="6B7280"/>
      </w:rPr>
      <w:br/>
      <w:t xml:space="preserve">  </w:t>
    </w:r>
    <w:r w:rsidR="00D529BD">
      <w:rPr>
        <w:rFonts w:eastAsia="SimSun" w:hint="eastAsia"/>
        <w:color w:val="6B7280"/>
        <w:lang w:eastAsia="zh-CN"/>
      </w:rPr>
      <w:t xml:space="preserve">                </w:t>
    </w:r>
    <w:r>
      <w:rPr>
        <w:color w:val="6B7280"/>
      </w:rPr>
      <w:t>for Healthcare Innovation | NBIIC-HI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09664434">
    <w:abstractNumId w:val="8"/>
  </w:num>
  <w:num w:numId="2" w16cid:durableId="1830557859">
    <w:abstractNumId w:val="6"/>
  </w:num>
  <w:num w:numId="3" w16cid:durableId="1650406416">
    <w:abstractNumId w:val="5"/>
  </w:num>
  <w:num w:numId="4" w16cid:durableId="1793480420">
    <w:abstractNumId w:val="4"/>
  </w:num>
  <w:num w:numId="5" w16cid:durableId="1661153913">
    <w:abstractNumId w:val="7"/>
  </w:num>
  <w:num w:numId="6" w16cid:durableId="688603667">
    <w:abstractNumId w:val="3"/>
  </w:num>
  <w:num w:numId="7" w16cid:durableId="1128088066">
    <w:abstractNumId w:val="2"/>
  </w:num>
  <w:num w:numId="8" w16cid:durableId="1166869220">
    <w:abstractNumId w:val="1"/>
  </w:num>
  <w:num w:numId="9" w16cid:durableId="1825967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7B91"/>
    <w:rsid w:val="0015074B"/>
    <w:rsid w:val="0029639D"/>
    <w:rsid w:val="00326F90"/>
    <w:rsid w:val="0098097E"/>
    <w:rsid w:val="00AA1D8D"/>
    <w:rsid w:val="00B47730"/>
    <w:rsid w:val="00BA5C4E"/>
    <w:rsid w:val="00CB0664"/>
    <w:rsid w:val="00D529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EA3B1F"/>
  <w14:defaultImageDpi w14:val="300"/>
  <w15:docId w15:val="{817CBC3F-EB81-4737-B107-14686B5E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Noto Sans CJK SC" w:hAnsi="Arial"/>
      <w:color w:val="1F2937"/>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1399</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CHEN DENG</cp:lastModifiedBy>
  <cp:revision>2</cp:revision>
  <dcterms:created xsi:type="dcterms:W3CDTF">2013-12-23T23:15:00Z</dcterms:created>
  <dcterms:modified xsi:type="dcterms:W3CDTF">2026-08-27T09:11:00Z</dcterms:modified>
  <cp:category/>
</cp:coreProperties>
</file>